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BED4D" w14:textId="77777777" w:rsidR="00F27F33" w:rsidRPr="009045FD" w:rsidRDefault="00000000">
      <w:pPr>
        <w:spacing w:before="360" w:after="60"/>
        <w:jc w:val="center"/>
        <w:rPr>
          <w:lang w:val="pl-PL"/>
        </w:rPr>
      </w:pPr>
      <w:r w:rsidRPr="009045FD">
        <w:rPr>
          <w:b/>
          <w:color w:val="000000"/>
          <w:sz w:val="54"/>
          <w:lang w:val="pl-PL"/>
        </w:rPr>
        <w:t>WYMAGANIA EDUKACYJNE</w:t>
      </w:r>
    </w:p>
    <w:p w14:paraId="58AB95E9" w14:textId="77777777" w:rsidR="00F27F33" w:rsidRPr="009045FD" w:rsidRDefault="00000000">
      <w:pPr>
        <w:spacing w:after="40"/>
        <w:jc w:val="center"/>
        <w:rPr>
          <w:lang w:val="pl-PL"/>
        </w:rPr>
      </w:pPr>
      <w:r w:rsidRPr="009045FD">
        <w:rPr>
          <w:b/>
          <w:color w:val="000000"/>
          <w:sz w:val="38"/>
          <w:lang w:val="pl-PL"/>
        </w:rPr>
        <w:t>WYCHOWANIE FIZYCZNE • KLASA VIII</w:t>
      </w:r>
    </w:p>
    <w:p w14:paraId="49A2FDE9" w14:textId="77777777" w:rsidR="00F27F33" w:rsidRPr="009045FD" w:rsidRDefault="00000000">
      <w:pPr>
        <w:spacing w:after="260"/>
        <w:jc w:val="center"/>
        <w:rPr>
          <w:lang w:val="pl-PL"/>
        </w:rPr>
      </w:pPr>
      <w:r w:rsidRPr="009045FD">
        <w:rPr>
          <w:color w:val="000000"/>
          <w:sz w:val="25"/>
          <w:lang w:val="pl-PL"/>
        </w:rPr>
        <w:t xml:space="preserve">rok szkolny 2026/2027 </w:t>
      </w:r>
    </w:p>
    <w:tbl>
      <w:tblPr>
        <w:tblW w:w="0" w:type="auto"/>
        <w:jc w:val="center"/>
        <w:tblLayout w:type="fixed"/>
        <w:tblLook w:val="04A0" w:firstRow="1" w:lastRow="0" w:firstColumn="1" w:lastColumn="0" w:noHBand="0" w:noVBand="1"/>
      </w:tblPr>
      <w:tblGrid>
        <w:gridCol w:w="1944"/>
        <w:gridCol w:w="5544"/>
        <w:gridCol w:w="1944"/>
        <w:gridCol w:w="5544"/>
      </w:tblGrid>
      <w:tr w:rsidR="00F27F33" w:rsidRPr="009045FD" w14:paraId="52386C0B"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0CF3AD90" w14:textId="77777777" w:rsidR="00F27F33" w:rsidRPr="009045FD" w:rsidRDefault="00000000">
            <w:pPr>
              <w:rPr>
                <w:lang w:val="pl-PL"/>
              </w:rPr>
            </w:pPr>
            <w:r w:rsidRPr="009045FD">
              <w:rPr>
                <w:b/>
                <w:color w:val="000000"/>
                <w:sz w:val="17"/>
                <w:lang w:val="pl-PL"/>
              </w:rPr>
              <w:t>Szkoła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7B561F96" w14:textId="77777777" w:rsidR="00F27F33" w:rsidRPr="009045FD" w:rsidRDefault="00000000">
            <w:pPr>
              <w:rPr>
                <w:lang w:val="pl-PL"/>
              </w:rPr>
            </w:pPr>
            <w:r w:rsidRPr="009045FD">
              <w:rPr>
                <w:color w:val="000000"/>
                <w:sz w:val="17"/>
                <w:lang w:val="pl-PL"/>
              </w:rPr>
              <w:t>................................................................</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3206B920" w14:textId="77777777" w:rsidR="00F27F33" w:rsidRPr="009045FD" w:rsidRDefault="00000000">
            <w:pPr>
              <w:rPr>
                <w:lang w:val="pl-PL"/>
              </w:rPr>
            </w:pPr>
            <w:r w:rsidRPr="009045FD">
              <w:rPr>
                <w:b/>
                <w:color w:val="000000"/>
                <w:sz w:val="17"/>
                <w:lang w:val="pl-PL"/>
              </w:rPr>
              <w:t>Nauczyciel</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46F8CF60" w14:textId="77777777" w:rsidR="00F27F33" w:rsidRPr="009045FD" w:rsidRDefault="00000000">
            <w:pPr>
              <w:rPr>
                <w:lang w:val="pl-PL"/>
              </w:rPr>
            </w:pPr>
            <w:r w:rsidRPr="009045FD">
              <w:rPr>
                <w:color w:val="000000"/>
                <w:sz w:val="17"/>
                <w:lang w:val="pl-PL"/>
              </w:rPr>
              <w:t>................................................................</w:t>
            </w:r>
          </w:p>
        </w:tc>
      </w:tr>
      <w:tr w:rsidR="00F27F33" w:rsidRPr="009045FD" w14:paraId="7774F701"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5995B77D" w14:textId="77777777" w:rsidR="00F27F33" w:rsidRPr="009045FD" w:rsidRDefault="00000000">
            <w:pPr>
              <w:rPr>
                <w:lang w:val="pl-PL"/>
              </w:rPr>
            </w:pPr>
            <w:r w:rsidRPr="009045FD">
              <w:rPr>
                <w:b/>
                <w:color w:val="000000"/>
                <w:sz w:val="17"/>
                <w:lang w:val="pl-PL"/>
              </w:rPr>
              <w:t>Program nauczania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5FAD19EA" w14:textId="77777777" w:rsidR="00F27F33" w:rsidRPr="009045FD" w:rsidRDefault="00000000">
            <w:pPr>
              <w:rPr>
                <w:lang w:val="pl-PL"/>
              </w:rPr>
            </w:pPr>
            <w:r w:rsidRPr="009045FD">
              <w:rPr>
                <w:color w:val="000000"/>
                <w:sz w:val="17"/>
                <w:lang w:val="pl-PL"/>
              </w:rPr>
              <w:t>................................................................</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0EC8083E" w14:textId="77777777" w:rsidR="00F27F33" w:rsidRPr="009045FD" w:rsidRDefault="00000000">
            <w:pPr>
              <w:rPr>
                <w:lang w:val="pl-PL"/>
              </w:rPr>
            </w:pPr>
            <w:r w:rsidRPr="009045FD">
              <w:rPr>
                <w:b/>
                <w:color w:val="000000"/>
                <w:sz w:val="17"/>
                <w:lang w:val="pl-PL"/>
              </w:rPr>
              <w:t>Data przyjęcia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2AF0EB05" w14:textId="77777777" w:rsidR="00F27F33" w:rsidRPr="009045FD" w:rsidRDefault="00000000">
            <w:pPr>
              <w:rPr>
                <w:lang w:val="pl-PL"/>
              </w:rPr>
            </w:pPr>
            <w:r w:rsidRPr="009045FD">
              <w:rPr>
                <w:color w:val="000000"/>
                <w:sz w:val="17"/>
                <w:lang w:val="pl-PL"/>
              </w:rPr>
              <w:t>................................................................</w:t>
            </w:r>
          </w:p>
        </w:tc>
      </w:tr>
      <w:tr w:rsidR="00F27F33" w:rsidRPr="009045FD" w14:paraId="4CA7C898"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5D34D98C" w14:textId="77777777" w:rsidR="00F27F33" w:rsidRPr="009045FD" w:rsidRDefault="00000000">
            <w:pPr>
              <w:rPr>
                <w:lang w:val="pl-PL"/>
              </w:rPr>
            </w:pPr>
            <w:r w:rsidRPr="009045FD">
              <w:rPr>
                <w:b/>
                <w:color w:val="000000"/>
                <w:sz w:val="17"/>
                <w:lang w:val="pl-PL"/>
              </w:rPr>
              <w:t>Klasa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4F8AB72F" w14:textId="77777777" w:rsidR="00F27F33" w:rsidRPr="009045FD" w:rsidRDefault="00000000">
            <w:pPr>
              <w:rPr>
                <w:lang w:val="pl-PL"/>
              </w:rPr>
            </w:pPr>
            <w:r w:rsidRPr="009045FD">
              <w:rPr>
                <w:color w:val="000000"/>
                <w:sz w:val="17"/>
                <w:lang w:val="pl-PL"/>
              </w:rPr>
              <w:t>VIII</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17A2726C" w14:textId="77777777" w:rsidR="00F27F33" w:rsidRPr="009045FD" w:rsidRDefault="00000000">
            <w:pPr>
              <w:rPr>
                <w:lang w:val="pl-PL"/>
              </w:rPr>
            </w:pPr>
            <w:r w:rsidRPr="009045FD">
              <w:rPr>
                <w:b/>
                <w:color w:val="000000"/>
                <w:sz w:val="17"/>
                <w:lang w:val="pl-PL"/>
              </w:rPr>
              <w:t>Rok szkolny</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4E0C65BC" w14:textId="77777777" w:rsidR="00F27F33" w:rsidRPr="009045FD" w:rsidRDefault="00000000">
            <w:pPr>
              <w:rPr>
                <w:lang w:val="pl-PL"/>
              </w:rPr>
            </w:pPr>
            <w:r w:rsidRPr="009045FD">
              <w:rPr>
                <w:color w:val="000000"/>
                <w:sz w:val="17"/>
                <w:lang w:val="pl-PL"/>
              </w:rPr>
              <w:t>2026/2027</w:t>
            </w:r>
          </w:p>
        </w:tc>
      </w:tr>
    </w:tbl>
    <w:p w14:paraId="5BC74D41" w14:textId="77777777" w:rsidR="00F27F33" w:rsidRPr="009045FD" w:rsidRDefault="00F27F33">
      <w:pPr>
        <w:rPr>
          <w:lang w:val="pl-PL"/>
        </w:rPr>
      </w:pPr>
    </w:p>
    <w:p w14:paraId="07EB8EE2" w14:textId="77777777" w:rsidR="006D4C00" w:rsidRPr="009045FD" w:rsidRDefault="006D4C00">
      <w:pPr>
        <w:rPr>
          <w:lang w:val="pl-PL"/>
        </w:rPr>
      </w:pPr>
    </w:p>
    <w:tbl>
      <w:tblPr>
        <w:tblW w:w="0" w:type="auto"/>
        <w:jc w:val="center"/>
        <w:tblLayout w:type="fixed"/>
        <w:tblLook w:val="04A0" w:firstRow="1" w:lastRow="0" w:firstColumn="1" w:lastColumn="0" w:noHBand="0" w:noVBand="1"/>
      </w:tblPr>
      <w:tblGrid>
        <w:gridCol w:w="7560"/>
        <w:gridCol w:w="7560"/>
      </w:tblGrid>
      <w:tr w:rsidR="00F27F33" w:rsidRPr="009045FD" w14:paraId="015FDDB9" w14:textId="77777777">
        <w:trPr>
          <w:jc w:val="center"/>
        </w:trPr>
        <w:tc>
          <w:tcPr>
            <w:tcW w:w="7560" w:type="dxa"/>
            <w:tcBorders>
              <w:top w:val="single" w:sz="8" w:space="0" w:color="000000"/>
              <w:left w:val="single" w:sz="8" w:space="0" w:color="000000"/>
              <w:bottom w:val="single" w:sz="8" w:space="0" w:color="000000"/>
              <w:right w:val="single" w:sz="8" w:space="0" w:color="000000"/>
            </w:tcBorders>
            <w:shd w:val="clear" w:color="auto" w:fill="F2F2F2"/>
            <w:tcMar>
              <w:top w:w="110" w:type="dxa"/>
              <w:left w:w="135" w:type="dxa"/>
              <w:bottom w:w="110" w:type="dxa"/>
              <w:right w:w="135" w:type="dxa"/>
            </w:tcMar>
          </w:tcPr>
          <w:p w14:paraId="72D52687" w14:textId="77777777" w:rsidR="00F27F33" w:rsidRPr="009045FD" w:rsidRDefault="00000000">
            <w:pPr>
              <w:rPr>
                <w:lang w:val="pl-PL"/>
              </w:rPr>
            </w:pPr>
            <w:r w:rsidRPr="009045FD">
              <w:rPr>
                <w:b/>
                <w:color w:val="000000"/>
                <w:sz w:val="21"/>
                <w:lang w:val="pl-PL"/>
              </w:rPr>
              <w:t>JAK KORZYSTAĆ Z DOKUMENTU</w:t>
            </w:r>
          </w:p>
          <w:p w14:paraId="7633EC3F" w14:textId="77777777" w:rsidR="00F27F33" w:rsidRPr="009045FD" w:rsidRDefault="00000000" w:rsidP="009045FD">
            <w:pPr>
              <w:pStyle w:val="Listapunktowana"/>
              <w:numPr>
                <w:ilvl w:val="0"/>
                <w:numId w:val="11"/>
              </w:numPr>
              <w:rPr>
                <w:lang w:val="pl-PL"/>
              </w:rPr>
            </w:pPr>
            <w:r w:rsidRPr="009045FD">
              <w:rPr>
                <w:color w:val="000000"/>
                <w:sz w:val="16"/>
                <w:lang w:val="pl-PL"/>
              </w:rPr>
              <w:t>Każdy obszar zawiera zakres wymagania, kryteria sukcesu, możliwe dowody i skalę osiągnięć 2–6.</w:t>
            </w:r>
          </w:p>
          <w:p w14:paraId="40FB199C" w14:textId="77777777" w:rsidR="00F27F33" w:rsidRPr="009045FD" w:rsidRDefault="00000000" w:rsidP="009045FD">
            <w:pPr>
              <w:pStyle w:val="Listapunktowana"/>
              <w:numPr>
                <w:ilvl w:val="0"/>
                <w:numId w:val="11"/>
              </w:numPr>
              <w:rPr>
                <w:lang w:val="pl-PL"/>
              </w:rPr>
            </w:pPr>
            <w:r w:rsidRPr="009045FD">
              <w:rPr>
                <w:color w:val="000000"/>
                <w:sz w:val="16"/>
                <w:lang w:val="pl-PL"/>
              </w:rPr>
              <w:t>Katalog dowodów jest otwarty; uczeń nie musi wykonywać wszystkich wymienionych form.</w:t>
            </w:r>
          </w:p>
          <w:p w14:paraId="7C123EB9" w14:textId="77777777" w:rsidR="00F27F33" w:rsidRPr="009045FD" w:rsidRDefault="00000000" w:rsidP="009045FD">
            <w:pPr>
              <w:pStyle w:val="Listapunktowana"/>
              <w:numPr>
                <w:ilvl w:val="0"/>
                <w:numId w:val="11"/>
              </w:numPr>
              <w:rPr>
                <w:lang w:val="pl-PL"/>
              </w:rPr>
            </w:pPr>
            <w:r w:rsidRPr="009045FD">
              <w:rPr>
                <w:color w:val="000000"/>
                <w:sz w:val="16"/>
                <w:lang w:val="pl-PL"/>
              </w:rPr>
              <w:t>Wyższa ocena oznacza większą samodzielność, poprawność, celowość i odpowiedzialność, a nie lepsze predyspozycje.</w:t>
            </w:r>
          </w:p>
          <w:p w14:paraId="62FD433B" w14:textId="77777777" w:rsidR="00F27F33" w:rsidRPr="009045FD" w:rsidRDefault="00000000" w:rsidP="009045FD">
            <w:pPr>
              <w:pStyle w:val="Listapunktowana"/>
              <w:numPr>
                <w:ilvl w:val="0"/>
                <w:numId w:val="11"/>
              </w:numPr>
              <w:rPr>
                <w:lang w:val="pl-PL"/>
              </w:rPr>
            </w:pPr>
            <w:r w:rsidRPr="009045FD">
              <w:rPr>
                <w:color w:val="000000"/>
                <w:sz w:val="16"/>
                <w:lang w:val="pl-PL"/>
              </w:rPr>
              <w:t>Ocena klasyfikacyjna wynika z wielu obserwacji i nie jest automatyczną średnią.</w:t>
            </w:r>
          </w:p>
          <w:p w14:paraId="29090A5F" w14:textId="77777777" w:rsidR="00902A61" w:rsidRPr="009045FD" w:rsidRDefault="00000000" w:rsidP="009045FD">
            <w:pPr>
              <w:pStyle w:val="Listapunktowana"/>
              <w:numPr>
                <w:ilvl w:val="0"/>
                <w:numId w:val="11"/>
              </w:numPr>
              <w:rPr>
                <w:lang w:val="pl-PL"/>
              </w:rPr>
            </w:pPr>
            <w:r w:rsidRPr="009045FD">
              <w:rPr>
                <w:sz w:val="16"/>
                <w:lang w:val="pl-PL"/>
              </w:rPr>
              <w:t>Skala poziomów, kryteria sukcesu i możliwe dowody osiągnięcia umiejętności są metodycznym rozwinięciem dokumentu, a nie odrębnymi wymaganiami ustanowionymi w przepisach.</w:t>
            </w:r>
          </w:p>
          <w:p w14:paraId="5ADFB37B" w14:textId="77777777" w:rsidR="00902A61" w:rsidRPr="009045FD" w:rsidRDefault="00000000" w:rsidP="009045FD">
            <w:pPr>
              <w:pStyle w:val="Listapunktowana"/>
              <w:numPr>
                <w:ilvl w:val="0"/>
                <w:numId w:val="11"/>
              </w:numPr>
              <w:rPr>
                <w:lang w:val="pl-PL"/>
              </w:rPr>
            </w:pPr>
            <w:r w:rsidRPr="009045FD">
              <w:rPr>
                <w:sz w:val="16"/>
                <w:lang w:val="pl-PL"/>
              </w:rPr>
              <w:t>Prowadzenie grupy jest jedną z możliwych form. Równoważnym dowodem może być zaprojektowanie, samodzielna realizacja, udokumentowanie lub ocena rozwiązania.</w:t>
            </w:r>
          </w:p>
        </w:tc>
        <w:tc>
          <w:tcPr>
            <w:tcW w:w="7560" w:type="dxa"/>
            <w:tcBorders>
              <w:top w:val="single" w:sz="8" w:space="0" w:color="000000"/>
              <w:left w:val="single" w:sz="8" w:space="0" w:color="000000"/>
              <w:bottom w:val="single" w:sz="8" w:space="0" w:color="000000"/>
              <w:right w:val="single" w:sz="8" w:space="0" w:color="000000"/>
            </w:tcBorders>
            <w:tcMar>
              <w:top w:w="110" w:type="dxa"/>
              <w:left w:w="135" w:type="dxa"/>
              <w:bottom w:w="110" w:type="dxa"/>
              <w:right w:w="135" w:type="dxa"/>
            </w:tcMar>
          </w:tcPr>
          <w:p w14:paraId="52F54EC6" w14:textId="77777777" w:rsidR="00F27F33" w:rsidRPr="009045FD" w:rsidRDefault="00000000">
            <w:pPr>
              <w:rPr>
                <w:lang w:val="pl-PL"/>
              </w:rPr>
            </w:pPr>
            <w:r w:rsidRPr="009045FD">
              <w:rPr>
                <w:b/>
                <w:color w:val="000000"/>
                <w:sz w:val="21"/>
                <w:lang w:val="pl-PL"/>
              </w:rPr>
              <w:t>PODSTAWA PRAWNA I ZAKRES</w:t>
            </w:r>
          </w:p>
          <w:p w14:paraId="27DBDAA6" w14:textId="77777777" w:rsidR="00F27F33" w:rsidRPr="009045FD" w:rsidRDefault="00000000" w:rsidP="009045FD">
            <w:pPr>
              <w:pStyle w:val="Listapunktowana"/>
              <w:numPr>
                <w:ilvl w:val="0"/>
                <w:numId w:val="10"/>
              </w:numPr>
              <w:rPr>
                <w:lang w:val="pl-PL"/>
              </w:rPr>
            </w:pPr>
            <w:r w:rsidRPr="009045FD">
              <w:rPr>
                <w:color w:val="000000"/>
                <w:sz w:val="16"/>
                <w:lang w:val="pl-PL"/>
              </w:rPr>
              <w:t>Podstawa programowa z 2017 r. w brzmieniu nadanym rozporządzeniem Ministra Edukacji z 21 lipca 2025 r. (Dz.U. 2025 poz. 1052), stosowana w klasie VIII w roku szkolnym 2026/2027.</w:t>
            </w:r>
          </w:p>
          <w:p w14:paraId="385FC82E" w14:textId="77777777" w:rsidR="00F27F33" w:rsidRPr="009045FD" w:rsidRDefault="00000000" w:rsidP="009045FD">
            <w:pPr>
              <w:pStyle w:val="Listapunktowana"/>
              <w:numPr>
                <w:ilvl w:val="0"/>
                <w:numId w:val="10"/>
              </w:numPr>
              <w:rPr>
                <w:lang w:val="pl-PL"/>
              </w:rPr>
            </w:pPr>
            <w:r w:rsidRPr="009045FD">
              <w:rPr>
                <w:color w:val="000000"/>
                <w:sz w:val="16"/>
                <w:lang w:val="pl-PL"/>
              </w:rPr>
              <w:t>Podstawa określa wymagania łącznie dla klas VII–VIII; podział na klasę VIII jest propozycją operacyjną i musi odpowiadać programowi nauczania.</w:t>
            </w:r>
          </w:p>
          <w:p w14:paraId="4D8F5730" w14:textId="77777777" w:rsidR="00F27F33" w:rsidRPr="009045FD" w:rsidRDefault="00000000" w:rsidP="009045FD">
            <w:pPr>
              <w:pStyle w:val="Listapunktowana"/>
              <w:numPr>
                <w:ilvl w:val="0"/>
                <w:numId w:val="10"/>
              </w:numPr>
              <w:rPr>
                <w:lang w:val="pl-PL"/>
              </w:rPr>
            </w:pPr>
            <w:r w:rsidRPr="009045FD">
              <w:rPr>
                <w:color w:val="000000"/>
                <w:sz w:val="16"/>
                <w:lang w:val="pl-PL"/>
              </w:rPr>
              <w:t>Przy ustalaniu oceny z WF bierze się przede wszystkim pod uwagę wysiłek, a także systematyczność udziału i aktywność na rzecz kultury fizycznej.</w:t>
            </w:r>
          </w:p>
          <w:p w14:paraId="0F10BB69" w14:textId="77777777" w:rsidR="00F27F33" w:rsidRPr="009045FD" w:rsidRDefault="00000000" w:rsidP="009045FD">
            <w:pPr>
              <w:pStyle w:val="Listapunktowana"/>
              <w:numPr>
                <w:ilvl w:val="0"/>
                <w:numId w:val="10"/>
              </w:numPr>
              <w:rPr>
                <w:lang w:val="pl-PL"/>
              </w:rPr>
            </w:pPr>
            <w:r w:rsidRPr="009045FD">
              <w:rPr>
                <w:color w:val="000000"/>
                <w:sz w:val="16"/>
                <w:lang w:val="pl-PL"/>
              </w:rPr>
              <w:t>Wymagania dostosowuje się do potrzeb rozwojowych, edukacyjnych i możliwości psychofizycznych ucznia.</w:t>
            </w:r>
          </w:p>
          <w:p w14:paraId="0FF25F00" w14:textId="77777777" w:rsidR="00902A61" w:rsidRPr="009045FD" w:rsidRDefault="00000000" w:rsidP="009045FD">
            <w:pPr>
              <w:pStyle w:val="Listapunktowana"/>
              <w:numPr>
                <w:ilvl w:val="0"/>
                <w:numId w:val="10"/>
              </w:numPr>
              <w:rPr>
                <w:lang w:val="pl-PL"/>
              </w:rPr>
            </w:pPr>
            <w:r w:rsidRPr="009045FD">
              <w:rPr>
                <w:sz w:val="16"/>
                <w:lang w:val="pl-PL"/>
              </w:rPr>
              <w:t>Pojedyncza nieobecność lub brak stroju nie stanowią samodzielnej podstawy wystawienia stopnia. Przy ustalaniu oceny uwzględnia się systematyczność aktywnego udziału ucznia w zajęciach, zgodnie z przepisami i statutem szkoły.</w:t>
            </w:r>
          </w:p>
          <w:p w14:paraId="60332AC9" w14:textId="77777777" w:rsidR="00902A61" w:rsidRPr="009045FD" w:rsidRDefault="00000000" w:rsidP="009045FD">
            <w:pPr>
              <w:pStyle w:val="Listapunktowana"/>
              <w:numPr>
                <w:ilvl w:val="0"/>
                <w:numId w:val="10"/>
              </w:numPr>
              <w:rPr>
                <w:lang w:val="pl-PL"/>
              </w:rPr>
            </w:pPr>
            <w:r w:rsidRPr="009045FD">
              <w:rPr>
                <w:b/>
                <w:sz w:val="16"/>
                <w:lang w:val="pl-PL"/>
              </w:rPr>
              <w:t>Ocena niedostateczna (1):</w:t>
            </w:r>
            <w:r w:rsidRPr="009045FD">
              <w:rPr>
                <w:sz w:val="16"/>
                <w:lang w:val="pl-PL"/>
              </w:rPr>
              <w:t xml:space="preserve"> nie tworzy się odrębnego katalogu treści. Ocenę 1 ustala się, gdy uczeń – mimo dostosowania wymagań, wsparcia, informacji zwrotnej i możliwości poprawy – nie przedstawia powtarzalnych dowodów osiągnięcia minimalnego poziomu określonego na ocenę 2.</w:t>
            </w:r>
          </w:p>
          <w:p w14:paraId="25FD4C2B" w14:textId="77777777" w:rsidR="00902A61" w:rsidRPr="009045FD" w:rsidRDefault="00000000" w:rsidP="009045FD">
            <w:pPr>
              <w:pStyle w:val="Listapunktowana"/>
              <w:numPr>
                <w:ilvl w:val="0"/>
                <w:numId w:val="10"/>
              </w:numPr>
              <w:rPr>
                <w:lang w:val="pl-PL"/>
              </w:rPr>
            </w:pPr>
            <w:r w:rsidRPr="009045FD">
              <w:rPr>
                <w:b/>
                <w:sz w:val="16"/>
                <w:lang w:val="pl-PL"/>
              </w:rPr>
              <w:t>Progresja:</w:t>
            </w:r>
            <w:r w:rsidRPr="009045FD">
              <w:rPr>
                <w:sz w:val="16"/>
                <w:lang w:val="pl-PL"/>
              </w:rPr>
              <w:t xml:space="preserve"> klasa VIII integruje wymagania wspólne dla klas VII–VIII; nacisk położono na samodzielne planowanie, ocenę skuteczności i modyfikowanie działania.</w:t>
            </w:r>
          </w:p>
        </w:tc>
      </w:tr>
    </w:tbl>
    <w:p w14:paraId="55C9BC5A" w14:textId="77777777" w:rsidR="006D4C00" w:rsidRPr="009045FD" w:rsidRDefault="006D4C00">
      <w:pPr>
        <w:spacing w:before="60" w:after="40"/>
        <w:jc w:val="center"/>
        <w:rPr>
          <w:b/>
          <w:color w:val="000000"/>
          <w:sz w:val="56"/>
          <w:szCs w:val="32"/>
          <w:lang w:val="pl-PL"/>
        </w:rPr>
      </w:pPr>
    </w:p>
    <w:p w14:paraId="374BA0BD" w14:textId="77777777" w:rsidR="006D4C00" w:rsidRPr="009045FD" w:rsidRDefault="006D4C00">
      <w:pPr>
        <w:spacing w:before="60" w:after="40"/>
        <w:jc w:val="center"/>
        <w:rPr>
          <w:b/>
          <w:color w:val="000000"/>
          <w:sz w:val="56"/>
          <w:szCs w:val="32"/>
          <w:lang w:val="pl-PL"/>
        </w:rPr>
      </w:pPr>
    </w:p>
    <w:p w14:paraId="6B624202" w14:textId="77777777" w:rsidR="006D4C00" w:rsidRPr="009045FD" w:rsidRDefault="006D4C00">
      <w:pPr>
        <w:spacing w:before="60" w:after="40"/>
        <w:jc w:val="center"/>
        <w:rPr>
          <w:b/>
          <w:color w:val="000000"/>
          <w:sz w:val="56"/>
          <w:szCs w:val="32"/>
          <w:lang w:val="pl-PL"/>
        </w:rPr>
      </w:pPr>
    </w:p>
    <w:p w14:paraId="338B2E47" w14:textId="77777777" w:rsidR="006D4C00" w:rsidRPr="009045FD" w:rsidRDefault="006D4C00">
      <w:pPr>
        <w:spacing w:before="60" w:after="40"/>
        <w:jc w:val="center"/>
        <w:rPr>
          <w:b/>
          <w:color w:val="000000"/>
          <w:sz w:val="56"/>
          <w:szCs w:val="32"/>
          <w:lang w:val="pl-PL"/>
        </w:rPr>
      </w:pPr>
    </w:p>
    <w:p w14:paraId="64F34F78" w14:textId="77777777" w:rsidR="006D4C00" w:rsidRPr="009045FD" w:rsidRDefault="006D4C00" w:rsidP="009045FD">
      <w:pPr>
        <w:spacing w:before="60" w:after="40"/>
        <w:rPr>
          <w:b/>
          <w:color w:val="000000"/>
          <w:sz w:val="56"/>
          <w:szCs w:val="32"/>
          <w:lang w:val="pl-PL"/>
        </w:rPr>
      </w:pPr>
    </w:p>
    <w:p w14:paraId="653C90D3" w14:textId="77777777" w:rsidR="00F27F33" w:rsidRPr="009045FD" w:rsidRDefault="00000000">
      <w:pPr>
        <w:spacing w:before="60" w:after="40"/>
        <w:jc w:val="center"/>
        <w:rPr>
          <w:sz w:val="24"/>
          <w:szCs w:val="32"/>
          <w:lang w:val="pl-PL"/>
        </w:rPr>
      </w:pPr>
      <w:r w:rsidRPr="009045FD">
        <w:rPr>
          <w:b/>
          <w:color w:val="000000"/>
          <w:sz w:val="56"/>
          <w:szCs w:val="32"/>
          <w:lang w:val="pl-PL"/>
        </w:rPr>
        <w:t>TAKSONOMIA OCEN 2–6</w:t>
      </w:r>
    </w:p>
    <w:p w14:paraId="5F8CCD83" w14:textId="77777777" w:rsidR="00F27F33" w:rsidRPr="009045FD" w:rsidRDefault="00000000">
      <w:pPr>
        <w:spacing w:after="140"/>
        <w:jc w:val="center"/>
        <w:rPr>
          <w:sz w:val="24"/>
          <w:szCs w:val="32"/>
          <w:lang w:val="pl-PL"/>
        </w:rPr>
      </w:pPr>
      <w:r w:rsidRPr="009045FD">
        <w:rPr>
          <w:b/>
          <w:color w:val="000000"/>
          <w:sz w:val="40"/>
          <w:szCs w:val="32"/>
          <w:lang w:val="pl-PL"/>
        </w:rPr>
        <w:t xml:space="preserve">Wychowanie fizyczne </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7F33" w:rsidRPr="009045FD" w14:paraId="5EC64FD1"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37B4F2C8" w14:textId="77777777" w:rsidR="00F27F33" w:rsidRPr="009045FD" w:rsidRDefault="00000000">
            <w:pPr>
              <w:jc w:val="center"/>
              <w:rPr>
                <w:sz w:val="24"/>
                <w:szCs w:val="32"/>
                <w:lang w:val="pl-PL"/>
              </w:rPr>
            </w:pPr>
            <w:r w:rsidRPr="009045FD">
              <w:rPr>
                <w:b/>
                <w:color w:val="000000"/>
                <w:sz w:val="48"/>
                <w:szCs w:val="32"/>
                <w:lang w:val="pl-PL"/>
              </w:rPr>
              <w:t>2</w:t>
            </w:r>
          </w:p>
          <w:p w14:paraId="33D2B47B" w14:textId="77777777" w:rsidR="00F27F33" w:rsidRPr="009045FD" w:rsidRDefault="00000000">
            <w:pPr>
              <w:jc w:val="center"/>
              <w:rPr>
                <w:sz w:val="24"/>
                <w:szCs w:val="32"/>
                <w:lang w:val="pl-PL"/>
              </w:rPr>
            </w:pPr>
            <w:r w:rsidRPr="009045FD">
              <w:rPr>
                <w:b/>
                <w:color w:val="000000"/>
                <w:sz w:val="22"/>
                <w:szCs w:val="32"/>
                <w:lang w:val="pl-PL"/>
              </w:rPr>
              <w:t>DOPUSZCZAJĄCA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356293A6" w14:textId="77777777" w:rsidR="00F27F33" w:rsidRPr="009045FD" w:rsidRDefault="00000000">
            <w:pPr>
              <w:jc w:val="center"/>
              <w:rPr>
                <w:sz w:val="24"/>
                <w:szCs w:val="32"/>
                <w:lang w:val="pl-PL"/>
              </w:rPr>
            </w:pPr>
            <w:r w:rsidRPr="009045FD">
              <w:rPr>
                <w:b/>
                <w:color w:val="000000"/>
                <w:sz w:val="48"/>
                <w:szCs w:val="32"/>
                <w:lang w:val="pl-PL"/>
              </w:rPr>
              <w:t>3</w:t>
            </w:r>
          </w:p>
          <w:p w14:paraId="21C70D4A" w14:textId="77777777" w:rsidR="00F27F33" w:rsidRPr="009045FD" w:rsidRDefault="00000000">
            <w:pPr>
              <w:jc w:val="center"/>
              <w:rPr>
                <w:sz w:val="24"/>
                <w:szCs w:val="32"/>
                <w:lang w:val="pl-PL"/>
              </w:rPr>
            </w:pPr>
            <w:r w:rsidRPr="009045FD">
              <w:rPr>
                <w:b/>
                <w:color w:val="000000"/>
                <w:sz w:val="22"/>
                <w:szCs w:val="32"/>
                <w:lang w:val="pl-PL"/>
              </w:rPr>
              <w:t>DOSTATECZNA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6C559C62" w14:textId="77777777" w:rsidR="00F27F33" w:rsidRPr="009045FD" w:rsidRDefault="00000000">
            <w:pPr>
              <w:jc w:val="center"/>
              <w:rPr>
                <w:sz w:val="24"/>
                <w:szCs w:val="32"/>
                <w:lang w:val="pl-PL"/>
              </w:rPr>
            </w:pPr>
            <w:r w:rsidRPr="009045FD">
              <w:rPr>
                <w:b/>
                <w:color w:val="000000"/>
                <w:sz w:val="48"/>
                <w:szCs w:val="32"/>
                <w:lang w:val="pl-PL"/>
              </w:rPr>
              <w:t>4</w:t>
            </w:r>
          </w:p>
          <w:p w14:paraId="2B5D46E7" w14:textId="77777777" w:rsidR="00F27F33" w:rsidRPr="009045FD" w:rsidRDefault="00000000">
            <w:pPr>
              <w:jc w:val="center"/>
              <w:rPr>
                <w:sz w:val="24"/>
                <w:szCs w:val="32"/>
                <w:lang w:val="pl-PL"/>
              </w:rPr>
            </w:pPr>
            <w:r w:rsidRPr="009045FD">
              <w:rPr>
                <w:b/>
                <w:color w:val="000000"/>
                <w:sz w:val="22"/>
                <w:szCs w:val="32"/>
                <w:lang w:val="pl-PL"/>
              </w:rPr>
              <w:t>DOBRA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3475C397" w14:textId="77777777" w:rsidR="00F27F33" w:rsidRPr="009045FD" w:rsidRDefault="00000000">
            <w:pPr>
              <w:jc w:val="center"/>
              <w:rPr>
                <w:sz w:val="24"/>
                <w:szCs w:val="32"/>
                <w:lang w:val="pl-PL"/>
              </w:rPr>
            </w:pPr>
            <w:r w:rsidRPr="009045FD">
              <w:rPr>
                <w:b/>
                <w:color w:val="000000"/>
                <w:sz w:val="48"/>
                <w:szCs w:val="32"/>
                <w:lang w:val="pl-PL"/>
              </w:rPr>
              <w:t>5</w:t>
            </w:r>
          </w:p>
          <w:p w14:paraId="24DD501F" w14:textId="77777777" w:rsidR="00F27F33" w:rsidRPr="009045FD" w:rsidRDefault="00000000">
            <w:pPr>
              <w:jc w:val="center"/>
              <w:rPr>
                <w:sz w:val="24"/>
                <w:szCs w:val="32"/>
                <w:lang w:val="pl-PL"/>
              </w:rPr>
            </w:pPr>
            <w:r w:rsidRPr="009045FD">
              <w:rPr>
                <w:b/>
                <w:color w:val="000000"/>
                <w:sz w:val="22"/>
                <w:szCs w:val="32"/>
                <w:lang w:val="pl-PL"/>
              </w:rPr>
              <w:t>BARDZO DOBRA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59578E0D" w14:textId="77777777" w:rsidR="00F27F33" w:rsidRPr="009045FD" w:rsidRDefault="00000000">
            <w:pPr>
              <w:jc w:val="center"/>
              <w:rPr>
                <w:sz w:val="24"/>
                <w:szCs w:val="32"/>
                <w:lang w:val="pl-PL"/>
              </w:rPr>
            </w:pPr>
            <w:r w:rsidRPr="009045FD">
              <w:rPr>
                <w:b/>
                <w:color w:val="000000"/>
                <w:sz w:val="48"/>
                <w:szCs w:val="32"/>
                <w:lang w:val="pl-PL"/>
              </w:rPr>
              <w:t>6</w:t>
            </w:r>
          </w:p>
          <w:p w14:paraId="0EF16BEE" w14:textId="77777777" w:rsidR="00F27F33" w:rsidRPr="009045FD" w:rsidRDefault="00000000">
            <w:pPr>
              <w:jc w:val="center"/>
              <w:rPr>
                <w:sz w:val="24"/>
                <w:szCs w:val="32"/>
                <w:lang w:val="pl-PL"/>
              </w:rPr>
            </w:pPr>
            <w:r w:rsidRPr="009045FD">
              <w:rPr>
                <w:b/>
                <w:color w:val="000000"/>
                <w:sz w:val="22"/>
                <w:szCs w:val="32"/>
                <w:lang w:val="pl-PL"/>
              </w:rPr>
              <w:t>CELUJĄCA</w:t>
            </w:r>
          </w:p>
        </w:tc>
      </w:tr>
      <w:tr w:rsidR="00F27F33" w:rsidRPr="009045FD" w14:paraId="49BAF6DF"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F0F444" w14:textId="77777777" w:rsidR="00F27F33" w:rsidRPr="009045FD" w:rsidRDefault="00000000">
            <w:pPr>
              <w:spacing w:after="80"/>
              <w:jc w:val="center"/>
              <w:rPr>
                <w:sz w:val="24"/>
                <w:szCs w:val="32"/>
                <w:lang w:val="pl-PL"/>
              </w:rPr>
            </w:pPr>
            <w:r w:rsidRPr="009045FD">
              <w:rPr>
                <w:b/>
                <w:color w:val="000000"/>
                <w:sz w:val="22"/>
                <w:szCs w:val="32"/>
                <w:lang w:val="pl-PL"/>
              </w:rPr>
              <w:t>Uczeń z pomocą:</w:t>
            </w:r>
          </w:p>
          <w:p w14:paraId="4ED7D1C2"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wykonuje proste zadanie ruchowe po pokazie lub instrukcji</w:t>
            </w:r>
          </w:p>
          <w:p w14:paraId="4896DF76"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podejmuje próbę działania, choć potrzebuje wsparcia</w:t>
            </w:r>
          </w:p>
          <w:p w14:paraId="5F077F7E"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stosuje podstawowe zasady bezpieczeństwa po przypomnieniu</w:t>
            </w:r>
          </w:p>
          <w:p w14:paraId="3DB2E582"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uczestniczy w ćwiczeniach w podstawowym zakresie</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1B72D0" w14:textId="77777777" w:rsidR="00F27F33" w:rsidRPr="009045FD" w:rsidRDefault="00000000">
            <w:pPr>
              <w:spacing w:after="80"/>
              <w:jc w:val="center"/>
              <w:rPr>
                <w:sz w:val="24"/>
                <w:szCs w:val="32"/>
                <w:lang w:val="pl-PL"/>
              </w:rPr>
            </w:pPr>
            <w:r w:rsidRPr="009045FD">
              <w:rPr>
                <w:b/>
                <w:color w:val="000000"/>
                <w:sz w:val="22"/>
                <w:szCs w:val="32"/>
                <w:lang w:val="pl-PL"/>
              </w:rPr>
              <w:t>Uczeń samodzielnie w typowej sytuacji:</w:t>
            </w:r>
          </w:p>
          <w:p w14:paraId="1F104D16"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wykonuje poznane ćwiczenia w podstawowej formie</w:t>
            </w:r>
          </w:p>
          <w:p w14:paraId="4F6A0F52"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stosuje podstawowe zasady bezpieczeństwa bez stałej pomocy</w:t>
            </w:r>
          </w:p>
          <w:p w14:paraId="32DA9DD3"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uczestniczy w grze lub zadaniu zgodnie z prostymi zasadami</w:t>
            </w:r>
          </w:p>
          <w:p w14:paraId="07E563C0"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nazywa podstawowe elementy techniki i zdrowego ruchu</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3063CB" w14:textId="77777777" w:rsidR="00F27F33" w:rsidRPr="009045FD" w:rsidRDefault="00000000">
            <w:pPr>
              <w:spacing w:after="80"/>
              <w:jc w:val="center"/>
              <w:rPr>
                <w:sz w:val="24"/>
                <w:szCs w:val="32"/>
                <w:lang w:val="pl-PL"/>
              </w:rPr>
            </w:pPr>
            <w:r w:rsidRPr="009045FD">
              <w:rPr>
                <w:b/>
                <w:color w:val="000000"/>
                <w:sz w:val="22"/>
                <w:szCs w:val="32"/>
                <w:lang w:val="pl-PL"/>
              </w:rPr>
              <w:t>Uczeń poprawnie i świadomie:</w:t>
            </w:r>
          </w:p>
          <w:p w14:paraId="09710837"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wykonuje zadania zgodnie z poznaną techniką</w:t>
            </w:r>
          </w:p>
          <w:p w14:paraId="5054D290"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łączy umiejętności w bardziej złożone działanie</w:t>
            </w:r>
          </w:p>
          <w:p w14:paraId="611EBB12"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dba o bezpieczeństwo własne i innych</w:t>
            </w:r>
          </w:p>
          <w:p w14:paraId="72FB9CCB"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współpracuje i dostrzega własny postęp</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BB103B" w14:textId="77777777" w:rsidR="00F27F33" w:rsidRPr="009045FD" w:rsidRDefault="00000000">
            <w:pPr>
              <w:spacing w:after="80"/>
              <w:jc w:val="center"/>
              <w:rPr>
                <w:sz w:val="24"/>
                <w:szCs w:val="32"/>
                <w:lang w:val="pl-PL"/>
              </w:rPr>
            </w:pPr>
            <w:r w:rsidRPr="009045FD">
              <w:rPr>
                <w:b/>
                <w:color w:val="000000"/>
                <w:sz w:val="22"/>
                <w:szCs w:val="32"/>
                <w:lang w:val="pl-PL"/>
              </w:rPr>
              <w:t>Uczeń sprawnie, samodzielnie i celowo:</w:t>
            </w:r>
          </w:p>
          <w:p w14:paraId="586A8445"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dobiera sposób wykonania do sytuacji</w:t>
            </w:r>
          </w:p>
          <w:p w14:paraId="096126EF"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koryguje błędy i korzysta z informacji zwrotnej</w:t>
            </w:r>
          </w:p>
          <w:p w14:paraId="6F1F4675"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stosuje umiejętności w różnych formach aktywności</w:t>
            </w:r>
          </w:p>
          <w:p w14:paraId="1DDEFA15"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uzasadnia swoje wybory i działania</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2CA99C" w14:textId="77777777" w:rsidR="00F27F33" w:rsidRPr="009045FD" w:rsidRDefault="00000000">
            <w:pPr>
              <w:spacing w:after="80"/>
              <w:jc w:val="center"/>
              <w:rPr>
                <w:sz w:val="24"/>
                <w:szCs w:val="32"/>
                <w:lang w:val="pl-PL"/>
              </w:rPr>
            </w:pPr>
            <w:r w:rsidRPr="009045FD">
              <w:rPr>
                <w:b/>
                <w:color w:val="000000"/>
                <w:sz w:val="22"/>
                <w:szCs w:val="32"/>
                <w:lang w:val="pl-PL"/>
              </w:rPr>
              <w:t>Uczeń twórczo i odpowiedzialnie:</w:t>
            </w:r>
          </w:p>
          <w:p w14:paraId="62737F11"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modyfikuje ćwiczenia lub rozwiązania adekwatnie do celu</w:t>
            </w:r>
          </w:p>
          <w:p w14:paraId="03DE8E44"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planuje i prowadzi prostą aktywność dla innych</w:t>
            </w:r>
          </w:p>
          <w:p w14:paraId="0C046713"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wspiera uczestników i inicjuje współpracę fair play</w:t>
            </w:r>
          </w:p>
          <w:p w14:paraId="1FF3095D" w14:textId="77777777" w:rsidR="00F27F33" w:rsidRPr="009045FD" w:rsidRDefault="00000000">
            <w:pPr>
              <w:pStyle w:val="Listapunktowana"/>
              <w:spacing w:after="60" w:line="245" w:lineRule="auto"/>
              <w:ind w:left="158" w:hanging="130"/>
              <w:rPr>
                <w:sz w:val="24"/>
                <w:szCs w:val="32"/>
                <w:lang w:val="pl-PL"/>
              </w:rPr>
            </w:pPr>
            <w:r w:rsidRPr="009045FD">
              <w:rPr>
                <w:color w:val="000000"/>
                <w:sz w:val="22"/>
                <w:szCs w:val="32"/>
                <w:lang w:val="pl-PL"/>
              </w:rPr>
              <w:t>ocenia postęp i przenosi umiejętności do nowych sytuacji</w:t>
            </w:r>
          </w:p>
        </w:tc>
      </w:tr>
    </w:tbl>
    <w:p w14:paraId="249DAACC" w14:textId="77777777" w:rsidR="00F27F33" w:rsidRPr="009045FD" w:rsidRDefault="00F27F33">
      <w:pPr>
        <w:rPr>
          <w:sz w:val="24"/>
          <w:szCs w:val="32"/>
          <w:lang w:val="pl-PL"/>
        </w:rPr>
      </w:pPr>
    </w:p>
    <w:tbl>
      <w:tblPr>
        <w:tblW w:w="0" w:type="auto"/>
        <w:jc w:val="center"/>
        <w:tblLayout w:type="fixed"/>
        <w:tblLook w:val="04A0" w:firstRow="1" w:lastRow="0" w:firstColumn="1" w:lastColumn="0" w:noHBand="0" w:noVBand="1"/>
      </w:tblPr>
      <w:tblGrid>
        <w:gridCol w:w="7560"/>
        <w:gridCol w:w="7560"/>
      </w:tblGrid>
      <w:tr w:rsidR="00F27F33" w:rsidRPr="009045FD" w14:paraId="6B9D6923" w14:textId="77777777">
        <w:trPr>
          <w:jc w:val="center"/>
        </w:trPr>
        <w:tc>
          <w:tcPr>
            <w:tcW w:w="7560"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30" w:type="dxa"/>
              <w:bottom w:w="100" w:type="dxa"/>
              <w:right w:w="130" w:type="dxa"/>
            </w:tcMar>
          </w:tcPr>
          <w:p w14:paraId="4FAE0928" w14:textId="77777777" w:rsidR="00F27F33" w:rsidRPr="009045FD" w:rsidRDefault="00000000">
            <w:pPr>
              <w:rPr>
                <w:sz w:val="24"/>
                <w:szCs w:val="32"/>
                <w:lang w:val="pl-PL"/>
              </w:rPr>
            </w:pPr>
            <w:r w:rsidRPr="009045FD">
              <w:rPr>
                <w:b/>
                <w:color w:val="000000"/>
                <w:sz w:val="24"/>
                <w:szCs w:val="32"/>
                <w:lang w:val="pl-PL"/>
              </w:rPr>
              <w:t>Jak ustalać poziom?</w:t>
            </w:r>
          </w:p>
          <w:p w14:paraId="62A23472" w14:textId="77777777" w:rsidR="00F27F33" w:rsidRPr="009045FD" w:rsidRDefault="00000000">
            <w:pPr>
              <w:pStyle w:val="Listapunktowana"/>
              <w:spacing w:after="50" w:line="245" w:lineRule="auto"/>
              <w:ind w:left="158" w:hanging="130"/>
              <w:rPr>
                <w:sz w:val="24"/>
                <w:szCs w:val="32"/>
                <w:lang w:val="pl-PL"/>
              </w:rPr>
            </w:pPr>
            <w:r w:rsidRPr="009045FD">
              <w:rPr>
                <w:color w:val="000000"/>
                <w:sz w:val="22"/>
                <w:szCs w:val="32"/>
                <w:lang w:val="pl-PL"/>
              </w:rPr>
              <w:t>Poziom wynika z powtarzalnych obserwacji w różnych zadaniach.</w:t>
            </w:r>
          </w:p>
          <w:p w14:paraId="03C2EF5B" w14:textId="77777777" w:rsidR="00F27F33" w:rsidRPr="009045FD" w:rsidRDefault="00000000">
            <w:pPr>
              <w:pStyle w:val="Listapunktowana"/>
              <w:spacing w:after="50" w:line="245" w:lineRule="auto"/>
              <w:ind w:left="158" w:hanging="130"/>
              <w:rPr>
                <w:sz w:val="24"/>
                <w:szCs w:val="32"/>
                <w:lang w:val="pl-PL"/>
              </w:rPr>
            </w:pPr>
            <w:r w:rsidRPr="009045FD">
              <w:rPr>
                <w:color w:val="000000"/>
                <w:sz w:val="22"/>
                <w:szCs w:val="32"/>
                <w:lang w:val="pl-PL"/>
              </w:rPr>
              <w:t>Wyższy poziom oznacza większą samodzielność, poprawność, celowość, transfer i odpowiedzialność.</w:t>
            </w:r>
          </w:p>
        </w:tc>
        <w:tc>
          <w:tcPr>
            <w:tcW w:w="7560"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30" w:type="dxa"/>
              <w:bottom w:w="100" w:type="dxa"/>
              <w:right w:w="130" w:type="dxa"/>
            </w:tcMar>
          </w:tcPr>
          <w:p w14:paraId="686525C9" w14:textId="77777777" w:rsidR="00F27F33" w:rsidRPr="009045FD" w:rsidRDefault="00000000">
            <w:pPr>
              <w:rPr>
                <w:sz w:val="24"/>
                <w:szCs w:val="32"/>
                <w:lang w:val="pl-PL"/>
              </w:rPr>
            </w:pPr>
            <w:r w:rsidRPr="009045FD">
              <w:rPr>
                <w:b/>
                <w:color w:val="000000"/>
                <w:sz w:val="24"/>
                <w:szCs w:val="32"/>
                <w:lang w:val="pl-PL"/>
              </w:rPr>
              <w:t>Jak ustalać ocenę?</w:t>
            </w:r>
          </w:p>
          <w:p w14:paraId="0B6784E9" w14:textId="77777777" w:rsidR="00F27F33" w:rsidRPr="009045FD" w:rsidRDefault="00000000">
            <w:pPr>
              <w:pStyle w:val="Listapunktowana"/>
              <w:spacing w:after="50" w:line="245" w:lineRule="auto"/>
              <w:ind w:left="158" w:hanging="130"/>
              <w:rPr>
                <w:sz w:val="24"/>
                <w:szCs w:val="32"/>
                <w:lang w:val="pl-PL"/>
              </w:rPr>
            </w:pPr>
            <w:r w:rsidRPr="009045FD">
              <w:rPr>
                <w:color w:val="000000"/>
                <w:sz w:val="22"/>
                <w:szCs w:val="32"/>
                <w:lang w:val="pl-PL"/>
              </w:rPr>
              <w:t>Nie stosuje się automatycznie średniej ani jednego wyniku sportowego.</w:t>
            </w:r>
          </w:p>
          <w:p w14:paraId="1D629FE9" w14:textId="77777777" w:rsidR="00F27F33" w:rsidRPr="009045FD" w:rsidRDefault="00000000">
            <w:pPr>
              <w:pStyle w:val="Listapunktowana"/>
              <w:spacing w:after="50" w:line="245" w:lineRule="auto"/>
              <w:ind w:left="158" w:hanging="130"/>
              <w:rPr>
                <w:sz w:val="24"/>
                <w:szCs w:val="32"/>
                <w:lang w:val="pl-PL"/>
              </w:rPr>
            </w:pPr>
            <w:r w:rsidRPr="009045FD">
              <w:rPr>
                <w:color w:val="000000"/>
                <w:sz w:val="22"/>
                <w:szCs w:val="32"/>
                <w:lang w:val="pl-PL"/>
              </w:rPr>
              <w:t>Uwzględnia się także wysiłek, systematyczność udziału i aktywność ucznia.</w:t>
            </w:r>
          </w:p>
        </w:tc>
      </w:tr>
    </w:tbl>
    <w:p w14:paraId="10D74619" w14:textId="77777777" w:rsidR="00F27F33" w:rsidRPr="009045FD" w:rsidRDefault="00000000">
      <w:pPr>
        <w:rPr>
          <w:lang w:val="pl-PL"/>
        </w:rPr>
      </w:pPr>
      <w:r w:rsidRPr="009045FD">
        <w:rPr>
          <w:lang w:val="pl-PL"/>
        </w:rPr>
        <w:br w:type="page"/>
      </w:r>
    </w:p>
    <w:tbl>
      <w:tblPr>
        <w:tblW w:w="0" w:type="auto"/>
        <w:jc w:val="center"/>
        <w:tblLayout w:type="fixed"/>
        <w:tblLook w:val="04A0" w:firstRow="1" w:lastRow="0" w:firstColumn="1" w:lastColumn="0" w:noHBand="0" w:noVBand="1"/>
      </w:tblPr>
      <w:tblGrid>
        <w:gridCol w:w="936"/>
        <w:gridCol w:w="14256"/>
      </w:tblGrid>
      <w:tr w:rsidR="00F27F33" w:rsidRPr="009045FD" w14:paraId="397DE9E6"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2DA8F397" w14:textId="77777777" w:rsidR="00F27F33" w:rsidRPr="009045FD" w:rsidRDefault="00000000">
            <w:pPr>
              <w:jc w:val="center"/>
              <w:rPr>
                <w:sz w:val="18"/>
                <w:szCs w:val="20"/>
                <w:lang w:val="pl-PL"/>
              </w:rPr>
            </w:pPr>
            <w:r w:rsidRPr="009045FD">
              <w:rPr>
                <w:b/>
                <w:color w:val="FFFFFF"/>
                <w:sz w:val="36"/>
                <w:szCs w:val="20"/>
                <w:lang w:val="pl-PL"/>
              </w:rPr>
              <w:lastRenderedPageBreak/>
              <w:t>1</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4595BEC6" w14:textId="77777777" w:rsidR="00F27F33" w:rsidRPr="009045FD" w:rsidRDefault="00000000">
            <w:pPr>
              <w:rPr>
                <w:sz w:val="18"/>
                <w:szCs w:val="20"/>
                <w:lang w:val="pl-PL"/>
              </w:rPr>
            </w:pPr>
            <w:r w:rsidRPr="009045FD">
              <w:rPr>
                <w:b/>
                <w:color w:val="000000"/>
                <w:sz w:val="28"/>
                <w:szCs w:val="20"/>
                <w:lang w:val="pl-PL"/>
              </w:rPr>
              <w:t>ĆWICZENIA OGÓLNOROZWOJOWE</w:t>
            </w:r>
          </w:p>
          <w:p w14:paraId="1CC48062" w14:textId="77777777" w:rsidR="00F27F33" w:rsidRPr="009045FD" w:rsidRDefault="00000000">
            <w:pPr>
              <w:rPr>
                <w:sz w:val="18"/>
                <w:szCs w:val="20"/>
                <w:lang w:val="pl-PL"/>
              </w:rPr>
            </w:pPr>
            <w:r w:rsidRPr="009045FD">
              <w:rPr>
                <w:i/>
                <w:color w:val="333333"/>
                <w:sz w:val="16"/>
                <w:szCs w:val="20"/>
                <w:lang w:val="pl-PL"/>
              </w:rPr>
              <w:t>Samodzielne planowanie i modyfikowanie treningu, odpowiedzialne korzystanie z technologii i prowadzenie rozgrzewki.</w:t>
            </w:r>
            <w:r w:rsidRPr="009045FD">
              <w:rPr>
                <w:b/>
                <w:color w:val="4B4B4B"/>
                <w:sz w:val="12"/>
                <w:lang w:val="pl-PL"/>
              </w:rPr>
              <w:t xml:space="preserve">  </w:t>
            </w:r>
            <w:proofErr w:type="gramStart"/>
            <w:r w:rsidRPr="009045FD">
              <w:rPr>
                <w:b/>
                <w:color w:val="4B4B4B"/>
                <w:sz w:val="12"/>
                <w:lang w:val="pl-PL"/>
              </w:rPr>
              <w:t>|  PODSTAWA</w:t>
            </w:r>
            <w:proofErr w:type="gramEnd"/>
            <w:r w:rsidRPr="009045FD">
              <w:rPr>
                <w:b/>
                <w:color w:val="4B4B4B"/>
                <w:sz w:val="12"/>
                <w:lang w:val="pl-PL"/>
              </w:rPr>
              <w:t xml:space="preserve">: </w:t>
            </w:r>
            <w:r w:rsidRPr="009045FD">
              <w:rPr>
                <w:i/>
                <w:color w:val="4B4B4B"/>
                <w:sz w:val="12"/>
                <w:lang w:val="pl-PL"/>
              </w:rPr>
              <w:t>PP 2017/2025, WF kl. VII–VIII, I.1–8.</w:t>
            </w:r>
          </w:p>
        </w:tc>
      </w:tr>
    </w:tbl>
    <w:p w14:paraId="2E82DC2C" w14:textId="77777777" w:rsidR="00F27F33" w:rsidRPr="009045FD" w:rsidRDefault="00F27F33">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F27F33" w:rsidRPr="009045FD" w14:paraId="49C7512B"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6D453FA0" w14:textId="77777777" w:rsidR="00F27F33" w:rsidRPr="009045FD" w:rsidRDefault="00000000">
            <w:pPr>
              <w:spacing w:after="40"/>
              <w:rPr>
                <w:sz w:val="18"/>
                <w:szCs w:val="20"/>
                <w:lang w:val="pl-PL"/>
              </w:rPr>
            </w:pPr>
            <w:r w:rsidRPr="009045FD">
              <w:rPr>
                <w:b/>
                <w:color w:val="000000"/>
                <w:sz w:val="14"/>
                <w:szCs w:val="20"/>
                <w:lang w:val="pl-PL"/>
              </w:rPr>
              <w:t>ZAKRES WYMAGANIA</w:t>
            </w:r>
          </w:p>
          <w:p w14:paraId="14A6CD72"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cztery wybrane ćwiczenia zwinnościowo-akrobatyczne</w:t>
            </w:r>
          </w:p>
          <w:p w14:paraId="5E244CAE"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elementy treningu funkcjonalnego wzmacniającego gorset mięśniowy</w:t>
            </w:r>
          </w:p>
          <w:p w14:paraId="319E86E1"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omawia i stosuje co najmniej dwa rodzaje treningu wzmacniającego</w:t>
            </w:r>
          </w:p>
          <w:p w14:paraId="29A92D26"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wskazuje możliwości wykorzystania technologii do oceny dziennej aktywności</w:t>
            </w:r>
          </w:p>
          <w:p w14:paraId="5A35C240"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co najmniej jedną nowoczesną formę aktywności fizycznej</w:t>
            </w:r>
          </w:p>
          <w:p w14:paraId="5B69FAF9"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przeprowadza rozgrzewkę dostosowaną do aktywności</w:t>
            </w:r>
          </w:p>
          <w:p w14:paraId="0BCE079D"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ergonomicznie podnosi i przenosi przedmioty</w:t>
            </w:r>
          </w:p>
          <w:p w14:paraId="7A06CDC0"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wyjaśnia znaczenie aktywności na świeżym powietrzu</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72103608" w14:textId="77777777" w:rsidR="00F27F33" w:rsidRPr="009045FD" w:rsidRDefault="00000000">
            <w:pPr>
              <w:spacing w:after="40"/>
              <w:rPr>
                <w:sz w:val="18"/>
                <w:szCs w:val="20"/>
                <w:lang w:val="pl-PL"/>
              </w:rPr>
            </w:pPr>
            <w:r w:rsidRPr="009045FD">
              <w:rPr>
                <w:b/>
                <w:color w:val="000000"/>
                <w:sz w:val="14"/>
                <w:szCs w:val="20"/>
                <w:lang w:val="pl-PL"/>
              </w:rPr>
              <w:t>KRYTERIA SUKCESU</w:t>
            </w:r>
          </w:p>
          <w:p w14:paraId="72F5D7B3"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dobiera ćwiczenia, formę treningu i obciążenie do celu</w:t>
            </w:r>
          </w:p>
          <w:p w14:paraId="5C60E589"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kontroluje technikę, postawę, oddech i reakcję organizmu</w:t>
            </w:r>
          </w:p>
          <w:p w14:paraId="0C52AE30"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samodzielnie prowadzi rozgrzewkę i reaguje na bezpieczeństwo grupy</w:t>
            </w:r>
          </w:p>
          <w:p w14:paraId="5AF10CC0"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wykorzystuje dane z technologii krytycznie i z poszanowaniem prywatności</w:t>
            </w:r>
          </w:p>
          <w:p w14:paraId="6C830D1F"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stosuje ergonomię i uzasadnia znaczenie ruchu na świeżym powietrzu</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7A9B4343" w14:textId="77777777" w:rsidR="00F27F33" w:rsidRPr="009045FD" w:rsidRDefault="00000000">
            <w:pPr>
              <w:spacing w:after="40"/>
              <w:rPr>
                <w:sz w:val="18"/>
                <w:szCs w:val="20"/>
                <w:lang w:val="pl-PL"/>
              </w:rPr>
            </w:pPr>
            <w:r w:rsidRPr="009045FD">
              <w:rPr>
                <w:b/>
                <w:color w:val="000000"/>
                <w:sz w:val="14"/>
                <w:szCs w:val="20"/>
                <w:lang w:val="pl-PL"/>
              </w:rPr>
              <w:t>MOŻLIWE DOWODY OSIĄGNIĘCIA UMIEJĘTNOŚCI</w:t>
            </w:r>
          </w:p>
          <w:p w14:paraId="31705BD9" w14:textId="77777777" w:rsidR="00F27F33" w:rsidRPr="009045FD" w:rsidRDefault="00000000">
            <w:pPr>
              <w:spacing w:after="30"/>
              <w:rPr>
                <w:sz w:val="18"/>
                <w:szCs w:val="20"/>
                <w:lang w:val="pl-PL"/>
              </w:rPr>
            </w:pPr>
            <w:r w:rsidRPr="009045FD">
              <w:rPr>
                <w:i/>
                <w:color w:val="333333"/>
                <w:sz w:val="12"/>
                <w:szCs w:val="20"/>
                <w:lang w:val="pl-PL"/>
              </w:rPr>
              <w:t>Uczeń może pokazać tę umiejętność między innymi poprzez:</w:t>
            </w:r>
          </w:p>
          <w:p w14:paraId="3E806D12"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Wykonanie: ćwiczenie akrobatyczne, funkcjonalne, obwodowe lub nowoczesna forma ruchu</w:t>
            </w:r>
          </w:p>
          <w:p w14:paraId="5FE53230"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Prowadzenie: fragment rozgrzewki dostosowany do aktywności</w:t>
            </w:r>
          </w:p>
          <w:p w14:paraId="76C355CB"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Demonstracja: ergonomiczne podnoszenie i przenoszenie</w:t>
            </w:r>
          </w:p>
          <w:p w14:paraId="3EBF3E56"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Dokumentacja: prosty zapis dziennej aktywności lub analiza danych</w:t>
            </w:r>
          </w:p>
        </w:tc>
      </w:tr>
    </w:tbl>
    <w:p w14:paraId="7E81B5FC" w14:textId="77777777" w:rsidR="00F27F33" w:rsidRPr="009045FD" w:rsidRDefault="00F27F33">
      <w:pPr>
        <w:rPr>
          <w:sz w:val="18"/>
          <w:szCs w:val="20"/>
          <w:lang w:val="pl-PL"/>
        </w:rPr>
      </w:pPr>
    </w:p>
    <w:p w14:paraId="512F7CCE" w14:textId="77777777" w:rsidR="00F27F33" w:rsidRPr="009045FD" w:rsidRDefault="00000000">
      <w:pPr>
        <w:spacing w:before="40" w:after="40"/>
        <w:rPr>
          <w:sz w:val="18"/>
          <w:szCs w:val="20"/>
          <w:lang w:val="pl-PL"/>
        </w:rPr>
      </w:pPr>
      <w:r w:rsidRPr="009045F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7F33" w:rsidRPr="009045FD" w14:paraId="4E28C0AE"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5D3D935" w14:textId="77777777" w:rsidR="00F27F33" w:rsidRPr="009045FD" w:rsidRDefault="00000000">
            <w:pPr>
              <w:jc w:val="center"/>
              <w:rPr>
                <w:sz w:val="18"/>
                <w:szCs w:val="20"/>
                <w:lang w:val="pl-PL"/>
              </w:rPr>
            </w:pPr>
            <w:r w:rsidRPr="009045FD">
              <w:rPr>
                <w:b/>
                <w:color w:val="000000"/>
                <w:sz w:val="24"/>
                <w:szCs w:val="20"/>
                <w:lang w:val="pl-PL"/>
              </w:rPr>
              <w:t>2</w:t>
            </w:r>
          </w:p>
          <w:p w14:paraId="4B408F15" w14:textId="77777777" w:rsidR="00F27F33" w:rsidRPr="009045FD" w:rsidRDefault="00000000">
            <w:pPr>
              <w:spacing w:line="216" w:lineRule="auto"/>
              <w:jc w:val="center"/>
              <w:rPr>
                <w:sz w:val="18"/>
                <w:szCs w:val="20"/>
                <w:lang w:val="pl-PL"/>
              </w:rPr>
            </w:pPr>
            <w:r w:rsidRPr="009045F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6BE07C0" w14:textId="77777777" w:rsidR="00F27F33" w:rsidRPr="009045FD" w:rsidRDefault="00000000">
            <w:pPr>
              <w:jc w:val="center"/>
              <w:rPr>
                <w:sz w:val="18"/>
                <w:szCs w:val="20"/>
                <w:lang w:val="pl-PL"/>
              </w:rPr>
            </w:pPr>
            <w:r w:rsidRPr="009045FD">
              <w:rPr>
                <w:b/>
                <w:color w:val="000000"/>
                <w:sz w:val="24"/>
                <w:szCs w:val="20"/>
                <w:lang w:val="pl-PL"/>
              </w:rPr>
              <w:t>3</w:t>
            </w:r>
          </w:p>
          <w:p w14:paraId="433C128A" w14:textId="77777777" w:rsidR="00F27F33" w:rsidRPr="009045FD" w:rsidRDefault="00000000">
            <w:pPr>
              <w:spacing w:line="216" w:lineRule="auto"/>
              <w:jc w:val="center"/>
              <w:rPr>
                <w:sz w:val="18"/>
                <w:szCs w:val="20"/>
                <w:lang w:val="pl-PL"/>
              </w:rPr>
            </w:pPr>
            <w:r w:rsidRPr="009045FD">
              <w:rPr>
                <w:b/>
                <w:color w:val="000000"/>
                <w:sz w:val="11"/>
                <w:szCs w:val="20"/>
                <w:lang w:val="pl-PL"/>
              </w:rPr>
              <w:t>SAMODZIELNIE</w:t>
            </w:r>
            <w:r w:rsidRPr="009045F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29FFE0A" w14:textId="77777777" w:rsidR="00F27F33" w:rsidRPr="009045FD" w:rsidRDefault="00000000">
            <w:pPr>
              <w:jc w:val="center"/>
              <w:rPr>
                <w:sz w:val="18"/>
                <w:szCs w:val="20"/>
                <w:lang w:val="pl-PL"/>
              </w:rPr>
            </w:pPr>
            <w:r w:rsidRPr="009045FD">
              <w:rPr>
                <w:b/>
                <w:color w:val="000000"/>
                <w:sz w:val="24"/>
                <w:szCs w:val="20"/>
                <w:lang w:val="pl-PL"/>
              </w:rPr>
              <w:t>4</w:t>
            </w:r>
          </w:p>
          <w:p w14:paraId="7EE1B187" w14:textId="77777777" w:rsidR="00F27F33" w:rsidRPr="009045FD" w:rsidRDefault="00000000">
            <w:pPr>
              <w:spacing w:line="216" w:lineRule="auto"/>
              <w:jc w:val="center"/>
              <w:rPr>
                <w:sz w:val="18"/>
                <w:szCs w:val="20"/>
                <w:lang w:val="pl-PL"/>
              </w:rPr>
            </w:pPr>
            <w:r w:rsidRPr="009045FD">
              <w:rPr>
                <w:b/>
                <w:color w:val="000000"/>
                <w:sz w:val="11"/>
                <w:szCs w:val="20"/>
                <w:lang w:val="pl-PL"/>
              </w:rPr>
              <w:t>POPRAWNIE</w:t>
            </w:r>
            <w:r w:rsidRPr="009045F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3647776" w14:textId="77777777" w:rsidR="00F27F33" w:rsidRPr="009045FD" w:rsidRDefault="00000000">
            <w:pPr>
              <w:jc w:val="center"/>
              <w:rPr>
                <w:sz w:val="18"/>
                <w:szCs w:val="20"/>
                <w:lang w:val="pl-PL"/>
              </w:rPr>
            </w:pPr>
            <w:r w:rsidRPr="009045FD">
              <w:rPr>
                <w:b/>
                <w:color w:val="000000"/>
                <w:sz w:val="24"/>
                <w:szCs w:val="20"/>
                <w:lang w:val="pl-PL"/>
              </w:rPr>
              <w:t>5</w:t>
            </w:r>
          </w:p>
          <w:p w14:paraId="3047C79B" w14:textId="77777777" w:rsidR="00F27F33" w:rsidRPr="009045FD" w:rsidRDefault="00000000">
            <w:pPr>
              <w:spacing w:line="216" w:lineRule="auto"/>
              <w:jc w:val="center"/>
              <w:rPr>
                <w:sz w:val="18"/>
                <w:szCs w:val="20"/>
                <w:lang w:val="pl-PL"/>
              </w:rPr>
            </w:pPr>
            <w:r w:rsidRPr="009045FD">
              <w:rPr>
                <w:b/>
                <w:color w:val="000000"/>
                <w:sz w:val="11"/>
                <w:szCs w:val="20"/>
                <w:lang w:val="pl-PL"/>
              </w:rPr>
              <w:t>SPRAWNIE, SAMODZIELNIE</w:t>
            </w:r>
            <w:r w:rsidRPr="009045F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CC141B3" w14:textId="77777777" w:rsidR="00F27F33" w:rsidRPr="009045FD" w:rsidRDefault="00000000">
            <w:pPr>
              <w:jc w:val="center"/>
              <w:rPr>
                <w:sz w:val="18"/>
                <w:szCs w:val="20"/>
                <w:lang w:val="pl-PL"/>
              </w:rPr>
            </w:pPr>
            <w:r w:rsidRPr="009045FD">
              <w:rPr>
                <w:b/>
                <w:color w:val="000000"/>
                <w:sz w:val="24"/>
                <w:szCs w:val="20"/>
                <w:lang w:val="pl-PL"/>
              </w:rPr>
              <w:t>6</w:t>
            </w:r>
          </w:p>
          <w:p w14:paraId="2D02594E" w14:textId="77777777" w:rsidR="00F27F33" w:rsidRPr="009045FD" w:rsidRDefault="00000000">
            <w:pPr>
              <w:spacing w:line="216" w:lineRule="auto"/>
              <w:jc w:val="center"/>
              <w:rPr>
                <w:sz w:val="18"/>
                <w:szCs w:val="20"/>
                <w:lang w:val="pl-PL"/>
              </w:rPr>
            </w:pPr>
            <w:r w:rsidRPr="009045FD">
              <w:rPr>
                <w:b/>
                <w:color w:val="000000"/>
                <w:sz w:val="11"/>
                <w:szCs w:val="20"/>
                <w:lang w:val="pl-PL"/>
              </w:rPr>
              <w:t>TWÓRCZO</w:t>
            </w:r>
            <w:r w:rsidRPr="009045FD">
              <w:rPr>
                <w:b/>
                <w:color w:val="000000"/>
                <w:sz w:val="11"/>
                <w:szCs w:val="20"/>
                <w:lang w:val="pl-PL"/>
              </w:rPr>
              <w:br/>
              <w:t>I ODPOWIEDZIALNIE</w:t>
            </w:r>
          </w:p>
        </w:tc>
      </w:tr>
      <w:tr w:rsidR="00F27F33" w:rsidRPr="009045FD" w14:paraId="0CCA255B"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C74A7A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z pomocą wykonuje planowany zestaw i koryguje technikę</w:t>
            </w:r>
          </w:p>
          <w:p w14:paraId="7250A6B4"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rozpoznaje cel formy treningu</w:t>
            </w:r>
          </w:p>
          <w:p w14:paraId="1B183CF5"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stosuje ergonomię po przypomnieniu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BE73655"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samodzielnie wykonuje i prowadzi typowy fragment</w:t>
            </w:r>
          </w:p>
          <w:p w14:paraId="401C1E9D"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dobiera podstawowe obciążenie</w:t>
            </w:r>
          </w:p>
          <w:p w14:paraId="11CF4EAB"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korzysta z danych zgodnie z instrukcją</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909C39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poprawnie planuje kolejność, obciążenie i regenerację</w:t>
            </w:r>
          </w:p>
          <w:p w14:paraId="66A19760"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prowadzi bezpieczną rozgrzewkę</w:t>
            </w:r>
          </w:p>
          <w:p w14:paraId="60393310"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interpretuje dane i koryguje działanie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D68C9F4"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sprawnie modyfikuje trening do reakcji organizmu</w:t>
            </w:r>
          </w:p>
          <w:p w14:paraId="081840A7"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uzasadnia wybór form i technologii</w:t>
            </w:r>
          </w:p>
          <w:p w14:paraId="25750430" w14:textId="77777777" w:rsidR="00F27F33" w:rsidRPr="009045FD" w:rsidRDefault="00000000">
            <w:pPr>
              <w:pStyle w:val="Listapunktowana"/>
              <w:spacing w:after="36" w:line="245" w:lineRule="auto"/>
              <w:ind w:left="158" w:hanging="130"/>
              <w:rPr>
                <w:sz w:val="18"/>
                <w:szCs w:val="20"/>
                <w:lang w:val="pl-PL"/>
              </w:rPr>
            </w:pPr>
            <w:r w:rsidRPr="009045FD">
              <w:rPr>
                <w:lang w:val="pl-PL"/>
              </w:rPr>
              <w:t>samodzielnie realizuje zadanie albo prowadzi grupę i kontroluje bezpieczeństwo</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52E5DC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projektuje kompletny mini-trening</w:t>
            </w:r>
          </w:p>
          <w:p w14:paraId="2ED0B246"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twórczo dostosowuje go do różnych osób</w:t>
            </w:r>
          </w:p>
          <w:p w14:paraId="1754017F"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ocenia skuteczność i przenosi zasady do codziennego życia</w:t>
            </w:r>
          </w:p>
        </w:tc>
      </w:tr>
    </w:tbl>
    <w:p w14:paraId="4207BAB9" w14:textId="77777777" w:rsidR="00F27F33" w:rsidRPr="009045FD" w:rsidRDefault="00000000">
      <w:pPr>
        <w:spacing w:before="50"/>
        <w:rPr>
          <w:color w:val="000000"/>
          <w:sz w:val="13"/>
          <w:szCs w:val="20"/>
          <w:lang w:val="pl-PL"/>
        </w:rPr>
      </w:pPr>
      <w:r w:rsidRPr="009045FD">
        <w:rPr>
          <w:b/>
          <w:color w:val="000000"/>
          <w:sz w:val="13"/>
          <w:szCs w:val="20"/>
          <w:lang w:val="pl-PL"/>
        </w:rPr>
        <w:t xml:space="preserve">Ważne: </w:t>
      </w:r>
      <w:r w:rsidRPr="009045FD">
        <w:rPr>
          <w:color w:val="000000"/>
          <w:sz w:val="13"/>
          <w:szCs w:val="20"/>
          <w:lang w:val="pl-PL"/>
        </w:rPr>
        <w:t>Technologia jest narzędziem opcjonalnym; uczeń musi mieć równoważną możliwość pracy bez urządzenia.</w:t>
      </w:r>
    </w:p>
    <w:p w14:paraId="3D931A8E" w14:textId="77777777" w:rsidR="00007B2D" w:rsidRPr="009045FD" w:rsidRDefault="00007B2D">
      <w:pPr>
        <w:spacing w:before="50"/>
        <w:rPr>
          <w:color w:val="000000"/>
          <w:sz w:val="13"/>
          <w:szCs w:val="20"/>
          <w:lang w:val="pl-PL"/>
        </w:rPr>
      </w:pPr>
    </w:p>
    <w:p w14:paraId="4F6EA123" w14:textId="77777777" w:rsidR="00007B2D" w:rsidRPr="009045FD" w:rsidRDefault="00007B2D">
      <w:pPr>
        <w:spacing w:before="50"/>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007B2D" w:rsidRPr="009045FD" w14:paraId="10057A37" w14:textId="77777777" w:rsidTr="007F0A02">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6228969A" w14:textId="77777777" w:rsidR="00007B2D" w:rsidRPr="009045FD" w:rsidRDefault="00007B2D" w:rsidP="007F0A02">
            <w:pPr>
              <w:jc w:val="center"/>
              <w:rPr>
                <w:sz w:val="18"/>
                <w:szCs w:val="20"/>
                <w:lang w:val="pl-PL"/>
              </w:rPr>
            </w:pPr>
            <w:r w:rsidRPr="009045FD">
              <w:rPr>
                <w:b/>
                <w:color w:val="FFFFFF"/>
                <w:sz w:val="36"/>
                <w:szCs w:val="20"/>
                <w:lang w:val="pl-PL"/>
              </w:rPr>
              <w:t>2</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4A267872" w14:textId="77777777" w:rsidR="00007B2D" w:rsidRPr="009045FD" w:rsidRDefault="00007B2D" w:rsidP="007F0A02">
            <w:pPr>
              <w:rPr>
                <w:sz w:val="18"/>
                <w:szCs w:val="20"/>
                <w:lang w:val="pl-PL"/>
              </w:rPr>
            </w:pPr>
            <w:r w:rsidRPr="009045FD">
              <w:rPr>
                <w:b/>
                <w:color w:val="000000"/>
                <w:sz w:val="28"/>
                <w:szCs w:val="20"/>
                <w:lang w:val="pl-PL"/>
              </w:rPr>
              <w:t>GRY ZESPOŁOWE I REKREACYJNE</w:t>
            </w:r>
          </w:p>
          <w:p w14:paraId="40E799D6" w14:textId="77777777" w:rsidR="00007B2D" w:rsidRPr="009045FD" w:rsidRDefault="00007B2D" w:rsidP="007F0A02">
            <w:pPr>
              <w:rPr>
                <w:sz w:val="18"/>
                <w:szCs w:val="20"/>
                <w:lang w:val="pl-PL"/>
              </w:rPr>
            </w:pPr>
            <w:r w:rsidRPr="009045FD">
              <w:rPr>
                <w:i/>
                <w:color w:val="333333"/>
                <w:sz w:val="16"/>
                <w:szCs w:val="20"/>
                <w:lang w:val="pl-PL"/>
              </w:rPr>
              <w:t>Świadome stosowanie techniki i taktyki, samodzielne sędziowanie oraz planowanie szkolnych rozgrywek.</w:t>
            </w:r>
            <w:r w:rsidRPr="009045FD">
              <w:rPr>
                <w:b/>
                <w:color w:val="4B4B4B"/>
                <w:sz w:val="12"/>
                <w:lang w:val="pl-PL"/>
              </w:rPr>
              <w:t xml:space="preserve">  </w:t>
            </w:r>
            <w:proofErr w:type="gramStart"/>
            <w:r w:rsidRPr="009045FD">
              <w:rPr>
                <w:b/>
                <w:color w:val="4B4B4B"/>
                <w:sz w:val="12"/>
                <w:lang w:val="pl-PL"/>
              </w:rPr>
              <w:t>|  PODSTAWA</w:t>
            </w:r>
            <w:proofErr w:type="gramEnd"/>
            <w:r w:rsidRPr="009045FD">
              <w:rPr>
                <w:b/>
                <w:color w:val="4B4B4B"/>
                <w:sz w:val="12"/>
                <w:lang w:val="pl-PL"/>
              </w:rPr>
              <w:t xml:space="preserve">: </w:t>
            </w:r>
            <w:r w:rsidRPr="009045FD">
              <w:rPr>
                <w:i/>
                <w:color w:val="4B4B4B"/>
                <w:sz w:val="12"/>
                <w:lang w:val="pl-PL"/>
              </w:rPr>
              <w:t>PP 2017/2025, WF kl. VII–VIII, II.1–5.</w:t>
            </w:r>
          </w:p>
        </w:tc>
      </w:tr>
    </w:tbl>
    <w:p w14:paraId="3D2E50CB" w14:textId="77777777" w:rsidR="00007B2D" w:rsidRPr="009045FD" w:rsidRDefault="00007B2D" w:rsidP="00007B2D">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007B2D" w:rsidRPr="009045FD" w14:paraId="4679DA21" w14:textId="77777777" w:rsidTr="007F0A02">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34DE5A28" w14:textId="77777777" w:rsidR="00007B2D" w:rsidRPr="009045FD" w:rsidRDefault="00007B2D" w:rsidP="007F0A02">
            <w:pPr>
              <w:spacing w:after="40"/>
              <w:rPr>
                <w:sz w:val="18"/>
                <w:szCs w:val="20"/>
                <w:lang w:val="pl-PL"/>
              </w:rPr>
            </w:pPr>
            <w:r w:rsidRPr="009045FD">
              <w:rPr>
                <w:b/>
                <w:color w:val="000000"/>
                <w:sz w:val="14"/>
                <w:szCs w:val="20"/>
                <w:lang w:val="pl-PL"/>
              </w:rPr>
              <w:t>ZAKRES WYMAGANIA</w:t>
            </w:r>
          </w:p>
          <w:p w14:paraId="51358546"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wykonuje i stosuje elementy techniczne w koszykówce, piłce nożnej, ręcznej i siatkówce</w:t>
            </w:r>
          </w:p>
          <w:p w14:paraId="0D46B8FB"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przyjmuje pozycję w ataku i obronie</w:t>
            </w:r>
          </w:p>
          <w:p w14:paraId="6D3333E5"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uczestniczy w co najmniej dwóch innych grach zespołowych</w:t>
            </w:r>
          </w:p>
          <w:p w14:paraId="605AD9AA"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uczestniczy w grach szkolnych i uproszczonych jako zawodnik i sędzia</w:t>
            </w:r>
          </w:p>
          <w:p w14:paraId="185D4A2B"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planuje rozgrywki systemem pucharowym i każdy z każdym</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4DF30D51" w14:textId="77777777" w:rsidR="00007B2D" w:rsidRPr="009045FD" w:rsidRDefault="00007B2D" w:rsidP="007F0A02">
            <w:pPr>
              <w:spacing w:after="40"/>
              <w:rPr>
                <w:sz w:val="18"/>
                <w:szCs w:val="20"/>
                <w:lang w:val="pl-PL"/>
              </w:rPr>
            </w:pPr>
            <w:r w:rsidRPr="009045FD">
              <w:rPr>
                <w:b/>
                <w:color w:val="000000"/>
                <w:sz w:val="14"/>
                <w:szCs w:val="20"/>
                <w:lang w:val="pl-PL"/>
              </w:rPr>
              <w:t>KRYTERIA SUKCESU</w:t>
            </w:r>
          </w:p>
          <w:p w14:paraId="0052B106"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wykonuje podstawowy element techniczny w sytuacji gry</w:t>
            </w:r>
          </w:p>
          <w:p w14:paraId="7F5DE96D"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zajmuje miejsce odpowiednie do roli i sytuacji</w:t>
            </w:r>
          </w:p>
          <w:p w14:paraId="50D0E7EB"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podejmuje decyzję z uwzględnieniem zespołu</w:t>
            </w:r>
          </w:p>
          <w:p w14:paraId="795E0B31"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stosuje przepisy i sygnały sędziego</w:t>
            </w:r>
          </w:p>
          <w:p w14:paraId="27E05B6D"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rozumie podstawowe zasady organizacji rozgrywek</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65202B8E" w14:textId="77777777" w:rsidR="00007B2D" w:rsidRPr="009045FD" w:rsidRDefault="00007B2D" w:rsidP="007F0A02">
            <w:pPr>
              <w:spacing w:after="40"/>
              <w:rPr>
                <w:sz w:val="18"/>
                <w:szCs w:val="20"/>
                <w:lang w:val="pl-PL"/>
              </w:rPr>
            </w:pPr>
            <w:r w:rsidRPr="009045FD">
              <w:rPr>
                <w:b/>
                <w:color w:val="000000"/>
                <w:sz w:val="14"/>
                <w:szCs w:val="20"/>
                <w:lang w:val="pl-PL"/>
              </w:rPr>
              <w:t>MOŻLIWE DOWODY OSIĄGNIĘCIA UMIEJĘTNOŚCI</w:t>
            </w:r>
          </w:p>
          <w:p w14:paraId="1E33C0F4" w14:textId="77777777" w:rsidR="00007B2D" w:rsidRPr="009045FD" w:rsidRDefault="00007B2D" w:rsidP="007F0A02">
            <w:pPr>
              <w:spacing w:after="30"/>
              <w:rPr>
                <w:sz w:val="18"/>
                <w:szCs w:val="20"/>
                <w:lang w:val="pl-PL"/>
              </w:rPr>
            </w:pPr>
            <w:r w:rsidRPr="009045FD">
              <w:rPr>
                <w:i/>
                <w:color w:val="333333"/>
                <w:sz w:val="12"/>
                <w:szCs w:val="20"/>
                <w:lang w:val="pl-PL"/>
              </w:rPr>
              <w:t>Uczeń może pokazać tę umiejętność między innymi poprzez:</w:t>
            </w:r>
          </w:p>
          <w:p w14:paraId="427E065D"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Gra: sytuacja zadaniowa, gra uproszczona lub szkolna</w:t>
            </w:r>
          </w:p>
          <w:p w14:paraId="77C700B0"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Technika i taktyka: wykonanie elementu w ataku lub obronie</w:t>
            </w:r>
          </w:p>
          <w:p w14:paraId="28725726"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Rola: zawodnik, sędzia, organizator lub obserwator</w:t>
            </w:r>
          </w:p>
          <w:p w14:paraId="45862658"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Produkt: prosty terminarz lub schemat rozgrywek</w:t>
            </w:r>
          </w:p>
        </w:tc>
      </w:tr>
    </w:tbl>
    <w:p w14:paraId="4BB20DDD" w14:textId="77777777" w:rsidR="00007B2D" w:rsidRPr="009045FD" w:rsidRDefault="00007B2D" w:rsidP="00007B2D">
      <w:pPr>
        <w:rPr>
          <w:sz w:val="18"/>
          <w:szCs w:val="20"/>
          <w:lang w:val="pl-PL"/>
        </w:rPr>
      </w:pPr>
    </w:p>
    <w:p w14:paraId="08CAA404" w14:textId="77777777" w:rsidR="00007B2D" w:rsidRPr="009045FD" w:rsidRDefault="00007B2D" w:rsidP="00007B2D">
      <w:pPr>
        <w:spacing w:before="40" w:after="40"/>
        <w:rPr>
          <w:sz w:val="18"/>
          <w:szCs w:val="20"/>
          <w:lang w:val="pl-PL"/>
        </w:rPr>
      </w:pPr>
      <w:r w:rsidRPr="009045F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07B2D" w:rsidRPr="009045FD" w14:paraId="11A37675" w14:textId="77777777" w:rsidTr="007F0A02">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102E0ED" w14:textId="77777777" w:rsidR="00007B2D" w:rsidRPr="009045FD" w:rsidRDefault="00007B2D" w:rsidP="007F0A02">
            <w:pPr>
              <w:jc w:val="center"/>
              <w:rPr>
                <w:sz w:val="18"/>
                <w:szCs w:val="20"/>
                <w:lang w:val="pl-PL"/>
              </w:rPr>
            </w:pPr>
            <w:r w:rsidRPr="009045FD">
              <w:rPr>
                <w:b/>
                <w:color w:val="000000"/>
                <w:sz w:val="24"/>
                <w:szCs w:val="20"/>
                <w:lang w:val="pl-PL"/>
              </w:rPr>
              <w:t>2</w:t>
            </w:r>
          </w:p>
          <w:p w14:paraId="467BDC22"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8B8DDBE" w14:textId="77777777" w:rsidR="00007B2D" w:rsidRPr="009045FD" w:rsidRDefault="00007B2D" w:rsidP="007F0A02">
            <w:pPr>
              <w:jc w:val="center"/>
              <w:rPr>
                <w:sz w:val="18"/>
                <w:szCs w:val="20"/>
                <w:lang w:val="pl-PL"/>
              </w:rPr>
            </w:pPr>
            <w:r w:rsidRPr="009045FD">
              <w:rPr>
                <w:b/>
                <w:color w:val="000000"/>
                <w:sz w:val="24"/>
                <w:szCs w:val="20"/>
                <w:lang w:val="pl-PL"/>
              </w:rPr>
              <w:t>3</w:t>
            </w:r>
          </w:p>
          <w:p w14:paraId="071F9041"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SAMODZIELNIE</w:t>
            </w:r>
            <w:r w:rsidRPr="009045F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0EDB300" w14:textId="77777777" w:rsidR="00007B2D" w:rsidRPr="009045FD" w:rsidRDefault="00007B2D" w:rsidP="007F0A02">
            <w:pPr>
              <w:jc w:val="center"/>
              <w:rPr>
                <w:sz w:val="18"/>
                <w:szCs w:val="20"/>
                <w:lang w:val="pl-PL"/>
              </w:rPr>
            </w:pPr>
            <w:r w:rsidRPr="009045FD">
              <w:rPr>
                <w:b/>
                <w:color w:val="000000"/>
                <w:sz w:val="24"/>
                <w:szCs w:val="20"/>
                <w:lang w:val="pl-PL"/>
              </w:rPr>
              <w:t>4</w:t>
            </w:r>
          </w:p>
          <w:p w14:paraId="19F8F958"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POPRAWNIE</w:t>
            </w:r>
            <w:r w:rsidRPr="009045F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F825F7C" w14:textId="77777777" w:rsidR="00007B2D" w:rsidRPr="009045FD" w:rsidRDefault="00007B2D" w:rsidP="007F0A02">
            <w:pPr>
              <w:jc w:val="center"/>
              <w:rPr>
                <w:sz w:val="18"/>
                <w:szCs w:val="20"/>
                <w:lang w:val="pl-PL"/>
              </w:rPr>
            </w:pPr>
            <w:r w:rsidRPr="009045FD">
              <w:rPr>
                <w:b/>
                <w:color w:val="000000"/>
                <w:sz w:val="24"/>
                <w:szCs w:val="20"/>
                <w:lang w:val="pl-PL"/>
              </w:rPr>
              <w:t>5</w:t>
            </w:r>
          </w:p>
          <w:p w14:paraId="479612EE"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SPRAWNIE, SAMODZIELNIE</w:t>
            </w:r>
            <w:r w:rsidRPr="009045F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3610A1A" w14:textId="77777777" w:rsidR="00007B2D" w:rsidRPr="009045FD" w:rsidRDefault="00007B2D" w:rsidP="007F0A02">
            <w:pPr>
              <w:jc w:val="center"/>
              <w:rPr>
                <w:sz w:val="18"/>
                <w:szCs w:val="20"/>
                <w:lang w:val="pl-PL"/>
              </w:rPr>
            </w:pPr>
            <w:r w:rsidRPr="009045FD">
              <w:rPr>
                <w:b/>
                <w:color w:val="000000"/>
                <w:sz w:val="24"/>
                <w:szCs w:val="20"/>
                <w:lang w:val="pl-PL"/>
              </w:rPr>
              <w:t>6</w:t>
            </w:r>
          </w:p>
          <w:p w14:paraId="1CCD78E4"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TWÓRCZO</w:t>
            </w:r>
            <w:r w:rsidRPr="009045FD">
              <w:rPr>
                <w:b/>
                <w:color w:val="000000"/>
                <w:sz w:val="11"/>
                <w:szCs w:val="20"/>
                <w:lang w:val="pl-PL"/>
              </w:rPr>
              <w:br/>
              <w:t>I ODPOWIEDZIALNIE</w:t>
            </w:r>
          </w:p>
        </w:tc>
      </w:tr>
      <w:tr w:rsidR="00007B2D" w:rsidRPr="009045FD" w14:paraId="68CFBA3E" w14:textId="77777777" w:rsidTr="007F0A02">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7041FC0"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z pomocą wykonuje element i realizuje rolę</w:t>
            </w:r>
          </w:p>
          <w:p w14:paraId="0442D9E7"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stosuje przepis po przypomnieniu</w:t>
            </w:r>
          </w:p>
          <w:p w14:paraId="13AE1B88"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koryguje ustawienie po wskazaniu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962F51E"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samodzielnie uczestniczy w typowej grze</w:t>
            </w:r>
          </w:p>
          <w:p w14:paraId="04624908"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pełni rolę zawodnika lub sędziego</w:t>
            </w:r>
          </w:p>
          <w:p w14:paraId="4998762C"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wykonuje prosty schemat rozgrywek</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8FA4DA6"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poprawnie łączy technikę, taktykę i komunikację</w:t>
            </w:r>
          </w:p>
          <w:p w14:paraId="3581C713"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stosuje przepisy i zarządza prostą sytuacją</w:t>
            </w:r>
          </w:p>
          <w:p w14:paraId="4EBF01C9"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planuje rozgrywki według wybranego systemu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0B46CB7"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sprawnie analizuje grę i uzasadnia decyzje</w:t>
            </w:r>
          </w:p>
          <w:p w14:paraId="74BB6325"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samodzielnie sędziuje lub organizuje</w:t>
            </w:r>
          </w:p>
          <w:p w14:paraId="53D78B42"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koryguje system rozgrywek i podział ról</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F0656E5"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projektuje sprawiedliwe, włączające rozgrywki</w:t>
            </w:r>
          </w:p>
          <w:p w14:paraId="01404299"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modyfikuje taktykę lub zasady do sytuacji</w:t>
            </w:r>
          </w:p>
          <w:p w14:paraId="19478BED"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ocenia efekty sportowe i społeczne</w:t>
            </w:r>
          </w:p>
        </w:tc>
      </w:tr>
    </w:tbl>
    <w:p w14:paraId="2E95EE1F" w14:textId="3CAA5BBE" w:rsidR="00F27F33" w:rsidRPr="009045FD" w:rsidRDefault="00007B2D" w:rsidP="009045FD">
      <w:pPr>
        <w:spacing w:before="50"/>
        <w:rPr>
          <w:sz w:val="18"/>
          <w:szCs w:val="20"/>
          <w:lang w:val="pl-PL"/>
        </w:rPr>
      </w:pPr>
      <w:r w:rsidRPr="009045FD">
        <w:rPr>
          <w:b/>
          <w:color w:val="000000"/>
          <w:sz w:val="13"/>
          <w:szCs w:val="20"/>
          <w:lang w:val="pl-PL"/>
        </w:rPr>
        <w:t xml:space="preserve">Ważne: </w:t>
      </w:r>
      <w:r w:rsidRPr="009045FD">
        <w:rPr>
          <w:color w:val="000000"/>
          <w:sz w:val="13"/>
          <w:szCs w:val="20"/>
          <w:lang w:val="pl-PL"/>
        </w:rPr>
        <w:t>Ocenia się zastosowanie techniki, decyzje i współpracę, a nie wyłącznie skuteczność punktową.</w:t>
      </w:r>
    </w:p>
    <w:tbl>
      <w:tblPr>
        <w:tblW w:w="0" w:type="auto"/>
        <w:jc w:val="center"/>
        <w:tblLayout w:type="fixed"/>
        <w:tblLook w:val="04A0" w:firstRow="1" w:lastRow="0" w:firstColumn="1" w:lastColumn="0" w:noHBand="0" w:noVBand="1"/>
      </w:tblPr>
      <w:tblGrid>
        <w:gridCol w:w="936"/>
        <w:gridCol w:w="14256"/>
      </w:tblGrid>
      <w:tr w:rsidR="00F27F33" w:rsidRPr="009045FD" w14:paraId="266C9DFF"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48DCEC8F" w14:textId="77777777" w:rsidR="00F27F33" w:rsidRPr="009045FD" w:rsidRDefault="00000000">
            <w:pPr>
              <w:jc w:val="center"/>
              <w:rPr>
                <w:sz w:val="18"/>
                <w:szCs w:val="20"/>
                <w:lang w:val="pl-PL"/>
              </w:rPr>
            </w:pPr>
            <w:r w:rsidRPr="009045FD">
              <w:rPr>
                <w:b/>
                <w:color w:val="FFFFFF"/>
                <w:sz w:val="36"/>
                <w:szCs w:val="20"/>
                <w:lang w:val="pl-PL"/>
              </w:rPr>
              <w:lastRenderedPageBreak/>
              <w:t>3</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E6C06DC" w14:textId="77777777" w:rsidR="00F27F33" w:rsidRPr="009045FD" w:rsidRDefault="00000000">
            <w:pPr>
              <w:rPr>
                <w:sz w:val="18"/>
                <w:szCs w:val="20"/>
                <w:lang w:val="pl-PL"/>
              </w:rPr>
            </w:pPr>
            <w:r w:rsidRPr="009045FD">
              <w:rPr>
                <w:b/>
                <w:color w:val="000000"/>
                <w:sz w:val="28"/>
                <w:szCs w:val="20"/>
                <w:lang w:val="pl-PL"/>
              </w:rPr>
              <w:t>LEKKOATLETYKA</w:t>
            </w:r>
          </w:p>
          <w:p w14:paraId="715008C0" w14:textId="77777777" w:rsidR="00F27F33" w:rsidRPr="009045FD" w:rsidRDefault="00000000">
            <w:pPr>
              <w:rPr>
                <w:sz w:val="18"/>
                <w:szCs w:val="20"/>
                <w:lang w:val="pl-PL"/>
              </w:rPr>
            </w:pPr>
            <w:r w:rsidRPr="009045FD">
              <w:rPr>
                <w:i/>
                <w:color w:val="333333"/>
                <w:sz w:val="16"/>
                <w:szCs w:val="20"/>
                <w:lang w:val="pl-PL"/>
              </w:rPr>
              <w:t>Doskonalenie techniki lekkoatletycznej, samodzielna analiza i transfer umiejętności do aktywności terenowej.</w:t>
            </w:r>
            <w:r w:rsidRPr="009045FD">
              <w:rPr>
                <w:b/>
                <w:color w:val="4B4B4B"/>
                <w:sz w:val="12"/>
                <w:lang w:val="pl-PL"/>
              </w:rPr>
              <w:t xml:space="preserve">  </w:t>
            </w:r>
            <w:proofErr w:type="gramStart"/>
            <w:r w:rsidRPr="009045FD">
              <w:rPr>
                <w:b/>
                <w:color w:val="4B4B4B"/>
                <w:sz w:val="12"/>
                <w:lang w:val="pl-PL"/>
              </w:rPr>
              <w:t>|  PODSTAWA</w:t>
            </w:r>
            <w:proofErr w:type="gramEnd"/>
            <w:r w:rsidRPr="009045FD">
              <w:rPr>
                <w:b/>
                <w:color w:val="4B4B4B"/>
                <w:sz w:val="12"/>
                <w:lang w:val="pl-PL"/>
              </w:rPr>
              <w:t xml:space="preserve">: </w:t>
            </w:r>
            <w:r w:rsidRPr="009045FD">
              <w:rPr>
                <w:i/>
                <w:color w:val="4B4B4B"/>
                <w:sz w:val="12"/>
                <w:lang w:val="pl-PL"/>
              </w:rPr>
              <w:t>PP 2017/2025, WF kl. VII–VIII, III.1–6.</w:t>
            </w:r>
          </w:p>
        </w:tc>
      </w:tr>
    </w:tbl>
    <w:p w14:paraId="2FF5F703" w14:textId="77777777" w:rsidR="00F27F33" w:rsidRPr="009045FD" w:rsidRDefault="00F27F33">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F27F33" w:rsidRPr="009045FD" w14:paraId="35B211F4"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0A11EA7C" w14:textId="77777777" w:rsidR="00F27F33" w:rsidRPr="009045FD" w:rsidRDefault="00000000">
            <w:pPr>
              <w:spacing w:after="40"/>
              <w:rPr>
                <w:sz w:val="18"/>
                <w:szCs w:val="20"/>
                <w:lang w:val="pl-PL"/>
              </w:rPr>
            </w:pPr>
            <w:r w:rsidRPr="009045FD">
              <w:rPr>
                <w:b/>
                <w:color w:val="000000"/>
                <w:sz w:val="14"/>
                <w:szCs w:val="20"/>
                <w:lang w:val="pl-PL"/>
              </w:rPr>
              <w:t>ZAKRES WYMAGANIA</w:t>
            </w:r>
          </w:p>
          <w:p w14:paraId="6C5D59F5"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ćwiczenia sprinterskie i bieg krótki ze startu niskiego</w:t>
            </w:r>
          </w:p>
          <w:p w14:paraId="5450EDB6"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kształtuje rytm i dynamikę biegu na różnych dystansach</w:t>
            </w:r>
          </w:p>
          <w:p w14:paraId="3FBC3390"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rzut zamachowy piłką z rozbiegu z krokiem skrzyżnym</w:t>
            </w:r>
          </w:p>
          <w:p w14:paraId="3212E9FD"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przekazuje pałeczkę w biegu sztafetowym</w:t>
            </w:r>
          </w:p>
          <w:p w14:paraId="1AA75E1D"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pokonuje trasę marszobiegu lub biegu terenowego z elementami orientacji</w:t>
            </w:r>
          </w:p>
          <w:p w14:paraId="21D231CA"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skok w dal z rozbiegu z odbicia ze strefy lub belki</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17CCCF27" w14:textId="77777777" w:rsidR="00F27F33" w:rsidRPr="009045FD" w:rsidRDefault="00000000">
            <w:pPr>
              <w:spacing w:after="40"/>
              <w:rPr>
                <w:sz w:val="18"/>
                <w:szCs w:val="20"/>
                <w:lang w:val="pl-PL"/>
              </w:rPr>
            </w:pPr>
            <w:r w:rsidRPr="009045FD">
              <w:rPr>
                <w:b/>
                <w:color w:val="000000"/>
                <w:sz w:val="14"/>
                <w:szCs w:val="20"/>
                <w:lang w:val="pl-PL"/>
              </w:rPr>
              <w:t>KRYTERIA SUKCESU</w:t>
            </w:r>
          </w:p>
          <w:p w14:paraId="2733CA8F"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stosuje rozgrzewkę specyficzną dla zadania</w:t>
            </w:r>
          </w:p>
          <w:p w14:paraId="08EE9D0E"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fazy ruchu w bezpiecznej kolejności</w:t>
            </w:r>
          </w:p>
          <w:p w14:paraId="450BD20A"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kontroluje tor, strefę, sprzęt i otoczenie</w:t>
            </w:r>
          </w:p>
          <w:p w14:paraId="7185AD0F"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dobiera tempo do dystansu i możliwości</w:t>
            </w:r>
          </w:p>
          <w:p w14:paraId="304D1A14"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analizuje jeden element techniki do poprawy</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8EE2E09" w14:textId="77777777" w:rsidR="00F27F33" w:rsidRPr="009045FD" w:rsidRDefault="00000000">
            <w:pPr>
              <w:spacing w:after="40"/>
              <w:rPr>
                <w:sz w:val="18"/>
                <w:szCs w:val="20"/>
                <w:lang w:val="pl-PL"/>
              </w:rPr>
            </w:pPr>
            <w:r w:rsidRPr="009045FD">
              <w:rPr>
                <w:b/>
                <w:color w:val="000000"/>
                <w:sz w:val="14"/>
                <w:szCs w:val="20"/>
                <w:lang w:val="pl-PL"/>
              </w:rPr>
              <w:t>MOŻLIWE DOWODY OSIĄGNIĘCIA UMIEJĘTNOŚCI</w:t>
            </w:r>
          </w:p>
          <w:p w14:paraId="0468CEAA" w14:textId="77777777" w:rsidR="00F27F33" w:rsidRPr="009045FD" w:rsidRDefault="00000000">
            <w:pPr>
              <w:spacing w:after="30"/>
              <w:rPr>
                <w:sz w:val="18"/>
                <w:szCs w:val="20"/>
                <w:lang w:val="pl-PL"/>
              </w:rPr>
            </w:pPr>
            <w:r w:rsidRPr="009045FD">
              <w:rPr>
                <w:i/>
                <w:color w:val="333333"/>
                <w:sz w:val="12"/>
                <w:szCs w:val="20"/>
                <w:lang w:val="pl-PL"/>
              </w:rPr>
              <w:t>Uczeń może pokazać tę umiejętność między innymi poprzez:</w:t>
            </w:r>
          </w:p>
          <w:p w14:paraId="43CCF67F"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Wykonanie: sprint, bieg, skok, rzut lub sztafeta</w:t>
            </w:r>
          </w:p>
          <w:p w14:paraId="29193C75"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Praca terenowa: marszobieg z prostą orientacją</w:t>
            </w:r>
          </w:p>
          <w:p w14:paraId="48311192"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Pomiar: czas lub odległość użyte do analizy własnej techniki</w:t>
            </w:r>
          </w:p>
          <w:p w14:paraId="1D7BE94E"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Refleksja: wskazanie fazy ruchu i sposobu doskonalenia</w:t>
            </w:r>
          </w:p>
        </w:tc>
      </w:tr>
    </w:tbl>
    <w:p w14:paraId="0B679576" w14:textId="77777777" w:rsidR="00F27F33" w:rsidRPr="009045FD" w:rsidRDefault="00F27F33">
      <w:pPr>
        <w:rPr>
          <w:sz w:val="18"/>
          <w:szCs w:val="20"/>
          <w:lang w:val="pl-PL"/>
        </w:rPr>
      </w:pPr>
    </w:p>
    <w:p w14:paraId="1FDD7ED9" w14:textId="77777777" w:rsidR="00F27F33" w:rsidRPr="009045FD" w:rsidRDefault="00000000">
      <w:pPr>
        <w:spacing w:before="40" w:after="40"/>
        <w:rPr>
          <w:sz w:val="18"/>
          <w:szCs w:val="20"/>
          <w:lang w:val="pl-PL"/>
        </w:rPr>
      </w:pPr>
      <w:r w:rsidRPr="009045F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7F33" w:rsidRPr="009045FD" w14:paraId="409411CC"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F582067" w14:textId="77777777" w:rsidR="00F27F33" w:rsidRPr="009045FD" w:rsidRDefault="00000000">
            <w:pPr>
              <w:jc w:val="center"/>
              <w:rPr>
                <w:sz w:val="18"/>
                <w:szCs w:val="20"/>
                <w:lang w:val="pl-PL"/>
              </w:rPr>
            </w:pPr>
            <w:r w:rsidRPr="009045FD">
              <w:rPr>
                <w:b/>
                <w:color w:val="000000"/>
                <w:sz w:val="24"/>
                <w:szCs w:val="20"/>
                <w:lang w:val="pl-PL"/>
              </w:rPr>
              <w:t>2</w:t>
            </w:r>
          </w:p>
          <w:p w14:paraId="42DFD387" w14:textId="77777777" w:rsidR="00F27F33" w:rsidRPr="009045FD" w:rsidRDefault="00000000">
            <w:pPr>
              <w:spacing w:line="216" w:lineRule="auto"/>
              <w:jc w:val="center"/>
              <w:rPr>
                <w:sz w:val="18"/>
                <w:szCs w:val="20"/>
                <w:lang w:val="pl-PL"/>
              </w:rPr>
            </w:pPr>
            <w:r w:rsidRPr="009045F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FC2C028" w14:textId="77777777" w:rsidR="00F27F33" w:rsidRPr="009045FD" w:rsidRDefault="00000000">
            <w:pPr>
              <w:jc w:val="center"/>
              <w:rPr>
                <w:sz w:val="18"/>
                <w:szCs w:val="20"/>
                <w:lang w:val="pl-PL"/>
              </w:rPr>
            </w:pPr>
            <w:r w:rsidRPr="009045FD">
              <w:rPr>
                <w:b/>
                <w:color w:val="000000"/>
                <w:sz w:val="24"/>
                <w:szCs w:val="20"/>
                <w:lang w:val="pl-PL"/>
              </w:rPr>
              <w:t>3</w:t>
            </w:r>
          </w:p>
          <w:p w14:paraId="0D527768" w14:textId="77777777" w:rsidR="00F27F33" w:rsidRPr="009045FD" w:rsidRDefault="00000000">
            <w:pPr>
              <w:spacing w:line="216" w:lineRule="auto"/>
              <w:jc w:val="center"/>
              <w:rPr>
                <w:sz w:val="18"/>
                <w:szCs w:val="20"/>
                <w:lang w:val="pl-PL"/>
              </w:rPr>
            </w:pPr>
            <w:r w:rsidRPr="009045FD">
              <w:rPr>
                <w:b/>
                <w:color w:val="000000"/>
                <w:sz w:val="11"/>
                <w:szCs w:val="20"/>
                <w:lang w:val="pl-PL"/>
              </w:rPr>
              <w:t>SAMODZIELNIE</w:t>
            </w:r>
            <w:r w:rsidRPr="009045F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FBB7F17" w14:textId="77777777" w:rsidR="00F27F33" w:rsidRPr="009045FD" w:rsidRDefault="00000000">
            <w:pPr>
              <w:jc w:val="center"/>
              <w:rPr>
                <w:sz w:val="18"/>
                <w:szCs w:val="20"/>
                <w:lang w:val="pl-PL"/>
              </w:rPr>
            </w:pPr>
            <w:r w:rsidRPr="009045FD">
              <w:rPr>
                <w:b/>
                <w:color w:val="000000"/>
                <w:sz w:val="24"/>
                <w:szCs w:val="20"/>
                <w:lang w:val="pl-PL"/>
              </w:rPr>
              <w:t>4</w:t>
            </w:r>
          </w:p>
          <w:p w14:paraId="47075292" w14:textId="77777777" w:rsidR="00F27F33" w:rsidRPr="009045FD" w:rsidRDefault="00000000">
            <w:pPr>
              <w:spacing w:line="216" w:lineRule="auto"/>
              <w:jc w:val="center"/>
              <w:rPr>
                <w:sz w:val="18"/>
                <w:szCs w:val="20"/>
                <w:lang w:val="pl-PL"/>
              </w:rPr>
            </w:pPr>
            <w:r w:rsidRPr="009045FD">
              <w:rPr>
                <w:b/>
                <w:color w:val="000000"/>
                <w:sz w:val="11"/>
                <w:szCs w:val="20"/>
                <w:lang w:val="pl-PL"/>
              </w:rPr>
              <w:t>POPRAWNIE</w:t>
            </w:r>
            <w:r w:rsidRPr="009045F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EF7943C" w14:textId="77777777" w:rsidR="00F27F33" w:rsidRPr="009045FD" w:rsidRDefault="00000000">
            <w:pPr>
              <w:jc w:val="center"/>
              <w:rPr>
                <w:sz w:val="18"/>
                <w:szCs w:val="20"/>
                <w:lang w:val="pl-PL"/>
              </w:rPr>
            </w:pPr>
            <w:r w:rsidRPr="009045FD">
              <w:rPr>
                <w:b/>
                <w:color w:val="000000"/>
                <w:sz w:val="24"/>
                <w:szCs w:val="20"/>
                <w:lang w:val="pl-PL"/>
              </w:rPr>
              <w:t>5</w:t>
            </w:r>
          </w:p>
          <w:p w14:paraId="7AFEC2E5" w14:textId="77777777" w:rsidR="00F27F33" w:rsidRPr="009045FD" w:rsidRDefault="00000000">
            <w:pPr>
              <w:spacing w:line="216" w:lineRule="auto"/>
              <w:jc w:val="center"/>
              <w:rPr>
                <w:sz w:val="18"/>
                <w:szCs w:val="20"/>
                <w:lang w:val="pl-PL"/>
              </w:rPr>
            </w:pPr>
            <w:r w:rsidRPr="009045FD">
              <w:rPr>
                <w:b/>
                <w:color w:val="000000"/>
                <w:sz w:val="11"/>
                <w:szCs w:val="20"/>
                <w:lang w:val="pl-PL"/>
              </w:rPr>
              <w:t>SPRAWNIE, SAMODZIELNIE</w:t>
            </w:r>
            <w:r w:rsidRPr="009045F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A87CA33" w14:textId="77777777" w:rsidR="00F27F33" w:rsidRPr="009045FD" w:rsidRDefault="00000000">
            <w:pPr>
              <w:jc w:val="center"/>
              <w:rPr>
                <w:sz w:val="18"/>
                <w:szCs w:val="20"/>
                <w:lang w:val="pl-PL"/>
              </w:rPr>
            </w:pPr>
            <w:r w:rsidRPr="009045FD">
              <w:rPr>
                <w:b/>
                <w:color w:val="000000"/>
                <w:sz w:val="24"/>
                <w:szCs w:val="20"/>
                <w:lang w:val="pl-PL"/>
              </w:rPr>
              <w:t>6</w:t>
            </w:r>
          </w:p>
          <w:p w14:paraId="6664B581" w14:textId="77777777" w:rsidR="00F27F33" w:rsidRPr="009045FD" w:rsidRDefault="00000000">
            <w:pPr>
              <w:spacing w:line="216" w:lineRule="auto"/>
              <w:jc w:val="center"/>
              <w:rPr>
                <w:sz w:val="18"/>
                <w:szCs w:val="20"/>
                <w:lang w:val="pl-PL"/>
              </w:rPr>
            </w:pPr>
            <w:r w:rsidRPr="009045FD">
              <w:rPr>
                <w:b/>
                <w:color w:val="000000"/>
                <w:sz w:val="11"/>
                <w:szCs w:val="20"/>
                <w:lang w:val="pl-PL"/>
              </w:rPr>
              <w:t>TWÓRCZO</w:t>
            </w:r>
            <w:r w:rsidRPr="009045FD">
              <w:rPr>
                <w:b/>
                <w:color w:val="000000"/>
                <w:sz w:val="11"/>
                <w:szCs w:val="20"/>
                <w:lang w:val="pl-PL"/>
              </w:rPr>
              <w:br/>
              <w:t>I ODPOWIEDZIALNIE</w:t>
            </w:r>
          </w:p>
        </w:tc>
      </w:tr>
      <w:tr w:rsidR="00F27F33" w:rsidRPr="009045FD" w14:paraId="59EDDD6A"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B7B833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z pomocą wykonuje fazy ruchu i zachowuje bezpieczeństwo</w:t>
            </w:r>
          </w:p>
          <w:p w14:paraId="1C65D975"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koryguje błąd po wskazaniu</w:t>
            </w:r>
          </w:p>
          <w:p w14:paraId="0A541661"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uczestniczy w sztafecie lub trasie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6EB358B"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samodzielnie wykonuje poznane konkurencje</w:t>
            </w:r>
          </w:p>
          <w:p w14:paraId="1871F914"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dobiera podstawowe tempo i rozbieg</w:t>
            </w:r>
          </w:p>
          <w:p w14:paraId="676D371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stosuje informację zwrotną</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3E7BB2E"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poprawnie i płynnie łączy fazy ruchu</w:t>
            </w:r>
          </w:p>
          <w:p w14:paraId="4C04D2A4"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dostosowuje strategię do dystansu i warunków</w:t>
            </w:r>
          </w:p>
          <w:p w14:paraId="7011ABE0"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analizuje własną technikę</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0FBA975"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sprawnie wykonuje, mierzy i koryguje technikę</w:t>
            </w:r>
          </w:p>
          <w:p w14:paraId="01A0DBBA"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uzasadnia wybór tempa, rozbiegu lub wariantu</w:t>
            </w:r>
          </w:p>
          <w:p w14:paraId="131A298B"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przenosi umiejętności do zadania terenowego</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DB86B1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projektuje ćwiczenie lub mini-cykl doskonalący</w:t>
            </w:r>
          </w:p>
          <w:p w14:paraId="56F18CDD"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modyfikuje go na podstawie danych</w:t>
            </w:r>
          </w:p>
          <w:p w14:paraId="0BB5D660"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organizuje bezpieczne stanowisko i udziela informacji zwrotnej</w:t>
            </w:r>
          </w:p>
        </w:tc>
      </w:tr>
    </w:tbl>
    <w:p w14:paraId="155422B9" w14:textId="77777777" w:rsidR="00F27F33" w:rsidRPr="009045FD" w:rsidRDefault="00000000">
      <w:pPr>
        <w:spacing w:before="50"/>
        <w:rPr>
          <w:color w:val="000000"/>
          <w:sz w:val="13"/>
          <w:szCs w:val="20"/>
          <w:lang w:val="pl-PL"/>
        </w:rPr>
      </w:pPr>
      <w:r w:rsidRPr="009045FD">
        <w:rPr>
          <w:b/>
          <w:color w:val="000000"/>
          <w:sz w:val="13"/>
          <w:szCs w:val="20"/>
          <w:lang w:val="pl-PL"/>
        </w:rPr>
        <w:t xml:space="preserve">Ważne: </w:t>
      </w:r>
      <w:r w:rsidRPr="009045FD">
        <w:rPr>
          <w:color w:val="000000"/>
          <w:sz w:val="13"/>
          <w:szCs w:val="20"/>
          <w:lang w:val="pl-PL"/>
        </w:rPr>
        <w:t>Wynik sportowy służy monitorowaniu rozwoju; nie jest samodzielnym kryterium oceny.</w:t>
      </w:r>
    </w:p>
    <w:p w14:paraId="57C4C64F" w14:textId="77777777" w:rsidR="00007B2D" w:rsidRPr="009045FD" w:rsidRDefault="00007B2D">
      <w:pPr>
        <w:spacing w:before="50"/>
        <w:rPr>
          <w:color w:val="000000"/>
          <w:sz w:val="13"/>
          <w:szCs w:val="20"/>
          <w:lang w:val="pl-PL"/>
        </w:rPr>
      </w:pPr>
    </w:p>
    <w:p w14:paraId="32F899E5" w14:textId="77777777" w:rsidR="00007B2D" w:rsidRPr="009045FD" w:rsidRDefault="00007B2D">
      <w:pPr>
        <w:spacing w:before="50"/>
        <w:rPr>
          <w:color w:val="000000"/>
          <w:sz w:val="13"/>
          <w:szCs w:val="20"/>
          <w:lang w:val="pl-PL"/>
        </w:rPr>
      </w:pPr>
    </w:p>
    <w:tbl>
      <w:tblPr>
        <w:tblW w:w="0" w:type="auto"/>
        <w:jc w:val="center"/>
        <w:tblLayout w:type="fixed"/>
        <w:tblLook w:val="04A0" w:firstRow="1" w:lastRow="0" w:firstColumn="1" w:lastColumn="0" w:noHBand="0" w:noVBand="1"/>
      </w:tblPr>
      <w:tblGrid>
        <w:gridCol w:w="936"/>
        <w:gridCol w:w="14256"/>
      </w:tblGrid>
      <w:tr w:rsidR="00007B2D" w:rsidRPr="009045FD" w14:paraId="30631A7C" w14:textId="77777777" w:rsidTr="007F0A02">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0634ADD4" w14:textId="77777777" w:rsidR="00007B2D" w:rsidRPr="009045FD" w:rsidRDefault="00007B2D" w:rsidP="007F0A02">
            <w:pPr>
              <w:jc w:val="center"/>
              <w:rPr>
                <w:sz w:val="18"/>
                <w:szCs w:val="20"/>
                <w:lang w:val="pl-PL"/>
              </w:rPr>
            </w:pPr>
            <w:r w:rsidRPr="009045FD">
              <w:rPr>
                <w:b/>
                <w:color w:val="FFFFFF"/>
                <w:sz w:val="36"/>
                <w:szCs w:val="20"/>
                <w:lang w:val="pl-PL"/>
              </w:rPr>
              <w:t>4</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2DFD4401" w14:textId="77777777" w:rsidR="00007B2D" w:rsidRPr="009045FD" w:rsidRDefault="00007B2D" w:rsidP="007F0A02">
            <w:pPr>
              <w:rPr>
                <w:sz w:val="18"/>
                <w:szCs w:val="20"/>
                <w:lang w:val="pl-PL"/>
              </w:rPr>
            </w:pPr>
            <w:r w:rsidRPr="009045FD">
              <w:rPr>
                <w:b/>
                <w:color w:val="000000"/>
                <w:sz w:val="28"/>
                <w:szCs w:val="20"/>
                <w:lang w:val="pl-PL"/>
              </w:rPr>
              <w:t>TANIEC</w:t>
            </w:r>
          </w:p>
          <w:p w14:paraId="6826B7B9" w14:textId="77777777" w:rsidR="00007B2D" w:rsidRPr="009045FD" w:rsidRDefault="00007B2D" w:rsidP="007F0A02">
            <w:pPr>
              <w:rPr>
                <w:sz w:val="18"/>
                <w:szCs w:val="20"/>
                <w:lang w:val="pl-PL"/>
              </w:rPr>
            </w:pPr>
            <w:r w:rsidRPr="009045FD">
              <w:rPr>
                <w:i/>
                <w:color w:val="333333"/>
                <w:sz w:val="16"/>
                <w:szCs w:val="20"/>
                <w:lang w:val="pl-PL"/>
              </w:rPr>
              <w:t>Samodzielne tworzenie, prowadzenie i ocena układu tanecznego w wybranym stylu.</w:t>
            </w:r>
            <w:r w:rsidRPr="009045FD">
              <w:rPr>
                <w:b/>
                <w:color w:val="4B4B4B"/>
                <w:sz w:val="12"/>
                <w:lang w:val="pl-PL"/>
              </w:rPr>
              <w:t xml:space="preserve">  </w:t>
            </w:r>
            <w:proofErr w:type="gramStart"/>
            <w:r w:rsidRPr="009045FD">
              <w:rPr>
                <w:b/>
                <w:color w:val="4B4B4B"/>
                <w:sz w:val="12"/>
                <w:lang w:val="pl-PL"/>
              </w:rPr>
              <w:t>|  PODSTAWA</w:t>
            </w:r>
            <w:proofErr w:type="gramEnd"/>
            <w:r w:rsidRPr="009045FD">
              <w:rPr>
                <w:b/>
                <w:color w:val="4B4B4B"/>
                <w:sz w:val="12"/>
                <w:lang w:val="pl-PL"/>
              </w:rPr>
              <w:t xml:space="preserve">: </w:t>
            </w:r>
            <w:r w:rsidRPr="009045FD">
              <w:rPr>
                <w:i/>
                <w:color w:val="4B4B4B"/>
                <w:sz w:val="12"/>
                <w:lang w:val="pl-PL"/>
              </w:rPr>
              <w:t>PP 2017/2025, WF kl. VII–VIII, IV.</w:t>
            </w:r>
          </w:p>
        </w:tc>
      </w:tr>
    </w:tbl>
    <w:p w14:paraId="64FBDE90" w14:textId="77777777" w:rsidR="00007B2D" w:rsidRPr="009045FD" w:rsidRDefault="00007B2D" w:rsidP="00007B2D">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007B2D" w:rsidRPr="009045FD" w14:paraId="6031CBAE" w14:textId="77777777" w:rsidTr="007F0A02">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2D961A26" w14:textId="77777777" w:rsidR="00007B2D" w:rsidRPr="009045FD" w:rsidRDefault="00007B2D" w:rsidP="007F0A02">
            <w:pPr>
              <w:spacing w:after="40"/>
              <w:rPr>
                <w:sz w:val="18"/>
                <w:szCs w:val="20"/>
                <w:lang w:val="pl-PL"/>
              </w:rPr>
            </w:pPr>
            <w:r w:rsidRPr="009045FD">
              <w:rPr>
                <w:b/>
                <w:color w:val="000000"/>
                <w:sz w:val="14"/>
                <w:szCs w:val="20"/>
                <w:lang w:val="pl-PL"/>
              </w:rPr>
              <w:t>ZAKRES WYMAGANIA</w:t>
            </w:r>
          </w:p>
          <w:p w14:paraId="7275E37E"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opracowuje układ indywidualnie, w parze lub zespole</w:t>
            </w:r>
          </w:p>
          <w:p w14:paraId="2FA541C0"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wykorzystuje elementy wybranego tańca tradycyjnego lub nowoczesnego</w:t>
            </w:r>
          </w:p>
          <w:p w14:paraId="71D828A8"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łączy ruchy w spójną sekwencję z rytmem, kierunkiem i poziomem</w:t>
            </w:r>
          </w:p>
          <w:p w14:paraId="0C9CA0EE"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dostosowuje elementy do możliwości uczestników i przestrzeni</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6FD69383" w14:textId="77777777" w:rsidR="00007B2D" w:rsidRPr="009045FD" w:rsidRDefault="00007B2D" w:rsidP="007F0A02">
            <w:pPr>
              <w:spacing w:after="40"/>
              <w:rPr>
                <w:sz w:val="18"/>
                <w:szCs w:val="20"/>
                <w:lang w:val="pl-PL"/>
              </w:rPr>
            </w:pPr>
            <w:r w:rsidRPr="009045FD">
              <w:rPr>
                <w:b/>
                <w:color w:val="000000"/>
                <w:sz w:val="14"/>
                <w:szCs w:val="20"/>
                <w:lang w:val="pl-PL"/>
              </w:rPr>
              <w:t>KRYTERIA SUKCESU</w:t>
            </w:r>
          </w:p>
          <w:p w14:paraId="15E60C9E"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utrzymuje rytm i orientację w przestrzeni</w:t>
            </w:r>
          </w:p>
          <w:p w14:paraId="357EBEF9"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wykonuje zaplanowaną sekwencję</w:t>
            </w:r>
          </w:p>
          <w:p w14:paraId="5A712B6D"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współpracuje przy wyborze i łączeniu elementów</w:t>
            </w:r>
          </w:p>
          <w:p w14:paraId="429BCDB0"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stosuje bezpieczny dystans i zakres ruchu</w:t>
            </w:r>
          </w:p>
          <w:p w14:paraId="6E2EB1A6"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wykorzystuje informację zwrotną do poprawy</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0622FE8" w14:textId="77777777" w:rsidR="00007B2D" w:rsidRPr="009045FD" w:rsidRDefault="00007B2D" w:rsidP="007F0A02">
            <w:pPr>
              <w:spacing w:after="40"/>
              <w:rPr>
                <w:sz w:val="18"/>
                <w:szCs w:val="20"/>
                <w:lang w:val="pl-PL"/>
              </w:rPr>
            </w:pPr>
            <w:r w:rsidRPr="009045FD">
              <w:rPr>
                <w:b/>
                <w:color w:val="000000"/>
                <w:sz w:val="14"/>
                <w:szCs w:val="20"/>
                <w:lang w:val="pl-PL"/>
              </w:rPr>
              <w:t>MOŻLIWE DOWODY OSIĄGNIĘCIA UMIEJĘTNOŚCI</w:t>
            </w:r>
          </w:p>
          <w:p w14:paraId="21D4A1D6" w14:textId="77777777" w:rsidR="00007B2D" w:rsidRPr="009045FD" w:rsidRDefault="00007B2D" w:rsidP="007F0A02">
            <w:pPr>
              <w:spacing w:after="30"/>
              <w:rPr>
                <w:sz w:val="18"/>
                <w:szCs w:val="20"/>
                <w:lang w:val="pl-PL"/>
              </w:rPr>
            </w:pPr>
            <w:r w:rsidRPr="009045FD">
              <w:rPr>
                <w:i/>
                <w:color w:val="333333"/>
                <w:sz w:val="12"/>
                <w:szCs w:val="20"/>
                <w:lang w:val="pl-PL"/>
              </w:rPr>
              <w:t>Uczeń może pokazać tę umiejętność między innymi poprzez:</w:t>
            </w:r>
          </w:p>
          <w:p w14:paraId="75515E50"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Wykonanie: indywidualny, partnerski lub zespołowy układ</w:t>
            </w:r>
          </w:p>
          <w:p w14:paraId="4D9C1F85"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Proces: plan, próby, poprawiona wersja lub zapis sekwencji</w:t>
            </w:r>
          </w:p>
          <w:p w14:paraId="7971FFEA"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Współpraca: podział ról i informacja zwrotna</w:t>
            </w:r>
          </w:p>
          <w:p w14:paraId="2573A29B"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Refleksja: ocena rytmu, płynności, ekspresji i bezpieczeństwa</w:t>
            </w:r>
          </w:p>
        </w:tc>
      </w:tr>
    </w:tbl>
    <w:p w14:paraId="715FB4F7" w14:textId="77777777" w:rsidR="00007B2D" w:rsidRPr="009045FD" w:rsidRDefault="00007B2D" w:rsidP="00007B2D">
      <w:pPr>
        <w:rPr>
          <w:sz w:val="18"/>
          <w:szCs w:val="20"/>
          <w:lang w:val="pl-PL"/>
        </w:rPr>
      </w:pPr>
    </w:p>
    <w:p w14:paraId="7FAE5100" w14:textId="77777777" w:rsidR="00007B2D" w:rsidRPr="009045FD" w:rsidRDefault="00007B2D" w:rsidP="00007B2D">
      <w:pPr>
        <w:spacing w:before="40" w:after="40"/>
        <w:rPr>
          <w:sz w:val="18"/>
          <w:szCs w:val="20"/>
          <w:lang w:val="pl-PL"/>
        </w:rPr>
      </w:pPr>
      <w:r w:rsidRPr="009045F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07B2D" w:rsidRPr="009045FD" w14:paraId="14B542ED" w14:textId="77777777" w:rsidTr="007F0A02">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D667525" w14:textId="77777777" w:rsidR="00007B2D" w:rsidRPr="009045FD" w:rsidRDefault="00007B2D" w:rsidP="007F0A02">
            <w:pPr>
              <w:jc w:val="center"/>
              <w:rPr>
                <w:sz w:val="18"/>
                <w:szCs w:val="20"/>
                <w:lang w:val="pl-PL"/>
              </w:rPr>
            </w:pPr>
            <w:r w:rsidRPr="009045FD">
              <w:rPr>
                <w:b/>
                <w:color w:val="000000"/>
                <w:sz w:val="24"/>
                <w:szCs w:val="20"/>
                <w:lang w:val="pl-PL"/>
              </w:rPr>
              <w:t>2</w:t>
            </w:r>
          </w:p>
          <w:p w14:paraId="3EA8E7EE"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0D666FB" w14:textId="77777777" w:rsidR="00007B2D" w:rsidRPr="009045FD" w:rsidRDefault="00007B2D" w:rsidP="007F0A02">
            <w:pPr>
              <w:jc w:val="center"/>
              <w:rPr>
                <w:sz w:val="18"/>
                <w:szCs w:val="20"/>
                <w:lang w:val="pl-PL"/>
              </w:rPr>
            </w:pPr>
            <w:r w:rsidRPr="009045FD">
              <w:rPr>
                <w:b/>
                <w:color w:val="000000"/>
                <w:sz w:val="24"/>
                <w:szCs w:val="20"/>
                <w:lang w:val="pl-PL"/>
              </w:rPr>
              <w:t>3</w:t>
            </w:r>
          </w:p>
          <w:p w14:paraId="6C399CFF"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SAMODZIELNIE</w:t>
            </w:r>
            <w:r w:rsidRPr="009045F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948DF8A" w14:textId="77777777" w:rsidR="00007B2D" w:rsidRPr="009045FD" w:rsidRDefault="00007B2D" w:rsidP="007F0A02">
            <w:pPr>
              <w:jc w:val="center"/>
              <w:rPr>
                <w:sz w:val="18"/>
                <w:szCs w:val="20"/>
                <w:lang w:val="pl-PL"/>
              </w:rPr>
            </w:pPr>
            <w:r w:rsidRPr="009045FD">
              <w:rPr>
                <w:b/>
                <w:color w:val="000000"/>
                <w:sz w:val="24"/>
                <w:szCs w:val="20"/>
                <w:lang w:val="pl-PL"/>
              </w:rPr>
              <w:t>4</w:t>
            </w:r>
          </w:p>
          <w:p w14:paraId="7BB4A98A"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POPRAWNIE</w:t>
            </w:r>
            <w:r w:rsidRPr="009045F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CD90F70" w14:textId="77777777" w:rsidR="00007B2D" w:rsidRPr="009045FD" w:rsidRDefault="00007B2D" w:rsidP="007F0A02">
            <w:pPr>
              <w:jc w:val="center"/>
              <w:rPr>
                <w:sz w:val="18"/>
                <w:szCs w:val="20"/>
                <w:lang w:val="pl-PL"/>
              </w:rPr>
            </w:pPr>
            <w:r w:rsidRPr="009045FD">
              <w:rPr>
                <w:b/>
                <w:color w:val="000000"/>
                <w:sz w:val="24"/>
                <w:szCs w:val="20"/>
                <w:lang w:val="pl-PL"/>
              </w:rPr>
              <w:t>5</w:t>
            </w:r>
          </w:p>
          <w:p w14:paraId="0E3222B8"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SPRAWNIE, SAMODZIELNIE</w:t>
            </w:r>
            <w:r w:rsidRPr="009045F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46A96F4" w14:textId="77777777" w:rsidR="00007B2D" w:rsidRPr="009045FD" w:rsidRDefault="00007B2D" w:rsidP="007F0A02">
            <w:pPr>
              <w:jc w:val="center"/>
              <w:rPr>
                <w:sz w:val="18"/>
                <w:szCs w:val="20"/>
                <w:lang w:val="pl-PL"/>
              </w:rPr>
            </w:pPr>
            <w:r w:rsidRPr="009045FD">
              <w:rPr>
                <w:b/>
                <w:color w:val="000000"/>
                <w:sz w:val="24"/>
                <w:szCs w:val="20"/>
                <w:lang w:val="pl-PL"/>
              </w:rPr>
              <w:t>6</w:t>
            </w:r>
          </w:p>
          <w:p w14:paraId="782DEBA0"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TWÓRCZO</w:t>
            </w:r>
            <w:r w:rsidRPr="009045FD">
              <w:rPr>
                <w:b/>
                <w:color w:val="000000"/>
                <w:sz w:val="11"/>
                <w:szCs w:val="20"/>
                <w:lang w:val="pl-PL"/>
              </w:rPr>
              <w:br/>
              <w:t>I ODPOWIEDZIALNIE</w:t>
            </w:r>
          </w:p>
        </w:tc>
      </w:tr>
      <w:tr w:rsidR="00007B2D" w:rsidRPr="009045FD" w14:paraId="25AFCD6E" w14:textId="77777777" w:rsidTr="007F0A02">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8D543DC"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z pomocą realizuje część układu</w:t>
            </w:r>
          </w:p>
          <w:p w14:paraId="78990684"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koryguje rytm lub przestrzeń po wskazaniu</w:t>
            </w:r>
          </w:p>
          <w:p w14:paraId="219BED9E"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uczestniczy w próbie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5F77D05"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samodzielnie wykonuje zaplanowaną sekwencję</w:t>
            </w:r>
          </w:p>
          <w:p w14:paraId="3284129E"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realizuje rolę i współpracuje</w:t>
            </w:r>
          </w:p>
          <w:p w14:paraId="0FCAFD29"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stosuje podstawowe kryteria bezpieczeństwa</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95EC57D"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poprawnie współtworzy spójny układ</w:t>
            </w:r>
          </w:p>
          <w:p w14:paraId="43CB4412"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świadomie wykorzystuje rytm, kierunek i poziom</w:t>
            </w:r>
          </w:p>
          <w:p w14:paraId="67FF4386"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udziela informacji zwrotnej</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6CE557A"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sprawnie prowadzi próbę i modyfikuje kompozycję</w:t>
            </w:r>
          </w:p>
          <w:p w14:paraId="74B21570"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uzasadnia wybór elementów</w:t>
            </w:r>
          </w:p>
          <w:p w14:paraId="6EED6E02"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dostosowuje układ do zespołu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5A23A8A"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tworzy oryginalny i odpowiedzialny układ</w:t>
            </w:r>
          </w:p>
          <w:p w14:paraId="5BAC84B1" w14:textId="77777777" w:rsidR="00007B2D" w:rsidRPr="009045FD" w:rsidRDefault="00007B2D" w:rsidP="007F0A02">
            <w:pPr>
              <w:pStyle w:val="Listapunktowana"/>
              <w:spacing w:after="36" w:line="245" w:lineRule="auto"/>
              <w:ind w:left="158" w:hanging="130"/>
              <w:rPr>
                <w:sz w:val="18"/>
                <w:szCs w:val="20"/>
                <w:lang w:val="pl-PL"/>
              </w:rPr>
            </w:pPr>
            <w:r w:rsidRPr="009045FD">
              <w:rPr>
                <w:lang w:val="pl-PL"/>
              </w:rPr>
              <w:t>koordynuje własny wkład albo zarządza procesem zespołu</w:t>
            </w:r>
          </w:p>
          <w:p w14:paraId="046B5BDD"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ocenia efekt, wprowadza zmiany i prezentuje wnioski</w:t>
            </w:r>
          </w:p>
        </w:tc>
      </w:tr>
    </w:tbl>
    <w:p w14:paraId="6468CBE0" w14:textId="77777777" w:rsidR="00007B2D" w:rsidRPr="009045FD" w:rsidRDefault="00007B2D" w:rsidP="00007B2D">
      <w:pPr>
        <w:spacing w:before="50"/>
        <w:rPr>
          <w:sz w:val="18"/>
          <w:szCs w:val="20"/>
          <w:lang w:val="pl-PL"/>
        </w:rPr>
      </w:pPr>
      <w:r w:rsidRPr="009045FD">
        <w:rPr>
          <w:b/>
          <w:color w:val="000000"/>
          <w:sz w:val="13"/>
          <w:szCs w:val="20"/>
          <w:lang w:val="pl-PL"/>
        </w:rPr>
        <w:t xml:space="preserve">Ważne: </w:t>
      </w:r>
      <w:r w:rsidRPr="009045FD">
        <w:rPr>
          <w:color w:val="000000"/>
          <w:sz w:val="13"/>
          <w:szCs w:val="20"/>
          <w:lang w:val="pl-PL"/>
        </w:rPr>
        <w:t>Ocenia się kontrolę ruchu, kompozycję, współpracę i postęp, nie talent artystyczny.</w:t>
      </w:r>
    </w:p>
    <w:p w14:paraId="23624531" w14:textId="77777777" w:rsidR="00F27F33" w:rsidRPr="009045FD" w:rsidRDefault="00007B2D">
      <w:pPr>
        <w:rPr>
          <w:sz w:val="18"/>
          <w:szCs w:val="20"/>
          <w:lang w:val="pl-PL"/>
        </w:rPr>
      </w:pPr>
      <w:r w:rsidRPr="009045FD">
        <w:rPr>
          <w:sz w:val="18"/>
          <w:szCs w:val="20"/>
          <w:lang w:val="pl-PL"/>
        </w:rPr>
        <w:br w:type="page"/>
      </w:r>
    </w:p>
    <w:tbl>
      <w:tblPr>
        <w:tblW w:w="0" w:type="auto"/>
        <w:jc w:val="center"/>
        <w:tblLayout w:type="fixed"/>
        <w:tblLook w:val="04A0" w:firstRow="1" w:lastRow="0" w:firstColumn="1" w:lastColumn="0" w:noHBand="0" w:noVBand="1"/>
      </w:tblPr>
      <w:tblGrid>
        <w:gridCol w:w="936"/>
        <w:gridCol w:w="14256"/>
      </w:tblGrid>
      <w:tr w:rsidR="00F27F33" w:rsidRPr="009045FD" w14:paraId="5F03C370"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0C052319" w14:textId="77777777" w:rsidR="00F27F33" w:rsidRPr="009045FD" w:rsidRDefault="00000000">
            <w:pPr>
              <w:jc w:val="center"/>
              <w:rPr>
                <w:sz w:val="18"/>
                <w:szCs w:val="20"/>
                <w:lang w:val="pl-PL"/>
              </w:rPr>
            </w:pPr>
            <w:r w:rsidRPr="009045FD">
              <w:rPr>
                <w:b/>
                <w:color w:val="FFFFFF"/>
                <w:sz w:val="36"/>
                <w:szCs w:val="20"/>
                <w:lang w:val="pl-PL"/>
              </w:rPr>
              <w:lastRenderedPageBreak/>
              <w:t>5</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3C2035B2" w14:textId="77777777" w:rsidR="00F27F33" w:rsidRPr="009045FD" w:rsidRDefault="00000000">
            <w:pPr>
              <w:rPr>
                <w:sz w:val="18"/>
                <w:szCs w:val="20"/>
                <w:lang w:val="pl-PL"/>
              </w:rPr>
            </w:pPr>
            <w:r w:rsidRPr="009045FD">
              <w:rPr>
                <w:b/>
                <w:color w:val="000000"/>
                <w:sz w:val="28"/>
                <w:szCs w:val="20"/>
                <w:lang w:val="pl-PL"/>
              </w:rPr>
              <w:t>RELAKSACJA I ODPRĘŻENIE</w:t>
            </w:r>
          </w:p>
          <w:p w14:paraId="3AB8CFAC" w14:textId="77777777" w:rsidR="00F27F33" w:rsidRPr="009045FD" w:rsidRDefault="00000000">
            <w:pPr>
              <w:rPr>
                <w:sz w:val="18"/>
                <w:szCs w:val="20"/>
                <w:lang w:val="pl-PL"/>
              </w:rPr>
            </w:pPr>
            <w:r w:rsidRPr="009045FD">
              <w:rPr>
                <w:i/>
                <w:color w:val="333333"/>
                <w:sz w:val="16"/>
                <w:szCs w:val="20"/>
                <w:lang w:val="pl-PL"/>
              </w:rPr>
              <w:t>Świadome planowanie regeneracji i wykorzystywanie technik relaksacyjnych w różnych sytuacjach.</w:t>
            </w:r>
            <w:r w:rsidRPr="009045FD">
              <w:rPr>
                <w:b/>
                <w:color w:val="4B4B4B"/>
                <w:sz w:val="12"/>
                <w:lang w:val="pl-PL"/>
              </w:rPr>
              <w:t xml:space="preserve">  </w:t>
            </w:r>
            <w:proofErr w:type="gramStart"/>
            <w:r w:rsidRPr="009045FD">
              <w:rPr>
                <w:b/>
                <w:color w:val="4B4B4B"/>
                <w:sz w:val="12"/>
                <w:lang w:val="pl-PL"/>
              </w:rPr>
              <w:t>|  PODSTAWA</w:t>
            </w:r>
            <w:proofErr w:type="gramEnd"/>
            <w:r w:rsidRPr="009045FD">
              <w:rPr>
                <w:b/>
                <w:color w:val="4B4B4B"/>
                <w:sz w:val="12"/>
                <w:lang w:val="pl-PL"/>
              </w:rPr>
              <w:t xml:space="preserve">: </w:t>
            </w:r>
            <w:r w:rsidRPr="009045FD">
              <w:rPr>
                <w:i/>
                <w:color w:val="4B4B4B"/>
                <w:sz w:val="12"/>
                <w:lang w:val="pl-PL"/>
              </w:rPr>
              <w:t>PP 2017/2025, WF kl. VII–VIII, V.</w:t>
            </w:r>
          </w:p>
        </w:tc>
      </w:tr>
    </w:tbl>
    <w:p w14:paraId="2E6D843E" w14:textId="77777777" w:rsidR="00F27F33" w:rsidRPr="009045FD" w:rsidRDefault="00F27F33">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F27F33" w:rsidRPr="009045FD" w14:paraId="332E9B7F"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3A770F39" w14:textId="77777777" w:rsidR="00F27F33" w:rsidRPr="009045FD" w:rsidRDefault="00000000">
            <w:pPr>
              <w:spacing w:after="40"/>
              <w:rPr>
                <w:sz w:val="18"/>
                <w:szCs w:val="20"/>
                <w:lang w:val="pl-PL"/>
              </w:rPr>
            </w:pPr>
            <w:r w:rsidRPr="009045FD">
              <w:rPr>
                <w:b/>
                <w:color w:val="000000"/>
                <w:sz w:val="14"/>
                <w:szCs w:val="20"/>
                <w:lang w:val="pl-PL"/>
              </w:rPr>
              <w:t>ZAKRES WYMAGANIA</w:t>
            </w:r>
          </w:p>
          <w:p w14:paraId="048FC93D"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stosuje techniki relaksacyjne i ćwiczenia wyciszające</w:t>
            </w:r>
          </w:p>
          <w:p w14:paraId="1B27E03C"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rozciąganie i ćwiczenia oddechowe</w:t>
            </w:r>
          </w:p>
          <w:p w14:paraId="63D224AD"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dobiera metodę regeneracji do rodzaju wysiłku i samopoczucia</w:t>
            </w:r>
          </w:p>
          <w:p w14:paraId="0FD5FA9C"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rozpoznaje granice bezpiecznego rozciągania i sygnały przeciążenia</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1EFBEC85" w14:textId="77777777" w:rsidR="00F27F33" w:rsidRPr="009045FD" w:rsidRDefault="00000000">
            <w:pPr>
              <w:spacing w:after="40"/>
              <w:rPr>
                <w:sz w:val="18"/>
                <w:szCs w:val="20"/>
                <w:lang w:val="pl-PL"/>
              </w:rPr>
            </w:pPr>
            <w:r w:rsidRPr="009045FD">
              <w:rPr>
                <w:b/>
                <w:color w:val="000000"/>
                <w:sz w:val="14"/>
                <w:szCs w:val="20"/>
                <w:lang w:val="pl-PL"/>
              </w:rPr>
              <w:t>KRYTERIA SUKCESU</w:t>
            </w:r>
          </w:p>
          <w:p w14:paraId="41AD667C"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spokojny, kontrolowany oddech</w:t>
            </w:r>
          </w:p>
          <w:p w14:paraId="3441776B"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rozciąga się bez bólu i gwałtownych ruchów</w:t>
            </w:r>
          </w:p>
          <w:p w14:paraId="4E8F0B94"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dobiera technikę do potrzeby</w:t>
            </w:r>
          </w:p>
          <w:p w14:paraId="60BC0016"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ocenia zmianę napięcia i samopoczucia</w:t>
            </w:r>
          </w:p>
          <w:p w14:paraId="275C253C"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szanuje prywatność i granice innych osób</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50D2F17" w14:textId="77777777" w:rsidR="00F27F33" w:rsidRPr="009045FD" w:rsidRDefault="00000000">
            <w:pPr>
              <w:spacing w:after="40"/>
              <w:rPr>
                <w:sz w:val="18"/>
                <w:szCs w:val="20"/>
                <w:lang w:val="pl-PL"/>
              </w:rPr>
            </w:pPr>
            <w:r w:rsidRPr="009045FD">
              <w:rPr>
                <w:b/>
                <w:color w:val="000000"/>
                <w:sz w:val="14"/>
                <w:szCs w:val="20"/>
                <w:lang w:val="pl-PL"/>
              </w:rPr>
              <w:t>MOŻLIWE DOWODY OSIĄGNIĘCIA UMIEJĘTNOŚCI</w:t>
            </w:r>
          </w:p>
          <w:p w14:paraId="35D432FD" w14:textId="77777777" w:rsidR="00F27F33" w:rsidRPr="009045FD" w:rsidRDefault="00000000">
            <w:pPr>
              <w:spacing w:after="30"/>
              <w:rPr>
                <w:sz w:val="18"/>
                <w:szCs w:val="20"/>
                <w:lang w:val="pl-PL"/>
              </w:rPr>
            </w:pPr>
            <w:r w:rsidRPr="009045FD">
              <w:rPr>
                <w:i/>
                <w:color w:val="333333"/>
                <w:sz w:val="12"/>
                <w:szCs w:val="20"/>
                <w:lang w:val="pl-PL"/>
              </w:rPr>
              <w:t>Uczeń może pokazać tę umiejętność między innymi poprzez:</w:t>
            </w:r>
          </w:p>
          <w:p w14:paraId="28B4DF24"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Wykonanie: oddech, rozciąganie, wyciszenie lub relaksacja</w:t>
            </w:r>
          </w:p>
          <w:p w14:paraId="3DE129A4"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Zastosowanie: zestaw regeneracyjny po określonym wysiłku</w:t>
            </w:r>
          </w:p>
          <w:p w14:paraId="02074FF3"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Wypowiedź: uzasadnienie doboru techniki</w:t>
            </w:r>
          </w:p>
          <w:p w14:paraId="6D92C8CF"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Refleksja: ocena skuteczności i propozycja modyfikacji</w:t>
            </w:r>
          </w:p>
        </w:tc>
      </w:tr>
    </w:tbl>
    <w:p w14:paraId="1E103014" w14:textId="77777777" w:rsidR="00F27F33" w:rsidRPr="009045FD" w:rsidRDefault="00F27F33">
      <w:pPr>
        <w:rPr>
          <w:sz w:val="18"/>
          <w:szCs w:val="20"/>
          <w:lang w:val="pl-PL"/>
        </w:rPr>
      </w:pPr>
    </w:p>
    <w:p w14:paraId="6E113A0B" w14:textId="77777777" w:rsidR="00F27F33" w:rsidRPr="009045FD" w:rsidRDefault="00000000">
      <w:pPr>
        <w:spacing w:before="40" w:after="40"/>
        <w:rPr>
          <w:sz w:val="18"/>
          <w:szCs w:val="20"/>
          <w:lang w:val="pl-PL"/>
        </w:rPr>
      </w:pPr>
      <w:r w:rsidRPr="009045F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7F33" w:rsidRPr="009045FD" w14:paraId="7210C0E5"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5EC9C7A" w14:textId="77777777" w:rsidR="00F27F33" w:rsidRPr="009045FD" w:rsidRDefault="00000000">
            <w:pPr>
              <w:jc w:val="center"/>
              <w:rPr>
                <w:sz w:val="18"/>
                <w:szCs w:val="20"/>
                <w:lang w:val="pl-PL"/>
              </w:rPr>
            </w:pPr>
            <w:r w:rsidRPr="009045FD">
              <w:rPr>
                <w:b/>
                <w:color w:val="000000"/>
                <w:sz w:val="24"/>
                <w:szCs w:val="20"/>
                <w:lang w:val="pl-PL"/>
              </w:rPr>
              <w:t>2</w:t>
            </w:r>
          </w:p>
          <w:p w14:paraId="013BBE21" w14:textId="77777777" w:rsidR="00F27F33" w:rsidRPr="009045FD" w:rsidRDefault="00000000">
            <w:pPr>
              <w:spacing w:line="216" w:lineRule="auto"/>
              <w:jc w:val="center"/>
              <w:rPr>
                <w:sz w:val="18"/>
                <w:szCs w:val="20"/>
                <w:lang w:val="pl-PL"/>
              </w:rPr>
            </w:pPr>
            <w:r w:rsidRPr="009045F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BF9A83D" w14:textId="77777777" w:rsidR="00F27F33" w:rsidRPr="009045FD" w:rsidRDefault="00000000">
            <w:pPr>
              <w:jc w:val="center"/>
              <w:rPr>
                <w:sz w:val="18"/>
                <w:szCs w:val="20"/>
                <w:lang w:val="pl-PL"/>
              </w:rPr>
            </w:pPr>
            <w:r w:rsidRPr="009045FD">
              <w:rPr>
                <w:b/>
                <w:color w:val="000000"/>
                <w:sz w:val="24"/>
                <w:szCs w:val="20"/>
                <w:lang w:val="pl-PL"/>
              </w:rPr>
              <w:t>3</w:t>
            </w:r>
          </w:p>
          <w:p w14:paraId="63B82B76" w14:textId="77777777" w:rsidR="00F27F33" w:rsidRPr="009045FD" w:rsidRDefault="00000000">
            <w:pPr>
              <w:spacing w:line="216" w:lineRule="auto"/>
              <w:jc w:val="center"/>
              <w:rPr>
                <w:sz w:val="18"/>
                <w:szCs w:val="20"/>
                <w:lang w:val="pl-PL"/>
              </w:rPr>
            </w:pPr>
            <w:r w:rsidRPr="009045FD">
              <w:rPr>
                <w:b/>
                <w:color w:val="000000"/>
                <w:sz w:val="11"/>
                <w:szCs w:val="20"/>
                <w:lang w:val="pl-PL"/>
              </w:rPr>
              <w:t>SAMODZIELNIE</w:t>
            </w:r>
            <w:r w:rsidRPr="009045F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B684AA0" w14:textId="77777777" w:rsidR="00F27F33" w:rsidRPr="009045FD" w:rsidRDefault="00000000">
            <w:pPr>
              <w:jc w:val="center"/>
              <w:rPr>
                <w:sz w:val="18"/>
                <w:szCs w:val="20"/>
                <w:lang w:val="pl-PL"/>
              </w:rPr>
            </w:pPr>
            <w:r w:rsidRPr="009045FD">
              <w:rPr>
                <w:b/>
                <w:color w:val="000000"/>
                <w:sz w:val="24"/>
                <w:szCs w:val="20"/>
                <w:lang w:val="pl-PL"/>
              </w:rPr>
              <w:t>4</w:t>
            </w:r>
          </w:p>
          <w:p w14:paraId="5B03A029" w14:textId="77777777" w:rsidR="00F27F33" w:rsidRPr="009045FD" w:rsidRDefault="00000000">
            <w:pPr>
              <w:spacing w:line="216" w:lineRule="auto"/>
              <w:jc w:val="center"/>
              <w:rPr>
                <w:sz w:val="18"/>
                <w:szCs w:val="20"/>
                <w:lang w:val="pl-PL"/>
              </w:rPr>
            </w:pPr>
            <w:r w:rsidRPr="009045FD">
              <w:rPr>
                <w:b/>
                <w:color w:val="000000"/>
                <w:sz w:val="11"/>
                <w:szCs w:val="20"/>
                <w:lang w:val="pl-PL"/>
              </w:rPr>
              <w:t>POPRAWNIE</w:t>
            </w:r>
            <w:r w:rsidRPr="009045F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5241C0A" w14:textId="77777777" w:rsidR="00F27F33" w:rsidRPr="009045FD" w:rsidRDefault="00000000">
            <w:pPr>
              <w:jc w:val="center"/>
              <w:rPr>
                <w:sz w:val="18"/>
                <w:szCs w:val="20"/>
                <w:lang w:val="pl-PL"/>
              </w:rPr>
            </w:pPr>
            <w:r w:rsidRPr="009045FD">
              <w:rPr>
                <w:b/>
                <w:color w:val="000000"/>
                <w:sz w:val="24"/>
                <w:szCs w:val="20"/>
                <w:lang w:val="pl-PL"/>
              </w:rPr>
              <w:t>5</w:t>
            </w:r>
          </w:p>
          <w:p w14:paraId="455468A0" w14:textId="77777777" w:rsidR="00F27F33" w:rsidRPr="009045FD" w:rsidRDefault="00000000">
            <w:pPr>
              <w:spacing w:line="216" w:lineRule="auto"/>
              <w:jc w:val="center"/>
              <w:rPr>
                <w:sz w:val="18"/>
                <w:szCs w:val="20"/>
                <w:lang w:val="pl-PL"/>
              </w:rPr>
            </w:pPr>
            <w:r w:rsidRPr="009045FD">
              <w:rPr>
                <w:b/>
                <w:color w:val="000000"/>
                <w:sz w:val="11"/>
                <w:szCs w:val="20"/>
                <w:lang w:val="pl-PL"/>
              </w:rPr>
              <w:t>SPRAWNIE, SAMODZIELNIE</w:t>
            </w:r>
            <w:r w:rsidRPr="009045F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23E966B" w14:textId="77777777" w:rsidR="00F27F33" w:rsidRPr="009045FD" w:rsidRDefault="00000000">
            <w:pPr>
              <w:jc w:val="center"/>
              <w:rPr>
                <w:sz w:val="18"/>
                <w:szCs w:val="20"/>
                <w:lang w:val="pl-PL"/>
              </w:rPr>
            </w:pPr>
            <w:r w:rsidRPr="009045FD">
              <w:rPr>
                <w:b/>
                <w:color w:val="000000"/>
                <w:sz w:val="24"/>
                <w:szCs w:val="20"/>
                <w:lang w:val="pl-PL"/>
              </w:rPr>
              <w:t>6</w:t>
            </w:r>
          </w:p>
          <w:p w14:paraId="461D6DF9" w14:textId="77777777" w:rsidR="00F27F33" w:rsidRPr="009045FD" w:rsidRDefault="00000000">
            <w:pPr>
              <w:spacing w:line="216" w:lineRule="auto"/>
              <w:jc w:val="center"/>
              <w:rPr>
                <w:sz w:val="18"/>
                <w:szCs w:val="20"/>
                <w:lang w:val="pl-PL"/>
              </w:rPr>
            </w:pPr>
            <w:r w:rsidRPr="009045FD">
              <w:rPr>
                <w:b/>
                <w:color w:val="000000"/>
                <w:sz w:val="11"/>
                <w:szCs w:val="20"/>
                <w:lang w:val="pl-PL"/>
              </w:rPr>
              <w:t>TWÓRCZO</w:t>
            </w:r>
            <w:r w:rsidRPr="009045FD">
              <w:rPr>
                <w:b/>
                <w:color w:val="000000"/>
                <w:sz w:val="11"/>
                <w:szCs w:val="20"/>
                <w:lang w:val="pl-PL"/>
              </w:rPr>
              <w:br/>
              <w:t>I ODPOWIEDZIALNIE</w:t>
            </w:r>
          </w:p>
        </w:tc>
      </w:tr>
      <w:tr w:rsidR="00F27F33" w:rsidRPr="009045FD" w14:paraId="4C1C18C8"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7C5106C"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z pomocą stosuje technikę i rozpoznaje sygnał przeciążenia</w:t>
            </w:r>
          </w:p>
          <w:p w14:paraId="2E13C332"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utrzymuje bezpieczny zakres po przypomnieniu</w:t>
            </w:r>
          </w:p>
          <w:p w14:paraId="47342556"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opisuje podstawowe odczucie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6893BB8"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samodzielnie dobiera poznaną metodę do typowej sytuacji</w:t>
            </w:r>
          </w:p>
          <w:p w14:paraId="49C4D5C3"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wykonuje ją poprawnie</w:t>
            </w:r>
          </w:p>
          <w:p w14:paraId="1F498477"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wyjaśnia jej podstawowy cel</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26B8EE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poprawnie łączy metody i monitoruje reakcję organizmu</w:t>
            </w:r>
          </w:p>
          <w:p w14:paraId="53567E00"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dostosowuje zakres</w:t>
            </w:r>
          </w:p>
          <w:p w14:paraId="382C9B6B"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formułuje wniosek o skuteczności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253346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sprawnie planuje regenerację do rodzaju wysiłku</w:t>
            </w:r>
          </w:p>
          <w:p w14:paraId="6D0E6022"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porównuje metody i uzasadnia wybór</w:t>
            </w:r>
          </w:p>
          <w:p w14:paraId="5B8AD6D6"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koryguje działanie na podstawie efektu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860AB87"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projektuje indywidualny lub grupowy zestaw</w:t>
            </w:r>
          </w:p>
          <w:p w14:paraId="2FA14771"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modyfikuje go odpowiedzialnie</w:t>
            </w:r>
          </w:p>
          <w:p w14:paraId="593E7505"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prowadzi, ocenia i przenosi metody do codziennych sytuacji</w:t>
            </w:r>
          </w:p>
        </w:tc>
      </w:tr>
    </w:tbl>
    <w:p w14:paraId="6CEF93EF" w14:textId="77777777" w:rsidR="00F27F33" w:rsidRPr="009045FD" w:rsidRDefault="00000000">
      <w:pPr>
        <w:spacing w:before="50"/>
        <w:rPr>
          <w:sz w:val="18"/>
          <w:szCs w:val="20"/>
          <w:lang w:val="pl-PL"/>
        </w:rPr>
      </w:pPr>
      <w:r w:rsidRPr="009045FD">
        <w:rPr>
          <w:b/>
          <w:color w:val="000000"/>
          <w:sz w:val="13"/>
          <w:szCs w:val="20"/>
          <w:lang w:val="pl-PL"/>
        </w:rPr>
        <w:t xml:space="preserve">Ważne: </w:t>
      </w:r>
      <w:r w:rsidRPr="009045FD">
        <w:rPr>
          <w:color w:val="000000"/>
          <w:sz w:val="13"/>
          <w:szCs w:val="20"/>
          <w:lang w:val="pl-PL"/>
        </w:rPr>
        <w:t>Nie ocenia się deklarowanego dobrostanu, lecz wiedzę i bezpieczne stosowanie metod.</w:t>
      </w:r>
    </w:p>
    <w:p w14:paraId="3E0B2B84" w14:textId="77777777" w:rsidR="00007B2D" w:rsidRPr="009045FD" w:rsidRDefault="00007B2D">
      <w:pPr>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007B2D" w:rsidRPr="009045FD" w14:paraId="247B5ECB" w14:textId="77777777" w:rsidTr="007F0A02">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4D912BD0" w14:textId="77777777" w:rsidR="00007B2D" w:rsidRPr="009045FD" w:rsidRDefault="00007B2D" w:rsidP="007F0A02">
            <w:pPr>
              <w:jc w:val="center"/>
              <w:rPr>
                <w:sz w:val="18"/>
                <w:szCs w:val="20"/>
                <w:lang w:val="pl-PL"/>
              </w:rPr>
            </w:pPr>
            <w:r w:rsidRPr="009045FD">
              <w:rPr>
                <w:b/>
                <w:color w:val="FFFFFF"/>
                <w:sz w:val="36"/>
                <w:szCs w:val="20"/>
                <w:lang w:val="pl-PL"/>
              </w:rPr>
              <w:t>6</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54AA1A1" w14:textId="77777777" w:rsidR="00007B2D" w:rsidRPr="009045FD" w:rsidRDefault="00007B2D" w:rsidP="007F0A02">
            <w:pPr>
              <w:rPr>
                <w:sz w:val="18"/>
                <w:szCs w:val="20"/>
                <w:lang w:val="pl-PL"/>
              </w:rPr>
            </w:pPr>
            <w:r w:rsidRPr="009045FD">
              <w:rPr>
                <w:b/>
                <w:color w:val="000000"/>
                <w:sz w:val="28"/>
                <w:szCs w:val="20"/>
                <w:lang w:val="pl-PL"/>
              </w:rPr>
              <w:t>MONITOROWANIE AKTYWNOŚCI I SPRAWNOŚCI FIZYCZNEJ</w:t>
            </w:r>
          </w:p>
          <w:p w14:paraId="2B2779E0" w14:textId="77777777" w:rsidR="00007B2D" w:rsidRPr="009045FD" w:rsidRDefault="00007B2D" w:rsidP="007F0A02">
            <w:pPr>
              <w:rPr>
                <w:sz w:val="18"/>
                <w:szCs w:val="20"/>
                <w:lang w:val="pl-PL"/>
              </w:rPr>
            </w:pPr>
            <w:r w:rsidRPr="009045FD">
              <w:rPr>
                <w:i/>
                <w:color w:val="333333"/>
                <w:sz w:val="16"/>
                <w:szCs w:val="20"/>
                <w:lang w:val="pl-PL"/>
              </w:rPr>
              <w:t>Krytyczne monitorowanie aktywności, interpretowanie danych i samodzielne modyfikowanie planu ruchowego.</w:t>
            </w:r>
            <w:r w:rsidRPr="009045FD">
              <w:rPr>
                <w:b/>
                <w:color w:val="4B4B4B"/>
                <w:sz w:val="12"/>
                <w:lang w:val="pl-PL"/>
              </w:rPr>
              <w:t xml:space="preserve">  </w:t>
            </w:r>
            <w:proofErr w:type="gramStart"/>
            <w:r w:rsidRPr="009045FD">
              <w:rPr>
                <w:b/>
                <w:color w:val="4B4B4B"/>
                <w:sz w:val="12"/>
                <w:lang w:val="pl-PL"/>
              </w:rPr>
              <w:t>|  PODSTAWA</w:t>
            </w:r>
            <w:proofErr w:type="gramEnd"/>
            <w:r w:rsidRPr="009045FD">
              <w:rPr>
                <w:b/>
                <w:color w:val="4B4B4B"/>
                <w:sz w:val="12"/>
                <w:lang w:val="pl-PL"/>
              </w:rPr>
              <w:t xml:space="preserve">: </w:t>
            </w:r>
            <w:r w:rsidRPr="009045FD">
              <w:rPr>
                <w:i/>
                <w:color w:val="4B4B4B"/>
                <w:sz w:val="12"/>
                <w:lang w:val="pl-PL"/>
              </w:rPr>
              <w:t>PP 2017/2025, WF kl. VII–VIII, VI.1–3.</w:t>
            </w:r>
          </w:p>
        </w:tc>
      </w:tr>
    </w:tbl>
    <w:p w14:paraId="2BF0521C" w14:textId="77777777" w:rsidR="00007B2D" w:rsidRPr="009045FD" w:rsidRDefault="00007B2D" w:rsidP="00007B2D">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007B2D" w:rsidRPr="009045FD" w14:paraId="3153C3FE" w14:textId="77777777" w:rsidTr="007F0A02">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3D8AD723" w14:textId="77777777" w:rsidR="00007B2D" w:rsidRPr="009045FD" w:rsidRDefault="00007B2D" w:rsidP="007F0A02">
            <w:pPr>
              <w:spacing w:after="40"/>
              <w:rPr>
                <w:sz w:val="18"/>
                <w:szCs w:val="20"/>
                <w:lang w:val="pl-PL"/>
              </w:rPr>
            </w:pPr>
            <w:r w:rsidRPr="009045FD">
              <w:rPr>
                <w:b/>
                <w:color w:val="000000"/>
                <w:sz w:val="14"/>
                <w:szCs w:val="20"/>
                <w:lang w:val="pl-PL"/>
              </w:rPr>
              <w:t>ZAKRES WYMAGANIA</w:t>
            </w:r>
          </w:p>
          <w:p w14:paraId="126C20D3"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wymienia wybrane testy sprawności fizycznej</w:t>
            </w:r>
          </w:p>
          <w:p w14:paraId="59340097"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korzysta z dostępnych urządzeń lub narzędzi do pomiaru aktywności</w:t>
            </w:r>
          </w:p>
          <w:p w14:paraId="3B0774B3"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mierzy własną dzienną aktywność fizyczną</w:t>
            </w:r>
          </w:p>
          <w:p w14:paraId="2814DAAF"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zapisuje i interpretuje podstawowe dane z uwzględnieniem ich ograniczeń</w:t>
            </w:r>
          </w:p>
          <w:p w14:paraId="43163561"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chroni prywatność danych dotyczących zdrowia i aktywności</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460AA0DB" w14:textId="77777777" w:rsidR="00007B2D" w:rsidRPr="009045FD" w:rsidRDefault="00007B2D" w:rsidP="007F0A02">
            <w:pPr>
              <w:spacing w:after="40"/>
              <w:rPr>
                <w:sz w:val="18"/>
                <w:szCs w:val="20"/>
                <w:lang w:val="pl-PL"/>
              </w:rPr>
            </w:pPr>
            <w:r w:rsidRPr="009045FD">
              <w:rPr>
                <w:b/>
                <w:color w:val="000000"/>
                <w:sz w:val="14"/>
                <w:szCs w:val="20"/>
                <w:lang w:val="pl-PL"/>
              </w:rPr>
              <w:t>KRYTERIA SUKCESU</w:t>
            </w:r>
          </w:p>
          <w:p w14:paraId="20C9CA80"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dobiera narzędzie do celu pomiaru</w:t>
            </w:r>
          </w:p>
          <w:p w14:paraId="786A5B46"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wykonuje pomiar zgodnie z instrukcją</w:t>
            </w:r>
          </w:p>
          <w:p w14:paraId="233C9746"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zapisuje wynik i warunki pomiaru</w:t>
            </w:r>
          </w:p>
          <w:p w14:paraId="6684223B"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porównuje własne dane w czasie</w:t>
            </w:r>
          </w:p>
          <w:p w14:paraId="76222E69"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formułuje odpowiedzialny wniosek bez rankingu osób</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85B7173" w14:textId="77777777" w:rsidR="00007B2D" w:rsidRPr="009045FD" w:rsidRDefault="00007B2D" w:rsidP="007F0A02">
            <w:pPr>
              <w:spacing w:after="40"/>
              <w:rPr>
                <w:sz w:val="18"/>
                <w:szCs w:val="20"/>
                <w:lang w:val="pl-PL"/>
              </w:rPr>
            </w:pPr>
            <w:r w:rsidRPr="009045FD">
              <w:rPr>
                <w:b/>
                <w:color w:val="000000"/>
                <w:sz w:val="14"/>
                <w:szCs w:val="20"/>
                <w:lang w:val="pl-PL"/>
              </w:rPr>
              <w:t>MOŻLIWE DOWODY OSIĄGNIĘCIA UMIEJĘTNOŚCI</w:t>
            </w:r>
          </w:p>
          <w:p w14:paraId="071C13A2" w14:textId="77777777" w:rsidR="00007B2D" w:rsidRPr="009045FD" w:rsidRDefault="00007B2D" w:rsidP="007F0A02">
            <w:pPr>
              <w:spacing w:after="30"/>
              <w:rPr>
                <w:sz w:val="18"/>
                <w:szCs w:val="20"/>
                <w:lang w:val="pl-PL"/>
              </w:rPr>
            </w:pPr>
            <w:r w:rsidRPr="009045FD">
              <w:rPr>
                <w:i/>
                <w:color w:val="333333"/>
                <w:sz w:val="12"/>
                <w:szCs w:val="20"/>
                <w:lang w:val="pl-PL"/>
              </w:rPr>
              <w:t>Uczeń może pokazać tę umiejętność między innymi poprzez:</w:t>
            </w:r>
          </w:p>
          <w:p w14:paraId="5B29F2EF"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Pomiar: czas aktywności, liczba kroków, tętno lub wynik próby</w:t>
            </w:r>
          </w:p>
          <w:p w14:paraId="7359A6CB"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Dokumentacja: tabela, wykres, dziennik lub karta celu</w:t>
            </w:r>
          </w:p>
          <w:p w14:paraId="5160B022"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Analiza: porównanie własnych danych i czynników wpływających na wynik</w:t>
            </w:r>
          </w:p>
          <w:p w14:paraId="0551E1E5"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Refleksja: ograniczenia narzędzia, prywatność i kolejny krok</w:t>
            </w:r>
          </w:p>
        </w:tc>
      </w:tr>
    </w:tbl>
    <w:p w14:paraId="7592AAC8" w14:textId="77777777" w:rsidR="00007B2D" w:rsidRPr="009045FD" w:rsidRDefault="00007B2D" w:rsidP="00007B2D">
      <w:pPr>
        <w:rPr>
          <w:sz w:val="18"/>
          <w:szCs w:val="20"/>
          <w:lang w:val="pl-PL"/>
        </w:rPr>
      </w:pPr>
    </w:p>
    <w:p w14:paraId="16AEADC0" w14:textId="77777777" w:rsidR="00007B2D" w:rsidRPr="009045FD" w:rsidRDefault="00007B2D" w:rsidP="00007B2D">
      <w:pPr>
        <w:spacing w:before="40" w:after="40"/>
        <w:rPr>
          <w:sz w:val="18"/>
          <w:szCs w:val="20"/>
          <w:lang w:val="pl-PL"/>
        </w:rPr>
      </w:pPr>
      <w:r w:rsidRPr="009045F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07B2D" w:rsidRPr="009045FD" w14:paraId="25C42971" w14:textId="77777777" w:rsidTr="007F0A02">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64C523A" w14:textId="77777777" w:rsidR="00007B2D" w:rsidRPr="009045FD" w:rsidRDefault="00007B2D" w:rsidP="007F0A02">
            <w:pPr>
              <w:jc w:val="center"/>
              <w:rPr>
                <w:sz w:val="18"/>
                <w:szCs w:val="20"/>
                <w:lang w:val="pl-PL"/>
              </w:rPr>
            </w:pPr>
            <w:r w:rsidRPr="009045FD">
              <w:rPr>
                <w:b/>
                <w:color w:val="000000"/>
                <w:sz w:val="24"/>
                <w:szCs w:val="20"/>
                <w:lang w:val="pl-PL"/>
              </w:rPr>
              <w:t>2</w:t>
            </w:r>
          </w:p>
          <w:p w14:paraId="78FB4CBD"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BBBEE69" w14:textId="77777777" w:rsidR="00007B2D" w:rsidRPr="009045FD" w:rsidRDefault="00007B2D" w:rsidP="007F0A02">
            <w:pPr>
              <w:jc w:val="center"/>
              <w:rPr>
                <w:sz w:val="18"/>
                <w:szCs w:val="20"/>
                <w:lang w:val="pl-PL"/>
              </w:rPr>
            </w:pPr>
            <w:r w:rsidRPr="009045FD">
              <w:rPr>
                <w:b/>
                <w:color w:val="000000"/>
                <w:sz w:val="24"/>
                <w:szCs w:val="20"/>
                <w:lang w:val="pl-PL"/>
              </w:rPr>
              <w:t>3</w:t>
            </w:r>
          </w:p>
          <w:p w14:paraId="53B626CF"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SAMODZIELNIE</w:t>
            </w:r>
            <w:r w:rsidRPr="009045F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DFBA5EC" w14:textId="77777777" w:rsidR="00007B2D" w:rsidRPr="009045FD" w:rsidRDefault="00007B2D" w:rsidP="007F0A02">
            <w:pPr>
              <w:jc w:val="center"/>
              <w:rPr>
                <w:sz w:val="18"/>
                <w:szCs w:val="20"/>
                <w:lang w:val="pl-PL"/>
              </w:rPr>
            </w:pPr>
            <w:r w:rsidRPr="009045FD">
              <w:rPr>
                <w:b/>
                <w:color w:val="000000"/>
                <w:sz w:val="24"/>
                <w:szCs w:val="20"/>
                <w:lang w:val="pl-PL"/>
              </w:rPr>
              <w:t>4</w:t>
            </w:r>
          </w:p>
          <w:p w14:paraId="0A191698"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POPRAWNIE</w:t>
            </w:r>
            <w:r w:rsidRPr="009045F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F84801C" w14:textId="77777777" w:rsidR="00007B2D" w:rsidRPr="009045FD" w:rsidRDefault="00007B2D" w:rsidP="007F0A02">
            <w:pPr>
              <w:jc w:val="center"/>
              <w:rPr>
                <w:sz w:val="18"/>
                <w:szCs w:val="20"/>
                <w:lang w:val="pl-PL"/>
              </w:rPr>
            </w:pPr>
            <w:r w:rsidRPr="009045FD">
              <w:rPr>
                <w:b/>
                <w:color w:val="000000"/>
                <w:sz w:val="24"/>
                <w:szCs w:val="20"/>
                <w:lang w:val="pl-PL"/>
              </w:rPr>
              <w:t>5</w:t>
            </w:r>
          </w:p>
          <w:p w14:paraId="1933A989"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SPRAWNIE, SAMODZIELNIE</w:t>
            </w:r>
            <w:r w:rsidRPr="009045F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DFBADE1" w14:textId="77777777" w:rsidR="00007B2D" w:rsidRPr="009045FD" w:rsidRDefault="00007B2D" w:rsidP="007F0A02">
            <w:pPr>
              <w:jc w:val="center"/>
              <w:rPr>
                <w:sz w:val="18"/>
                <w:szCs w:val="20"/>
                <w:lang w:val="pl-PL"/>
              </w:rPr>
            </w:pPr>
            <w:r w:rsidRPr="009045FD">
              <w:rPr>
                <w:b/>
                <w:color w:val="000000"/>
                <w:sz w:val="24"/>
                <w:szCs w:val="20"/>
                <w:lang w:val="pl-PL"/>
              </w:rPr>
              <w:t>6</w:t>
            </w:r>
          </w:p>
          <w:p w14:paraId="6B4A8B05"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TWÓRCZO</w:t>
            </w:r>
            <w:r w:rsidRPr="009045FD">
              <w:rPr>
                <w:b/>
                <w:color w:val="000000"/>
                <w:sz w:val="11"/>
                <w:szCs w:val="20"/>
                <w:lang w:val="pl-PL"/>
              </w:rPr>
              <w:br/>
              <w:t>I ODPOWIEDZIALNIE</w:t>
            </w:r>
          </w:p>
        </w:tc>
      </w:tr>
      <w:tr w:rsidR="00007B2D" w:rsidRPr="009045FD" w14:paraId="4784160F" w14:textId="77777777" w:rsidTr="007F0A02">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17699CE"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z pomocą wykonuje pomiar i rozpoznaje jego znaczenie</w:t>
            </w:r>
          </w:p>
          <w:p w14:paraId="6DF77828"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poprawia zapis po wskazaniu</w:t>
            </w:r>
          </w:p>
          <w:p w14:paraId="49C98E57"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stosuje zasady prywatności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4668A87"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samodzielnie korzysta z wybranego narzędzia</w:t>
            </w:r>
          </w:p>
          <w:p w14:paraId="7CDD3E99"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prowadzi regularny zapis</w:t>
            </w:r>
          </w:p>
          <w:p w14:paraId="4EB76074"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porównuje własne dane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BFC1921"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poprawnie interpretuje trend i czynniki wpływające na wynik</w:t>
            </w:r>
          </w:p>
          <w:p w14:paraId="415D02C5"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wyznacza cel i monitoruje go</w:t>
            </w:r>
          </w:p>
          <w:p w14:paraId="28401C1B"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rozpoznaje ograniczenia technologii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E82F7CC"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ocenia wiarygodność danych i uzasadnia decyzję</w:t>
            </w:r>
          </w:p>
          <w:p w14:paraId="41692B98"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modyfikuje plan na podstawie trendu i samopoczucia</w:t>
            </w:r>
          </w:p>
          <w:p w14:paraId="7ABA41ED"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chroni dane i wyjaśnia zasady etyczne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6802DE3"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projektuje odpowiedzialny system monitorowania</w:t>
            </w:r>
          </w:p>
          <w:p w14:paraId="0E6D42FF"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łączy różne źródła danych bez nadinterpretacji</w:t>
            </w:r>
          </w:p>
          <w:p w14:paraId="10AFE8D6"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ocenia skuteczność i proponuje dalszy plan</w:t>
            </w:r>
          </w:p>
        </w:tc>
      </w:tr>
    </w:tbl>
    <w:p w14:paraId="314F1FC2" w14:textId="77777777" w:rsidR="00007B2D" w:rsidRPr="009045FD" w:rsidRDefault="00007B2D" w:rsidP="00007B2D">
      <w:pPr>
        <w:spacing w:before="50"/>
        <w:rPr>
          <w:sz w:val="18"/>
          <w:szCs w:val="20"/>
          <w:lang w:val="pl-PL"/>
        </w:rPr>
      </w:pPr>
      <w:r w:rsidRPr="009045FD">
        <w:rPr>
          <w:b/>
          <w:color w:val="000000"/>
          <w:sz w:val="13"/>
          <w:szCs w:val="20"/>
          <w:lang w:val="pl-PL"/>
        </w:rPr>
        <w:t xml:space="preserve">Ważne: </w:t>
      </w:r>
      <w:r w:rsidRPr="009045FD">
        <w:rPr>
          <w:color w:val="000000"/>
          <w:sz w:val="13"/>
          <w:szCs w:val="20"/>
          <w:lang w:val="pl-PL"/>
        </w:rPr>
        <w:t>Nie można wymagać posiadania prywatnego urządzenia lub aplikacji.</w:t>
      </w:r>
    </w:p>
    <w:p w14:paraId="438214F1" w14:textId="77777777" w:rsidR="00F27F33" w:rsidRPr="009045FD" w:rsidRDefault="00007B2D">
      <w:pPr>
        <w:rPr>
          <w:sz w:val="18"/>
          <w:szCs w:val="20"/>
          <w:lang w:val="pl-PL"/>
        </w:rPr>
      </w:pPr>
      <w:r w:rsidRPr="009045FD">
        <w:rPr>
          <w:sz w:val="18"/>
          <w:szCs w:val="20"/>
          <w:lang w:val="pl-PL"/>
        </w:rPr>
        <w:br w:type="page"/>
      </w:r>
    </w:p>
    <w:tbl>
      <w:tblPr>
        <w:tblW w:w="0" w:type="auto"/>
        <w:jc w:val="center"/>
        <w:tblLayout w:type="fixed"/>
        <w:tblLook w:val="04A0" w:firstRow="1" w:lastRow="0" w:firstColumn="1" w:lastColumn="0" w:noHBand="0" w:noVBand="1"/>
      </w:tblPr>
      <w:tblGrid>
        <w:gridCol w:w="936"/>
        <w:gridCol w:w="14256"/>
      </w:tblGrid>
      <w:tr w:rsidR="00F27F33" w:rsidRPr="009045FD" w14:paraId="2C2144D0"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706A359E" w14:textId="77777777" w:rsidR="00F27F33" w:rsidRPr="009045FD" w:rsidRDefault="00000000">
            <w:pPr>
              <w:jc w:val="center"/>
              <w:rPr>
                <w:sz w:val="18"/>
                <w:szCs w:val="20"/>
                <w:lang w:val="pl-PL"/>
              </w:rPr>
            </w:pPr>
            <w:r w:rsidRPr="009045FD">
              <w:rPr>
                <w:b/>
                <w:color w:val="FFFFFF"/>
                <w:sz w:val="36"/>
                <w:szCs w:val="20"/>
                <w:lang w:val="pl-PL"/>
              </w:rPr>
              <w:lastRenderedPageBreak/>
              <w:t>7</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3597E6F6" w14:textId="77777777" w:rsidR="00F27F33" w:rsidRPr="009045FD" w:rsidRDefault="00000000">
            <w:pPr>
              <w:rPr>
                <w:sz w:val="18"/>
                <w:szCs w:val="20"/>
                <w:lang w:val="pl-PL"/>
              </w:rPr>
            </w:pPr>
            <w:r w:rsidRPr="009045FD">
              <w:rPr>
                <w:b/>
                <w:color w:val="000000"/>
                <w:sz w:val="28"/>
                <w:szCs w:val="20"/>
                <w:lang w:val="pl-PL"/>
              </w:rPr>
              <w:t>SPRAWNOŚĆ FIZYCZNA W SŁUŻBACH MUNDUROWYCH I INNYCH ZAWODACH – DZIAŁ FAKULTATYWNY</w:t>
            </w:r>
          </w:p>
          <w:p w14:paraId="1F8428E3" w14:textId="77777777" w:rsidR="00F27F33" w:rsidRPr="009045FD" w:rsidRDefault="00000000">
            <w:pPr>
              <w:rPr>
                <w:sz w:val="18"/>
                <w:szCs w:val="20"/>
                <w:lang w:val="pl-PL"/>
              </w:rPr>
            </w:pPr>
            <w:r w:rsidRPr="009045FD">
              <w:rPr>
                <w:i/>
                <w:color w:val="333333"/>
                <w:sz w:val="16"/>
                <w:szCs w:val="20"/>
                <w:lang w:val="pl-PL"/>
              </w:rPr>
              <w:t>Fakultatywne poznawanie wymagań zawodowych oraz samodzielne, bezpieczne planowanie przygotowania ogólnosprawnościowego.</w:t>
            </w:r>
            <w:r w:rsidRPr="009045FD">
              <w:rPr>
                <w:b/>
                <w:color w:val="4B4B4B"/>
                <w:sz w:val="12"/>
                <w:lang w:val="pl-PL"/>
              </w:rPr>
              <w:t xml:space="preserve">  </w:t>
            </w:r>
            <w:proofErr w:type="gramStart"/>
            <w:r w:rsidRPr="009045FD">
              <w:rPr>
                <w:b/>
                <w:color w:val="4B4B4B"/>
                <w:sz w:val="12"/>
                <w:lang w:val="pl-PL"/>
              </w:rPr>
              <w:t>|  PODSTAWA</w:t>
            </w:r>
            <w:proofErr w:type="gramEnd"/>
            <w:r w:rsidRPr="009045FD">
              <w:rPr>
                <w:b/>
                <w:color w:val="4B4B4B"/>
                <w:sz w:val="12"/>
                <w:lang w:val="pl-PL"/>
              </w:rPr>
              <w:t xml:space="preserve">: </w:t>
            </w:r>
            <w:r w:rsidRPr="009045FD">
              <w:rPr>
                <w:i/>
                <w:color w:val="4B4B4B"/>
                <w:sz w:val="12"/>
                <w:lang w:val="pl-PL"/>
              </w:rPr>
              <w:t>PP 2017/2025, WF kl. VII–VIII, VII.1–2 (dział fakultatywny).</w:t>
            </w:r>
          </w:p>
        </w:tc>
      </w:tr>
    </w:tbl>
    <w:p w14:paraId="1359A9D2" w14:textId="77777777" w:rsidR="00F27F33" w:rsidRPr="009045FD" w:rsidRDefault="00F27F33">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F27F33" w:rsidRPr="009045FD" w14:paraId="0813B676"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71D490FD" w14:textId="77777777" w:rsidR="00F27F33" w:rsidRPr="009045FD" w:rsidRDefault="00000000">
            <w:pPr>
              <w:spacing w:after="40"/>
              <w:rPr>
                <w:sz w:val="18"/>
                <w:szCs w:val="20"/>
                <w:lang w:val="pl-PL"/>
              </w:rPr>
            </w:pPr>
            <w:r w:rsidRPr="009045FD">
              <w:rPr>
                <w:b/>
                <w:color w:val="000000"/>
                <w:sz w:val="14"/>
                <w:szCs w:val="20"/>
                <w:lang w:val="pl-PL"/>
              </w:rPr>
              <w:t>ZAKRES WYMAGANIA</w:t>
            </w:r>
          </w:p>
          <w:p w14:paraId="02CB207E"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poznaje przykłady prób stosowanych w rekrutacji do służb mundurowych</w:t>
            </w:r>
          </w:p>
          <w:p w14:paraId="45AA2883"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wyjaśnia znaczenie sprawności w wybranych zawodach</w:t>
            </w:r>
          </w:p>
          <w:p w14:paraId="2BE0FFE9"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w podstawowym zakresie wybrane próby z uwzględnieniem możliwości i bezpieczeństwa</w:t>
            </w:r>
          </w:p>
          <w:p w14:paraId="71C661B6"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odróżnia poznawanie wymagań zawodowych od selekcji lub diagnozy predyspozycji ucznia</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629F7BAD" w14:textId="77777777" w:rsidR="00F27F33" w:rsidRPr="009045FD" w:rsidRDefault="00000000">
            <w:pPr>
              <w:spacing w:after="40"/>
              <w:rPr>
                <w:sz w:val="18"/>
                <w:szCs w:val="20"/>
                <w:lang w:val="pl-PL"/>
              </w:rPr>
            </w:pPr>
            <w:r w:rsidRPr="009045FD">
              <w:rPr>
                <w:b/>
                <w:color w:val="000000"/>
                <w:sz w:val="14"/>
                <w:szCs w:val="20"/>
                <w:lang w:val="pl-PL"/>
              </w:rPr>
              <w:t>KRYTERIA SUKCESU</w:t>
            </w:r>
          </w:p>
          <w:p w14:paraId="1B587FBB"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wyjaśnia cel wybranej próby</w:t>
            </w:r>
          </w:p>
          <w:p w14:paraId="2D28E148"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wykonuje zadanie w bezpiecznym wariancie</w:t>
            </w:r>
          </w:p>
          <w:p w14:paraId="1457516A"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dostosowuje obciążenie do możliwości</w:t>
            </w:r>
          </w:p>
          <w:p w14:paraId="74DB0335"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rozpoznaje zawody wymagające określonej sprawności</w:t>
            </w:r>
          </w:p>
          <w:p w14:paraId="1116EED5"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interpretuje wynik wyłącznie jako informację o własnym rozwoju</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37D52E7B" w14:textId="77777777" w:rsidR="00F27F33" w:rsidRPr="009045FD" w:rsidRDefault="00000000">
            <w:pPr>
              <w:spacing w:after="40"/>
              <w:rPr>
                <w:sz w:val="18"/>
                <w:szCs w:val="20"/>
                <w:lang w:val="pl-PL"/>
              </w:rPr>
            </w:pPr>
            <w:r w:rsidRPr="009045FD">
              <w:rPr>
                <w:b/>
                <w:color w:val="000000"/>
                <w:sz w:val="14"/>
                <w:szCs w:val="20"/>
                <w:lang w:val="pl-PL"/>
              </w:rPr>
              <w:t>MOŻLIWE DOWODY OSIĄGNIĘCIA UMIEJĘTNOŚCI</w:t>
            </w:r>
          </w:p>
          <w:p w14:paraId="0864FB01" w14:textId="77777777" w:rsidR="00F27F33" w:rsidRPr="009045FD" w:rsidRDefault="00000000">
            <w:pPr>
              <w:spacing w:after="30"/>
              <w:rPr>
                <w:sz w:val="18"/>
                <w:szCs w:val="20"/>
                <w:lang w:val="pl-PL"/>
              </w:rPr>
            </w:pPr>
            <w:r w:rsidRPr="009045FD">
              <w:rPr>
                <w:i/>
                <w:color w:val="333333"/>
                <w:sz w:val="12"/>
                <w:szCs w:val="20"/>
                <w:lang w:val="pl-PL"/>
              </w:rPr>
              <w:t>Uczeń może pokazać tę umiejętność między innymi poprzez:</w:t>
            </w:r>
          </w:p>
          <w:p w14:paraId="24FE126F"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Wykonanie: bezpieczny wariant biegu, podporu lub ćwiczenia siłowego</w:t>
            </w:r>
          </w:p>
          <w:p w14:paraId="4215E139"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Wypowiedź: wyjaśnienie celu próby i znaczenia sprawności w zawodzie</w:t>
            </w:r>
          </w:p>
          <w:p w14:paraId="5C6E2AB0"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Analiza: porównanie charakteru różnych prób bez rankingu uczniów</w:t>
            </w:r>
          </w:p>
          <w:p w14:paraId="096879C2"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Refleksja: własne granice, bezpieczeństwo i dalszy rozwój</w:t>
            </w:r>
          </w:p>
        </w:tc>
      </w:tr>
    </w:tbl>
    <w:p w14:paraId="774B7C12" w14:textId="77777777" w:rsidR="00F27F33" w:rsidRPr="009045FD" w:rsidRDefault="00F27F33">
      <w:pPr>
        <w:rPr>
          <w:sz w:val="18"/>
          <w:szCs w:val="20"/>
          <w:lang w:val="pl-PL"/>
        </w:rPr>
      </w:pPr>
    </w:p>
    <w:p w14:paraId="25E3A904" w14:textId="77777777" w:rsidR="00F27F33" w:rsidRPr="009045FD" w:rsidRDefault="00000000">
      <w:pPr>
        <w:spacing w:before="40" w:after="40"/>
        <w:rPr>
          <w:sz w:val="18"/>
          <w:szCs w:val="20"/>
          <w:lang w:val="pl-PL"/>
        </w:rPr>
      </w:pPr>
      <w:r w:rsidRPr="009045F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7F33" w:rsidRPr="009045FD" w14:paraId="49820D89"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9D7B647" w14:textId="77777777" w:rsidR="00F27F33" w:rsidRPr="009045FD" w:rsidRDefault="00000000">
            <w:pPr>
              <w:jc w:val="center"/>
              <w:rPr>
                <w:sz w:val="18"/>
                <w:szCs w:val="20"/>
                <w:lang w:val="pl-PL"/>
              </w:rPr>
            </w:pPr>
            <w:r w:rsidRPr="009045FD">
              <w:rPr>
                <w:b/>
                <w:color w:val="000000"/>
                <w:sz w:val="24"/>
                <w:szCs w:val="20"/>
                <w:lang w:val="pl-PL"/>
              </w:rPr>
              <w:t>2</w:t>
            </w:r>
          </w:p>
          <w:p w14:paraId="537881A2" w14:textId="77777777" w:rsidR="00F27F33" w:rsidRPr="009045FD" w:rsidRDefault="00000000">
            <w:pPr>
              <w:spacing w:line="216" w:lineRule="auto"/>
              <w:jc w:val="center"/>
              <w:rPr>
                <w:sz w:val="18"/>
                <w:szCs w:val="20"/>
                <w:lang w:val="pl-PL"/>
              </w:rPr>
            </w:pPr>
            <w:r w:rsidRPr="009045F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111F466" w14:textId="77777777" w:rsidR="00F27F33" w:rsidRPr="009045FD" w:rsidRDefault="00000000">
            <w:pPr>
              <w:jc w:val="center"/>
              <w:rPr>
                <w:sz w:val="18"/>
                <w:szCs w:val="20"/>
                <w:lang w:val="pl-PL"/>
              </w:rPr>
            </w:pPr>
            <w:r w:rsidRPr="009045FD">
              <w:rPr>
                <w:b/>
                <w:color w:val="000000"/>
                <w:sz w:val="24"/>
                <w:szCs w:val="20"/>
                <w:lang w:val="pl-PL"/>
              </w:rPr>
              <w:t>3</w:t>
            </w:r>
          </w:p>
          <w:p w14:paraId="38D9D103" w14:textId="77777777" w:rsidR="00F27F33" w:rsidRPr="009045FD" w:rsidRDefault="00000000">
            <w:pPr>
              <w:spacing w:line="216" w:lineRule="auto"/>
              <w:jc w:val="center"/>
              <w:rPr>
                <w:sz w:val="18"/>
                <w:szCs w:val="20"/>
                <w:lang w:val="pl-PL"/>
              </w:rPr>
            </w:pPr>
            <w:r w:rsidRPr="009045FD">
              <w:rPr>
                <w:b/>
                <w:color w:val="000000"/>
                <w:sz w:val="11"/>
                <w:szCs w:val="20"/>
                <w:lang w:val="pl-PL"/>
              </w:rPr>
              <w:t>SAMODZIELNIE</w:t>
            </w:r>
            <w:r w:rsidRPr="009045F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7341F68" w14:textId="77777777" w:rsidR="00F27F33" w:rsidRPr="009045FD" w:rsidRDefault="00000000">
            <w:pPr>
              <w:jc w:val="center"/>
              <w:rPr>
                <w:sz w:val="18"/>
                <w:szCs w:val="20"/>
                <w:lang w:val="pl-PL"/>
              </w:rPr>
            </w:pPr>
            <w:r w:rsidRPr="009045FD">
              <w:rPr>
                <w:b/>
                <w:color w:val="000000"/>
                <w:sz w:val="24"/>
                <w:szCs w:val="20"/>
                <w:lang w:val="pl-PL"/>
              </w:rPr>
              <w:t>4</w:t>
            </w:r>
          </w:p>
          <w:p w14:paraId="45A59EEA" w14:textId="77777777" w:rsidR="00F27F33" w:rsidRPr="009045FD" w:rsidRDefault="00000000">
            <w:pPr>
              <w:spacing w:line="216" w:lineRule="auto"/>
              <w:jc w:val="center"/>
              <w:rPr>
                <w:sz w:val="18"/>
                <w:szCs w:val="20"/>
                <w:lang w:val="pl-PL"/>
              </w:rPr>
            </w:pPr>
            <w:r w:rsidRPr="009045FD">
              <w:rPr>
                <w:b/>
                <w:color w:val="000000"/>
                <w:sz w:val="11"/>
                <w:szCs w:val="20"/>
                <w:lang w:val="pl-PL"/>
              </w:rPr>
              <w:t>POPRAWNIE</w:t>
            </w:r>
            <w:r w:rsidRPr="009045F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DCE5171" w14:textId="77777777" w:rsidR="00F27F33" w:rsidRPr="009045FD" w:rsidRDefault="00000000">
            <w:pPr>
              <w:jc w:val="center"/>
              <w:rPr>
                <w:sz w:val="18"/>
                <w:szCs w:val="20"/>
                <w:lang w:val="pl-PL"/>
              </w:rPr>
            </w:pPr>
            <w:r w:rsidRPr="009045FD">
              <w:rPr>
                <w:b/>
                <w:color w:val="000000"/>
                <w:sz w:val="24"/>
                <w:szCs w:val="20"/>
                <w:lang w:val="pl-PL"/>
              </w:rPr>
              <w:t>5</w:t>
            </w:r>
          </w:p>
          <w:p w14:paraId="6F176577" w14:textId="77777777" w:rsidR="00F27F33" w:rsidRPr="009045FD" w:rsidRDefault="00000000">
            <w:pPr>
              <w:spacing w:line="216" w:lineRule="auto"/>
              <w:jc w:val="center"/>
              <w:rPr>
                <w:sz w:val="18"/>
                <w:szCs w:val="20"/>
                <w:lang w:val="pl-PL"/>
              </w:rPr>
            </w:pPr>
            <w:r w:rsidRPr="009045FD">
              <w:rPr>
                <w:b/>
                <w:color w:val="000000"/>
                <w:sz w:val="11"/>
                <w:szCs w:val="20"/>
                <w:lang w:val="pl-PL"/>
              </w:rPr>
              <w:t>SPRAWNIE, SAMODZIELNIE</w:t>
            </w:r>
            <w:r w:rsidRPr="009045F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F9C8B86" w14:textId="77777777" w:rsidR="00F27F33" w:rsidRPr="009045FD" w:rsidRDefault="00000000">
            <w:pPr>
              <w:jc w:val="center"/>
              <w:rPr>
                <w:sz w:val="18"/>
                <w:szCs w:val="20"/>
                <w:lang w:val="pl-PL"/>
              </w:rPr>
            </w:pPr>
            <w:r w:rsidRPr="009045FD">
              <w:rPr>
                <w:b/>
                <w:color w:val="000000"/>
                <w:sz w:val="24"/>
                <w:szCs w:val="20"/>
                <w:lang w:val="pl-PL"/>
              </w:rPr>
              <w:t>6</w:t>
            </w:r>
          </w:p>
          <w:p w14:paraId="63A19946" w14:textId="77777777" w:rsidR="00F27F33" w:rsidRPr="009045FD" w:rsidRDefault="00000000">
            <w:pPr>
              <w:spacing w:line="216" w:lineRule="auto"/>
              <w:jc w:val="center"/>
              <w:rPr>
                <w:sz w:val="18"/>
                <w:szCs w:val="20"/>
                <w:lang w:val="pl-PL"/>
              </w:rPr>
            </w:pPr>
            <w:r w:rsidRPr="009045FD">
              <w:rPr>
                <w:b/>
                <w:color w:val="000000"/>
                <w:sz w:val="11"/>
                <w:szCs w:val="20"/>
                <w:lang w:val="pl-PL"/>
              </w:rPr>
              <w:t>TWÓRCZO</w:t>
            </w:r>
            <w:r w:rsidRPr="009045FD">
              <w:rPr>
                <w:b/>
                <w:color w:val="000000"/>
                <w:sz w:val="11"/>
                <w:szCs w:val="20"/>
                <w:lang w:val="pl-PL"/>
              </w:rPr>
              <w:br/>
              <w:t>I ODPOWIEDZIALNIE</w:t>
            </w:r>
          </w:p>
        </w:tc>
      </w:tr>
      <w:tr w:rsidR="00F27F33" w:rsidRPr="009045FD" w14:paraId="6725EF13"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D4E2B52"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z pomocą rozpoznaje próbę i wykonuje dostosowany wariant</w:t>
            </w:r>
          </w:p>
          <w:p w14:paraId="5AE0A781"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wyjaśnia prosty cel</w:t>
            </w:r>
          </w:p>
          <w:p w14:paraId="7786DAF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respektuje własne granice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B8B7DDE"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samodzielnie wykonuje bezpieczny wariant</w:t>
            </w:r>
          </w:p>
          <w:p w14:paraId="0168676C"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wymienia zawody i znaczenie sprawności</w:t>
            </w:r>
          </w:p>
          <w:p w14:paraId="1D544F70"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prowadzi podstawowy zapis</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6782DD1"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poprawnie dobiera technikę i obciążenie</w:t>
            </w:r>
          </w:p>
          <w:p w14:paraId="0B827DC3"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porównuje cele prób</w:t>
            </w:r>
          </w:p>
          <w:p w14:paraId="281F60EE"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planuje prosty sposób poprawy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6D6620D"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sprawnie analizuje wymagania i uzasadnia plan</w:t>
            </w:r>
          </w:p>
          <w:p w14:paraId="797C7385"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koryguje technikę i obciążenie</w:t>
            </w:r>
          </w:p>
          <w:p w14:paraId="3668BD9D"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ocenia ryzyko oraz ograniczenia</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B3EF318"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projektuje odpowiedzialny mini-program przygotowania</w:t>
            </w:r>
          </w:p>
          <w:p w14:paraId="6900CF5C"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modyfikuje go na podstawie wyników</w:t>
            </w:r>
          </w:p>
          <w:p w14:paraId="5F1FEF23"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ocenia przydatność bez tworzenia selekcji uczniów</w:t>
            </w:r>
          </w:p>
        </w:tc>
      </w:tr>
    </w:tbl>
    <w:p w14:paraId="3551922E" w14:textId="77777777" w:rsidR="00F27F33" w:rsidRPr="009045FD" w:rsidRDefault="00000000">
      <w:pPr>
        <w:spacing w:before="50"/>
        <w:rPr>
          <w:color w:val="000000"/>
          <w:sz w:val="13"/>
          <w:szCs w:val="20"/>
          <w:lang w:val="pl-PL"/>
        </w:rPr>
      </w:pPr>
      <w:r w:rsidRPr="009045FD">
        <w:rPr>
          <w:b/>
          <w:color w:val="000000"/>
          <w:sz w:val="13"/>
          <w:szCs w:val="20"/>
          <w:lang w:val="pl-PL"/>
        </w:rPr>
        <w:t xml:space="preserve">Ważne: </w:t>
      </w:r>
      <w:r w:rsidRPr="009045FD">
        <w:rPr>
          <w:color w:val="000000"/>
          <w:sz w:val="13"/>
          <w:szCs w:val="20"/>
          <w:lang w:val="pl-PL"/>
        </w:rPr>
        <w:t>Dział jest fakultatywny. Brak jego realizacji nie może obniżać oceny ucznia.</w:t>
      </w:r>
    </w:p>
    <w:p w14:paraId="1561C63B" w14:textId="77777777" w:rsidR="00007B2D" w:rsidRPr="009045FD" w:rsidRDefault="00007B2D">
      <w:pPr>
        <w:spacing w:before="50"/>
        <w:rPr>
          <w:color w:val="000000"/>
          <w:sz w:val="13"/>
          <w:szCs w:val="20"/>
          <w:lang w:val="pl-PL"/>
        </w:rPr>
      </w:pPr>
    </w:p>
    <w:tbl>
      <w:tblPr>
        <w:tblW w:w="0" w:type="auto"/>
        <w:jc w:val="center"/>
        <w:tblLayout w:type="fixed"/>
        <w:tblLook w:val="04A0" w:firstRow="1" w:lastRow="0" w:firstColumn="1" w:lastColumn="0" w:noHBand="0" w:noVBand="1"/>
      </w:tblPr>
      <w:tblGrid>
        <w:gridCol w:w="936"/>
        <w:gridCol w:w="14256"/>
      </w:tblGrid>
      <w:tr w:rsidR="00007B2D" w:rsidRPr="009045FD" w14:paraId="2F7FB060" w14:textId="77777777" w:rsidTr="007F0A02">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62FE7EE7" w14:textId="77777777" w:rsidR="00007B2D" w:rsidRPr="009045FD" w:rsidRDefault="00007B2D" w:rsidP="007F0A02">
            <w:pPr>
              <w:jc w:val="center"/>
              <w:rPr>
                <w:sz w:val="18"/>
                <w:szCs w:val="20"/>
                <w:lang w:val="pl-PL"/>
              </w:rPr>
            </w:pPr>
            <w:r w:rsidRPr="009045FD">
              <w:rPr>
                <w:b/>
                <w:color w:val="FFFFFF"/>
                <w:sz w:val="36"/>
                <w:szCs w:val="20"/>
                <w:lang w:val="pl-PL"/>
              </w:rPr>
              <w:t>8</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85749F8" w14:textId="77777777" w:rsidR="00007B2D" w:rsidRPr="009045FD" w:rsidRDefault="00007B2D" w:rsidP="007F0A02">
            <w:pPr>
              <w:rPr>
                <w:sz w:val="18"/>
                <w:szCs w:val="20"/>
                <w:lang w:val="pl-PL"/>
              </w:rPr>
            </w:pPr>
            <w:r w:rsidRPr="009045FD">
              <w:rPr>
                <w:b/>
                <w:color w:val="000000"/>
                <w:sz w:val="28"/>
                <w:szCs w:val="20"/>
                <w:lang w:val="pl-PL"/>
              </w:rPr>
              <w:t>BEZPIECZEŃSTWO W AKTYWNOŚCI FIZYCZNEJ</w:t>
            </w:r>
          </w:p>
          <w:p w14:paraId="27BD9812" w14:textId="77777777" w:rsidR="00007B2D" w:rsidRPr="009045FD" w:rsidRDefault="00007B2D" w:rsidP="007F0A02">
            <w:pPr>
              <w:rPr>
                <w:sz w:val="18"/>
                <w:szCs w:val="20"/>
                <w:lang w:val="pl-PL"/>
              </w:rPr>
            </w:pPr>
            <w:r w:rsidRPr="009045FD">
              <w:rPr>
                <w:i/>
                <w:color w:val="333333"/>
                <w:sz w:val="16"/>
                <w:szCs w:val="20"/>
                <w:lang w:val="pl-PL"/>
              </w:rPr>
              <w:t>Samodzielne planowanie bezpieczeństwa, ocena ryzyka i promowanie odpowiedzialnych zachowań.</w:t>
            </w:r>
            <w:r w:rsidRPr="009045FD">
              <w:rPr>
                <w:b/>
                <w:color w:val="4B4B4B"/>
                <w:sz w:val="12"/>
                <w:lang w:val="pl-PL"/>
              </w:rPr>
              <w:t xml:space="preserve">  </w:t>
            </w:r>
            <w:proofErr w:type="gramStart"/>
            <w:r w:rsidRPr="009045FD">
              <w:rPr>
                <w:b/>
                <w:color w:val="4B4B4B"/>
                <w:sz w:val="12"/>
                <w:lang w:val="pl-PL"/>
              </w:rPr>
              <w:t>|  PODSTAWA</w:t>
            </w:r>
            <w:proofErr w:type="gramEnd"/>
            <w:r w:rsidRPr="009045FD">
              <w:rPr>
                <w:b/>
                <w:color w:val="4B4B4B"/>
                <w:sz w:val="12"/>
                <w:lang w:val="pl-PL"/>
              </w:rPr>
              <w:t xml:space="preserve">: </w:t>
            </w:r>
            <w:r w:rsidRPr="009045FD">
              <w:rPr>
                <w:i/>
                <w:color w:val="4B4B4B"/>
                <w:sz w:val="12"/>
                <w:lang w:val="pl-PL"/>
              </w:rPr>
              <w:t>PP 2017/2025, WF kl. VII–VIII, VIII.1–3.</w:t>
            </w:r>
          </w:p>
        </w:tc>
      </w:tr>
    </w:tbl>
    <w:p w14:paraId="509E1170" w14:textId="77777777" w:rsidR="00007B2D" w:rsidRPr="009045FD" w:rsidRDefault="00007B2D" w:rsidP="00007B2D">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007B2D" w:rsidRPr="009045FD" w14:paraId="2F47B5B7" w14:textId="77777777" w:rsidTr="007F0A02">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5B0FE93A" w14:textId="77777777" w:rsidR="00007B2D" w:rsidRPr="009045FD" w:rsidRDefault="00007B2D" w:rsidP="007F0A02">
            <w:pPr>
              <w:spacing w:after="40"/>
              <w:rPr>
                <w:sz w:val="18"/>
                <w:szCs w:val="20"/>
                <w:lang w:val="pl-PL"/>
              </w:rPr>
            </w:pPr>
            <w:r w:rsidRPr="009045FD">
              <w:rPr>
                <w:b/>
                <w:color w:val="000000"/>
                <w:sz w:val="14"/>
                <w:szCs w:val="20"/>
                <w:lang w:val="pl-PL"/>
              </w:rPr>
              <w:t>ZAKRES WYMAGANIA</w:t>
            </w:r>
          </w:p>
          <w:p w14:paraId="0C73335C"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omawia sposoby zapobiegania najczęstszym urazom i wypadkom</w:t>
            </w:r>
          </w:p>
          <w:p w14:paraId="3A86095E"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stosuje zasady samoasekuracji i asekuracji w zadaniach wymagających współpracy</w:t>
            </w:r>
          </w:p>
          <w:p w14:paraId="432236C9"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planuje aktywność nad wodą, w górach i terenie zielonym</w:t>
            </w:r>
          </w:p>
          <w:p w14:paraId="129C9C7B"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uwzględnia pogodę, wyposażenie, ochronę środowiska i potrzeby grupy</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1D2BDDE6" w14:textId="77777777" w:rsidR="00007B2D" w:rsidRPr="009045FD" w:rsidRDefault="00007B2D" w:rsidP="007F0A02">
            <w:pPr>
              <w:spacing w:after="40"/>
              <w:rPr>
                <w:sz w:val="18"/>
                <w:szCs w:val="20"/>
                <w:lang w:val="pl-PL"/>
              </w:rPr>
            </w:pPr>
            <w:r w:rsidRPr="009045FD">
              <w:rPr>
                <w:b/>
                <w:color w:val="000000"/>
                <w:sz w:val="14"/>
                <w:szCs w:val="20"/>
                <w:lang w:val="pl-PL"/>
              </w:rPr>
              <w:t>KRYTERIA SUKCESU</w:t>
            </w:r>
          </w:p>
          <w:p w14:paraId="36EC7169"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sprawdza miejsce, sprzęt, strój i warunki</w:t>
            </w:r>
          </w:p>
          <w:p w14:paraId="27C78D1B"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rozpoznaje sytuację wymagającą zmiany lub przerwania aktywności</w:t>
            </w:r>
          </w:p>
          <w:p w14:paraId="2D7D14FC"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stosuje asekurację wyłącznie w poznanym zakresie</w:t>
            </w:r>
          </w:p>
          <w:p w14:paraId="329AC8A9"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dobiera podstawowe środki bezpieczeństwa do miejsca</w:t>
            </w:r>
          </w:p>
          <w:p w14:paraId="7710CF50"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promuje odpowiedzialne zachowanie wobec ludzi i środowiska</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5AEE1AAF" w14:textId="77777777" w:rsidR="00007B2D" w:rsidRPr="009045FD" w:rsidRDefault="00007B2D" w:rsidP="007F0A02">
            <w:pPr>
              <w:spacing w:after="40"/>
              <w:rPr>
                <w:sz w:val="18"/>
                <w:szCs w:val="20"/>
                <w:lang w:val="pl-PL"/>
              </w:rPr>
            </w:pPr>
            <w:r w:rsidRPr="009045FD">
              <w:rPr>
                <w:b/>
                <w:color w:val="000000"/>
                <w:sz w:val="14"/>
                <w:szCs w:val="20"/>
                <w:lang w:val="pl-PL"/>
              </w:rPr>
              <w:t>MOŻLIWE DOWODY OSIĄGNIĘCIA UMIEJĘTNOŚCI</w:t>
            </w:r>
          </w:p>
          <w:p w14:paraId="7B8297B1" w14:textId="77777777" w:rsidR="00007B2D" w:rsidRPr="009045FD" w:rsidRDefault="00007B2D" w:rsidP="007F0A02">
            <w:pPr>
              <w:spacing w:after="30"/>
              <w:rPr>
                <w:sz w:val="18"/>
                <w:szCs w:val="20"/>
                <w:lang w:val="pl-PL"/>
              </w:rPr>
            </w:pPr>
            <w:r w:rsidRPr="009045FD">
              <w:rPr>
                <w:i/>
                <w:color w:val="333333"/>
                <w:sz w:val="12"/>
                <w:szCs w:val="20"/>
                <w:lang w:val="pl-PL"/>
              </w:rPr>
              <w:t>Uczeń może pokazać tę umiejętność między innymi poprzez:</w:t>
            </w:r>
          </w:p>
          <w:p w14:paraId="5C02659F"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Obserwacja: przygotowanie, asekuracja i reagowanie na zagrożenie</w:t>
            </w:r>
          </w:p>
          <w:p w14:paraId="63017C92"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Sytuacja: analiza ryzyka w sali, terenie, nad wodą lub w górach</w:t>
            </w:r>
          </w:p>
          <w:p w14:paraId="4B14D7E3"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Plan: lista wyposażenia, zasady grupy, trasa lub procedura przerwania</w:t>
            </w:r>
          </w:p>
          <w:p w14:paraId="79AAFA0D" w14:textId="77777777" w:rsidR="00007B2D" w:rsidRPr="009045FD" w:rsidRDefault="00007B2D" w:rsidP="007F0A02">
            <w:pPr>
              <w:pStyle w:val="Listapunktowana"/>
              <w:spacing w:after="22" w:line="245" w:lineRule="auto"/>
              <w:ind w:left="158" w:hanging="130"/>
              <w:rPr>
                <w:sz w:val="18"/>
                <w:szCs w:val="20"/>
                <w:lang w:val="pl-PL"/>
              </w:rPr>
            </w:pPr>
            <w:r w:rsidRPr="009045FD">
              <w:rPr>
                <w:color w:val="000000"/>
                <w:sz w:val="12"/>
                <w:szCs w:val="20"/>
                <w:lang w:val="pl-PL"/>
              </w:rPr>
              <w:t>Demonstracja: poznany sposób samoasekuracji lub zabezpieczenia stanowiska</w:t>
            </w:r>
          </w:p>
        </w:tc>
      </w:tr>
    </w:tbl>
    <w:p w14:paraId="6D130405" w14:textId="77777777" w:rsidR="00007B2D" w:rsidRPr="009045FD" w:rsidRDefault="00007B2D" w:rsidP="00007B2D">
      <w:pPr>
        <w:rPr>
          <w:sz w:val="18"/>
          <w:szCs w:val="20"/>
          <w:lang w:val="pl-PL"/>
        </w:rPr>
      </w:pPr>
    </w:p>
    <w:p w14:paraId="0D8E2C28" w14:textId="77777777" w:rsidR="00007B2D" w:rsidRPr="009045FD" w:rsidRDefault="00007B2D" w:rsidP="00007B2D">
      <w:pPr>
        <w:spacing w:before="40" w:after="40"/>
        <w:rPr>
          <w:sz w:val="18"/>
          <w:szCs w:val="20"/>
          <w:lang w:val="pl-PL"/>
        </w:rPr>
      </w:pPr>
      <w:r w:rsidRPr="009045F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07B2D" w:rsidRPr="009045FD" w14:paraId="00A47EC7" w14:textId="77777777" w:rsidTr="007F0A02">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240A338" w14:textId="77777777" w:rsidR="00007B2D" w:rsidRPr="009045FD" w:rsidRDefault="00007B2D" w:rsidP="007F0A02">
            <w:pPr>
              <w:jc w:val="center"/>
              <w:rPr>
                <w:sz w:val="18"/>
                <w:szCs w:val="20"/>
                <w:lang w:val="pl-PL"/>
              </w:rPr>
            </w:pPr>
            <w:r w:rsidRPr="009045FD">
              <w:rPr>
                <w:b/>
                <w:color w:val="000000"/>
                <w:sz w:val="24"/>
                <w:szCs w:val="20"/>
                <w:lang w:val="pl-PL"/>
              </w:rPr>
              <w:t>2</w:t>
            </w:r>
          </w:p>
          <w:p w14:paraId="24C26706"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0F71630" w14:textId="77777777" w:rsidR="00007B2D" w:rsidRPr="009045FD" w:rsidRDefault="00007B2D" w:rsidP="007F0A02">
            <w:pPr>
              <w:jc w:val="center"/>
              <w:rPr>
                <w:sz w:val="18"/>
                <w:szCs w:val="20"/>
                <w:lang w:val="pl-PL"/>
              </w:rPr>
            </w:pPr>
            <w:r w:rsidRPr="009045FD">
              <w:rPr>
                <w:b/>
                <w:color w:val="000000"/>
                <w:sz w:val="24"/>
                <w:szCs w:val="20"/>
                <w:lang w:val="pl-PL"/>
              </w:rPr>
              <w:t>3</w:t>
            </w:r>
          </w:p>
          <w:p w14:paraId="321B1471"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SAMODZIELNIE</w:t>
            </w:r>
            <w:r w:rsidRPr="009045F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3EC0732" w14:textId="77777777" w:rsidR="00007B2D" w:rsidRPr="009045FD" w:rsidRDefault="00007B2D" w:rsidP="007F0A02">
            <w:pPr>
              <w:jc w:val="center"/>
              <w:rPr>
                <w:sz w:val="18"/>
                <w:szCs w:val="20"/>
                <w:lang w:val="pl-PL"/>
              </w:rPr>
            </w:pPr>
            <w:r w:rsidRPr="009045FD">
              <w:rPr>
                <w:b/>
                <w:color w:val="000000"/>
                <w:sz w:val="24"/>
                <w:szCs w:val="20"/>
                <w:lang w:val="pl-PL"/>
              </w:rPr>
              <w:t>4</w:t>
            </w:r>
          </w:p>
          <w:p w14:paraId="20DCE255"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POPRAWNIE</w:t>
            </w:r>
            <w:r w:rsidRPr="009045F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4E39033" w14:textId="77777777" w:rsidR="00007B2D" w:rsidRPr="009045FD" w:rsidRDefault="00007B2D" w:rsidP="007F0A02">
            <w:pPr>
              <w:jc w:val="center"/>
              <w:rPr>
                <w:sz w:val="18"/>
                <w:szCs w:val="20"/>
                <w:lang w:val="pl-PL"/>
              </w:rPr>
            </w:pPr>
            <w:r w:rsidRPr="009045FD">
              <w:rPr>
                <w:b/>
                <w:color w:val="000000"/>
                <w:sz w:val="24"/>
                <w:szCs w:val="20"/>
                <w:lang w:val="pl-PL"/>
              </w:rPr>
              <w:t>5</w:t>
            </w:r>
          </w:p>
          <w:p w14:paraId="391FCCA5"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SPRAWNIE, SAMODZIELNIE</w:t>
            </w:r>
            <w:r w:rsidRPr="009045F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3FAA0CC" w14:textId="77777777" w:rsidR="00007B2D" w:rsidRPr="009045FD" w:rsidRDefault="00007B2D" w:rsidP="007F0A02">
            <w:pPr>
              <w:jc w:val="center"/>
              <w:rPr>
                <w:sz w:val="18"/>
                <w:szCs w:val="20"/>
                <w:lang w:val="pl-PL"/>
              </w:rPr>
            </w:pPr>
            <w:r w:rsidRPr="009045FD">
              <w:rPr>
                <w:b/>
                <w:color w:val="000000"/>
                <w:sz w:val="24"/>
                <w:szCs w:val="20"/>
                <w:lang w:val="pl-PL"/>
              </w:rPr>
              <w:t>6</w:t>
            </w:r>
          </w:p>
          <w:p w14:paraId="10F77732" w14:textId="77777777" w:rsidR="00007B2D" w:rsidRPr="009045FD" w:rsidRDefault="00007B2D" w:rsidP="007F0A02">
            <w:pPr>
              <w:spacing w:line="216" w:lineRule="auto"/>
              <w:jc w:val="center"/>
              <w:rPr>
                <w:sz w:val="18"/>
                <w:szCs w:val="20"/>
                <w:lang w:val="pl-PL"/>
              </w:rPr>
            </w:pPr>
            <w:r w:rsidRPr="009045FD">
              <w:rPr>
                <w:b/>
                <w:color w:val="000000"/>
                <w:sz w:val="11"/>
                <w:szCs w:val="20"/>
                <w:lang w:val="pl-PL"/>
              </w:rPr>
              <w:t>TWÓRCZO</w:t>
            </w:r>
            <w:r w:rsidRPr="009045FD">
              <w:rPr>
                <w:b/>
                <w:color w:val="000000"/>
                <w:sz w:val="11"/>
                <w:szCs w:val="20"/>
                <w:lang w:val="pl-PL"/>
              </w:rPr>
              <w:br/>
              <w:t>I ODPOWIEDZIALNIE</w:t>
            </w:r>
          </w:p>
        </w:tc>
      </w:tr>
      <w:tr w:rsidR="00007B2D" w:rsidRPr="009045FD" w14:paraId="145787C9" w14:textId="77777777" w:rsidTr="007F0A02">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1A041F4"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z pomocą rozpoznaje ryzyko i stosuje zasadę</w:t>
            </w:r>
          </w:p>
          <w:p w14:paraId="3C0F072F"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koryguje asekurację po wskazaniu</w:t>
            </w:r>
          </w:p>
          <w:p w14:paraId="27935757"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wie, kiedy przerwać działanie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A8A6019"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samodzielnie przygotowuje typową aktywność</w:t>
            </w:r>
          </w:p>
          <w:p w14:paraId="09958177"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stosuje poznaną asekurację</w:t>
            </w:r>
          </w:p>
          <w:p w14:paraId="479478AA"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zgłasza i opisuje zagrożenie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5E5E1B5"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poprawnie planuje bezpieczeństwo i wyposażenie</w:t>
            </w:r>
          </w:p>
          <w:p w14:paraId="7F10AF52"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dobiera zabezpieczenia do miejsca i grupy</w:t>
            </w:r>
          </w:p>
          <w:p w14:paraId="3E22E370"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promuje odpowiedzialne zachowanie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B7C02E6"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sprawnie ocenia złożone ryzyko i uzasadnia decyzje</w:t>
            </w:r>
          </w:p>
          <w:p w14:paraId="3F8808C6"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modyfikuje plan do zmiany warunków</w:t>
            </w:r>
          </w:p>
          <w:p w14:paraId="60C557E3"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koordynuje bezpieczeństwo partnerów</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DC99601"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projektuje i weryfikuje kompleksową procedurę</w:t>
            </w:r>
          </w:p>
          <w:p w14:paraId="098C657B"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uwzględnia dostępność i ochronę środowiska</w:t>
            </w:r>
          </w:p>
          <w:p w14:paraId="6A1DCD3D" w14:textId="77777777" w:rsidR="00007B2D" w:rsidRPr="009045FD" w:rsidRDefault="00007B2D" w:rsidP="007F0A02">
            <w:pPr>
              <w:pStyle w:val="Listapunktowana"/>
              <w:spacing w:after="36" w:line="245" w:lineRule="auto"/>
              <w:ind w:left="158" w:hanging="130"/>
              <w:rPr>
                <w:sz w:val="18"/>
                <w:szCs w:val="20"/>
                <w:lang w:val="pl-PL"/>
              </w:rPr>
            </w:pPr>
            <w:r w:rsidRPr="009045FD">
              <w:rPr>
                <w:color w:val="000000"/>
                <w:sz w:val="12"/>
                <w:szCs w:val="20"/>
                <w:lang w:val="pl-PL"/>
              </w:rPr>
              <w:t>przenosi zasady do aktywności pozaszkolnej</w:t>
            </w:r>
          </w:p>
        </w:tc>
      </w:tr>
    </w:tbl>
    <w:p w14:paraId="7D00EFB3" w14:textId="77777777" w:rsidR="00007B2D" w:rsidRPr="009045FD" w:rsidRDefault="00007B2D" w:rsidP="00007B2D">
      <w:pPr>
        <w:spacing w:before="50"/>
        <w:rPr>
          <w:sz w:val="18"/>
          <w:szCs w:val="20"/>
          <w:lang w:val="pl-PL"/>
        </w:rPr>
      </w:pPr>
      <w:r w:rsidRPr="009045FD">
        <w:rPr>
          <w:b/>
          <w:color w:val="000000"/>
          <w:sz w:val="13"/>
          <w:szCs w:val="20"/>
          <w:lang w:val="pl-PL"/>
        </w:rPr>
        <w:t xml:space="preserve">Ważne: </w:t>
      </w:r>
      <w:r w:rsidRPr="009045FD">
        <w:rPr>
          <w:color w:val="000000"/>
          <w:sz w:val="13"/>
          <w:szCs w:val="20"/>
          <w:lang w:val="pl-PL"/>
        </w:rPr>
        <w:t>Uczeń nie wykonuje czynności ratowniczych ani asekuracyjnych wykraczających poza poznany, bezpieczny zakres.</w:t>
      </w:r>
    </w:p>
    <w:p w14:paraId="27F8A362" w14:textId="77777777" w:rsidR="00F27F33" w:rsidRPr="009045FD" w:rsidRDefault="00007B2D" w:rsidP="00007B2D">
      <w:pPr>
        <w:spacing w:before="50"/>
        <w:rPr>
          <w:sz w:val="18"/>
          <w:szCs w:val="20"/>
          <w:lang w:val="pl-PL"/>
        </w:rPr>
      </w:pPr>
      <w:r w:rsidRPr="009045FD">
        <w:rPr>
          <w:sz w:val="18"/>
          <w:szCs w:val="20"/>
          <w:lang w:val="pl-PL"/>
        </w:rPr>
        <w:br w:type="page"/>
      </w:r>
    </w:p>
    <w:p w14:paraId="08A0BC19" w14:textId="77777777" w:rsidR="00F27F33" w:rsidRPr="009045FD" w:rsidRDefault="00F27F33">
      <w:pPr>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F27F33" w:rsidRPr="009045FD" w14:paraId="372E168D"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195CC83A" w14:textId="77777777" w:rsidR="00F27F33" w:rsidRPr="009045FD" w:rsidRDefault="00000000">
            <w:pPr>
              <w:jc w:val="center"/>
              <w:rPr>
                <w:sz w:val="18"/>
                <w:szCs w:val="20"/>
                <w:lang w:val="pl-PL"/>
              </w:rPr>
            </w:pPr>
            <w:r w:rsidRPr="009045FD">
              <w:rPr>
                <w:b/>
                <w:color w:val="FFFFFF"/>
                <w:sz w:val="36"/>
                <w:szCs w:val="20"/>
                <w:lang w:val="pl-PL"/>
              </w:rPr>
              <w:t>9</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177A14F1" w14:textId="77777777" w:rsidR="00F27F33" w:rsidRPr="009045FD" w:rsidRDefault="00000000">
            <w:pPr>
              <w:rPr>
                <w:sz w:val="18"/>
                <w:szCs w:val="20"/>
                <w:lang w:val="pl-PL"/>
              </w:rPr>
            </w:pPr>
            <w:r w:rsidRPr="009045FD">
              <w:rPr>
                <w:b/>
                <w:color w:val="000000"/>
                <w:sz w:val="28"/>
                <w:szCs w:val="20"/>
                <w:lang w:val="pl-PL"/>
              </w:rPr>
              <w:t>KOMPETENCJE SPOŁECZNE</w:t>
            </w:r>
          </w:p>
          <w:p w14:paraId="41821A0C" w14:textId="77777777" w:rsidR="00F27F33" w:rsidRPr="009045FD" w:rsidRDefault="00000000">
            <w:pPr>
              <w:rPr>
                <w:sz w:val="18"/>
                <w:szCs w:val="20"/>
                <w:lang w:val="pl-PL"/>
              </w:rPr>
            </w:pPr>
            <w:r w:rsidRPr="009045FD">
              <w:rPr>
                <w:i/>
                <w:color w:val="333333"/>
                <w:sz w:val="16"/>
                <w:szCs w:val="20"/>
                <w:lang w:val="pl-PL"/>
              </w:rPr>
              <w:t>Fair play, role, komunikacja, emocje, empatia, włączenie i odpowiedzialność za grupę.</w:t>
            </w:r>
            <w:r w:rsidRPr="009045FD">
              <w:rPr>
                <w:b/>
                <w:color w:val="4B4B4B"/>
                <w:sz w:val="12"/>
                <w:lang w:val="pl-PL"/>
              </w:rPr>
              <w:t xml:space="preserve">  </w:t>
            </w:r>
            <w:proofErr w:type="gramStart"/>
            <w:r w:rsidRPr="009045FD">
              <w:rPr>
                <w:b/>
                <w:color w:val="4B4B4B"/>
                <w:sz w:val="12"/>
                <w:lang w:val="pl-PL"/>
              </w:rPr>
              <w:t>|  PODSTAWA</w:t>
            </w:r>
            <w:proofErr w:type="gramEnd"/>
            <w:r w:rsidRPr="009045FD">
              <w:rPr>
                <w:b/>
                <w:color w:val="4B4B4B"/>
                <w:sz w:val="12"/>
                <w:lang w:val="pl-PL"/>
              </w:rPr>
              <w:t xml:space="preserve">: </w:t>
            </w:r>
            <w:r w:rsidRPr="009045FD">
              <w:rPr>
                <w:i/>
                <w:color w:val="4B4B4B"/>
                <w:sz w:val="12"/>
                <w:lang w:val="pl-PL"/>
              </w:rPr>
              <w:t>PP 2017/2025, WF kl. VII–VIII, IX.1–16.</w:t>
            </w:r>
          </w:p>
        </w:tc>
      </w:tr>
    </w:tbl>
    <w:p w14:paraId="7E23F10A" w14:textId="77777777" w:rsidR="00F27F33" w:rsidRPr="009045FD" w:rsidRDefault="00F27F33">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F27F33" w:rsidRPr="009045FD" w14:paraId="0DDAE41B"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3E31A53" w14:textId="77777777" w:rsidR="00F27F33" w:rsidRPr="009045FD" w:rsidRDefault="00000000">
            <w:pPr>
              <w:spacing w:after="40"/>
              <w:rPr>
                <w:sz w:val="18"/>
                <w:szCs w:val="20"/>
                <w:lang w:val="pl-PL"/>
              </w:rPr>
            </w:pPr>
            <w:r w:rsidRPr="009045FD">
              <w:rPr>
                <w:b/>
                <w:color w:val="000000"/>
                <w:sz w:val="14"/>
                <w:szCs w:val="20"/>
                <w:lang w:val="pl-PL"/>
              </w:rPr>
              <w:t>ZAKRES WYMAGANIA</w:t>
            </w:r>
          </w:p>
          <w:p w14:paraId="7A75A835"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rozumie ideę olimpizmu i stosuje zasadę fair play</w:t>
            </w:r>
          </w:p>
          <w:p w14:paraId="0EC2F317"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okazuje szacunek przeciwnikowi, sędziemu i współuczestnikom</w:t>
            </w:r>
          </w:p>
          <w:p w14:paraId="67F47A51"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współdziała i skutecznie komunikuje się w grupie</w:t>
            </w:r>
          </w:p>
          <w:p w14:paraId="290561C6"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pełni rolę zawodnika, organizatora, sędziego lub kibica</w:t>
            </w:r>
          </w:p>
          <w:p w14:paraId="4E84B56E"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rozpoznaje emocje związane z wygraną, przegraną i błędem</w:t>
            </w:r>
          </w:p>
          <w:p w14:paraId="54312842"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wspiera osoby o różnej sprawności i przeciwdziała wykluczeniu</w:t>
            </w:r>
          </w:p>
          <w:p w14:paraId="7CE24A02"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rozwiązuje nieporozumienia bez przemocy, z empatią i asertywnością</w:t>
            </w:r>
          </w:p>
          <w:p w14:paraId="103E2D5C"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wzmacnia poczucie własnej wartości i pozytywny obraz siebie</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3C5ED500" w14:textId="77777777" w:rsidR="00F27F33" w:rsidRPr="009045FD" w:rsidRDefault="00000000">
            <w:pPr>
              <w:spacing w:after="40"/>
              <w:rPr>
                <w:sz w:val="18"/>
                <w:szCs w:val="20"/>
                <w:lang w:val="pl-PL"/>
              </w:rPr>
            </w:pPr>
            <w:r w:rsidRPr="009045FD">
              <w:rPr>
                <w:b/>
                <w:color w:val="000000"/>
                <w:sz w:val="14"/>
                <w:szCs w:val="20"/>
                <w:lang w:val="pl-PL"/>
              </w:rPr>
              <w:t>KRYTERIA SUKCESU</w:t>
            </w:r>
          </w:p>
          <w:p w14:paraId="1D1E2BC8"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respektuje zasady i decyzje sędziego</w:t>
            </w:r>
          </w:p>
          <w:p w14:paraId="298255C6"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komunikuje się bez obrażania i obwiniania innych</w:t>
            </w:r>
          </w:p>
          <w:p w14:paraId="082156AA"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przyjmuje odpowiedzialność za własną rolę i działanie zespołu</w:t>
            </w:r>
          </w:p>
          <w:p w14:paraId="0206610C"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wspiera udział każdego ucznia, także osoby o niższej sprawności</w:t>
            </w:r>
          </w:p>
          <w:p w14:paraId="49C5C00F"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nazywa emocje i rozwiązuje prosty konflikt w sposób konstruktywny</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265C9DB" w14:textId="77777777" w:rsidR="00F27F33" w:rsidRPr="009045FD" w:rsidRDefault="00000000">
            <w:pPr>
              <w:spacing w:after="40"/>
              <w:rPr>
                <w:sz w:val="18"/>
                <w:szCs w:val="20"/>
                <w:lang w:val="pl-PL"/>
              </w:rPr>
            </w:pPr>
            <w:r w:rsidRPr="009045FD">
              <w:rPr>
                <w:b/>
                <w:color w:val="000000"/>
                <w:sz w:val="14"/>
                <w:szCs w:val="20"/>
                <w:lang w:val="pl-PL"/>
              </w:rPr>
              <w:t>MOŻLIWE DOWODY OSIĄGNIĘCIA UMIEJĘTNOŚCI</w:t>
            </w:r>
          </w:p>
          <w:p w14:paraId="55FDAF33" w14:textId="77777777" w:rsidR="00F27F33" w:rsidRPr="009045FD" w:rsidRDefault="00000000">
            <w:pPr>
              <w:spacing w:after="30"/>
              <w:rPr>
                <w:sz w:val="18"/>
                <w:szCs w:val="20"/>
                <w:lang w:val="pl-PL"/>
              </w:rPr>
            </w:pPr>
            <w:r w:rsidRPr="009045FD">
              <w:rPr>
                <w:i/>
                <w:color w:val="333333"/>
                <w:sz w:val="12"/>
                <w:szCs w:val="20"/>
                <w:lang w:val="pl-PL"/>
              </w:rPr>
              <w:t>Uczeń może pokazać tę umiejętność między innymi poprzez:</w:t>
            </w:r>
          </w:p>
          <w:p w14:paraId="00370CCD"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Obserwacja: gra, ćwiczenie w parze, praca zespołu lub organizacja aktywności</w:t>
            </w:r>
          </w:p>
          <w:p w14:paraId="5AF2BCB5"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Rola: zawodnik, kapitan, sędzia, organizator, obserwator lub kibic</w:t>
            </w:r>
          </w:p>
          <w:p w14:paraId="2D3E5A5A"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Sytuacja społeczna: ustalenie zasad, rozwiązanie sporu lub włączenie uczestnika</w:t>
            </w:r>
          </w:p>
          <w:p w14:paraId="4C1CF474" w14:textId="77777777" w:rsidR="00F27F33" w:rsidRPr="009045FD" w:rsidRDefault="00000000">
            <w:pPr>
              <w:pStyle w:val="Listapunktowana"/>
              <w:spacing w:after="22" w:line="245" w:lineRule="auto"/>
              <w:ind w:left="158" w:hanging="130"/>
              <w:rPr>
                <w:sz w:val="18"/>
                <w:szCs w:val="20"/>
                <w:lang w:val="pl-PL"/>
              </w:rPr>
            </w:pPr>
            <w:r w:rsidRPr="009045FD">
              <w:rPr>
                <w:color w:val="000000"/>
                <w:sz w:val="12"/>
                <w:szCs w:val="20"/>
                <w:lang w:val="pl-PL"/>
              </w:rPr>
              <w:t>Refleksja: samoocena współpracy, informacja koleżeńska lub omówienie emocji</w:t>
            </w:r>
          </w:p>
        </w:tc>
      </w:tr>
    </w:tbl>
    <w:p w14:paraId="216D8ABF" w14:textId="77777777" w:rsidR="00F27F33" w:rsidRPr="009045FD" w:rsidRDefault="00F27F33">
      <w:pPr>
        <w:rPr>
          <w:sz w:val="18"/>
          <w:szCs w:val="20"/>
          <w:lang w:val="pl-PL"/>
        </w:rPr>
      </w:pPr>
    </w:p>
    <w:p w14:paraId="027077F0" w14:textId="77777777" w:rsidR="00F27F33" w:rsidRPr="009045FD" w:rsidRDefault="00000000">
      <w:pPr>
        <w:spacing w:before="40" w:after="40"/>
        <w:rPr>
          <w:sz w:val="18"/>
          <w:szCs w:val="20"/>
          <w:lang w:val="pl-PL"/>
        </w:rPr>
      </w:pPr>
      <w:r w:rsidRPr="009045FD">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F27F33" w:rsidRPr="009045FD" w14:paraId="0CBFC843"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FB5EEA8" w14:textId="77777777" w:rsidR="00F27F33" w:rsidRPr="009045FD" w:rsidRDefault="00000000">
            <w:pPr>
              <w:jc w:val="center"/>
              <w:rPr>
                <w:sz w:val="18"/>
                <w:szCs w:val="20"/>
                <w:lang w:val="pl-PL"/>
              </w:rPr>
            </w:pPr>
            <w:r w:rsidRPr="009045FD">
              <w:rPr>
                <w:b/>
                <w:color w:val="000000"/>
                <w:sz w:val="24"/>
                <w:szCs w:val="20"/>
                <w:lang w:val="pl-PL"/>
              </w:rPr>
              <w:t>2</w:t>
            </w:r>
          </w:p>
          <w:p w14:paraId="71916CE9" w14:textId="77777777" w:rsidR="00F27F33" w:rsidRPr="009045FD" w:rsidRDefault="00000000">
            <w:pPr>
              <w:spacing w:line="216" w:lineRule="auto"/>
              <w:jc w:val="center"/>
              <w:rPr>
                <w:sz w:val="18"/>
                <w:szCs w:val="20"/>
                <w:lang w:val="pl-PL"/>
              </w:rPr>
            </w:pPr>
            <w:r w:rsidRPr="009045FD">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30C1B3B" w14:textId="77777777" w:rsidR="00F27F33" w:rsidRPr="009045FD" w:rsidRDefault="00000000">
            <w:pPr>
              <w:jc w:val="center"/>
              <w:rPr>
                <w:sz w:val="18"/>
                <w:szCs w:val="20"/>
                <w:lang w:val="pl-PL"/>
              </w:rPr>
            </w:pPr>
            <w:r w:rsidRPr="009045FD">
              <w:rPr>
                <w:b/>
                <w:color w:val="000000"/>
                <w:sz w:val="24"/>
                <w:szCs w:val="20"/>
                <w:lang w:val="pl-PL"/>
              </w:rPr>
              <w:t>3</w:t>
            </w:r>
          </w:p>
          <w:p w14:paraId="327D988D" w14:textId="77777777" w:rsidR="00F27F33" w:rsidRPr="009045FD" w:rsidRDefault="00000000">
            <w:pPr>
              <w:spacing w:line="216" w:lineRule="auto"/>
              <w:jc w:val="center"/>
              <w:rPr>
                <w:sz w:val="18"/>
                <w:szCs w:val="20"/>
                <w:lang w:val="pl-PL"/>
              </w:rPr>
            </w:pPr>
            <w:r w:rsidRPr="009045FD">
              <w:rPr>
                <w:b/>
                <w:color w:val="000000"/>
                <w:sz w:val="11"/>
                <w:szCs w:val="20"/>
                <w:lang w:val="pl-PL"/>
              </w:rPr>
              <w:t>SAMODZIELNIE</w:t>
            </w:r>
            <w:r w:rsidRPr="009045FD">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7522547" w14:textId="77777777" w:rsidR="00F27F33" w:rsidRPr="009045FD" w:rsidRDefault="00000000">
            <w:pPr>
              <w:jc w:val="center"/>
              <w:rPr>
                <w:sz w:val="18"/>
                <w:szCs w:val="20"/>
                <w:lang w:val="pl-PL"/>
              </w:rPr>
            </w:pPr>
            <w:r w:rsidRPr="009045FD">
              <w:rPr>
                <w:b/>
                <w:color w:val="000000"/>
                <w:sz w:val="24"/>
                <w:szCs w:val="20"/>
                <w:lang w:val="pl-PL"/>
              </w:rPr>
              <w:t>4</w:t>
            </w:r>
          </w:p>
          <w:p w14:paraId="456CD648" w14:textId="77777777" w:rsidR="00F27F33" w:rsidRPr="009045FD" w:rsidRDefault="00000000">
            <w:pPr>
              <w:spacing w:line="216" w:lineRule="auto"/>
              <w:jc w:val="center"/>
              <w:rPr>
                <w:sz w:val="18"/>
                <w:szCs w:val="20"/>
                <w:lang w:val="pl-PL"/>
              </w:rPr>
            </w:pPr>
            <w:r w:rsidRPr="009045FD">
              <w:rPr>
                <w:b/>
                <w:color w:val="000000"/>
                <w:sz w:val="11"/>
                <w:szCs w:val="20"/>
                <w:lang w:val="pl-PL"/>
              </w:rPr>
              <w:t>POPRAWNIE</w:t>
            </w:r>
            <w:r w:rsidRPr="009045FD">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B65588D" w14:textId="77777777" w:rsidR="00F27F33" w:rsidRPr="009045FD" w:rsidRDefault="00000000">
            <w:pPr>
              <w:jc w:val="center"/>
              <w:rPr>
                <w:sz w:val="18"/>
                <w:szCs w:val="20"/>
                <w:lang w:val="pl-PL"/>
              </w:rPr>
            </w:pPr>
            <w:r w:rsidRPr="009045FD">
              <w:rPr>
                <w:b/>
                <w:color w:val="000000"/>
                <w:sz w:val="24"/>
                <w:szCs w:val="20"/>
                <w:lang w:val="pl-PL"/>
              </w:rPr>
              <w:t>5</w:t>
            </w:r>
          </w:p>
          <w:p w14:paraId="7A03159A" w14:textId="77777777" w:rsidR="00F27F33" w:rsidRPr="009045FD" w:rsidRDefault="00000000">
            <w:pPr>
              <w:spacing w:line="216" w:lineRule="auto"/>
              <w:jc w:val="center"/>
              <w:rPr>
                <w:sz w:val="18"/>
                <w:szCs w:val="20"/>
                <w:lang w:val="pl-PL"/>
              </w:rPr>
            </w:pPr>
            <w:r w:rsidRPr="009045FD">
              <w:rPr>
                <w:b/>
                <w:color w:val="000000"/>
                <w:sz w:val="11"/>
                <w:szCs w:val="20"/>
                <w:lang w:val="pl-PL"/>
              </w:rPr>
              <w:t>SPRAWNIE, SAMODZIELNIE</w:t>
            </w:r>
            <w:r w:rsidRPr="009045FD">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360A2DD" w14:textId="77777777" w:rsidR="00F27F33" w:rsidRPr="009045FD" w:rsidRDefault="00000000">
            <w:pPr>
              <w:jc w:val="center"/>
              <w:rPr>
                <w:sz w:val="18"/>
                <w:szCs w:val="20"/>
                <w:lang w:val="pl-PL"/>
              </w:rPr>
            </w:pPr>
            <w:r w:rsidRPr="009045FD">
              <w:rPr>
                <w:b/>
                <w:color w:val="000000"/>
                <w:sz w:val="24"/>
                <w:szCs w:val="20"/>
                <w:lang w:val="pl-PL"/>
              </w:rPr>
              <w:t>6</w:t>
            </w:r>
          </w:p>
          <w:p w14:paraId="0D54E41C" w14:textId="77777777" w:rsidR="00F27F33" w:rsidRPr="009045FD" w:rsidRDefault="00000000">
            <w:pPr>
              <w:spacing w:line="216" w:lineRule="auto"/>
              <w:jc w:val="center"/>
              <w:rPr>
                <w:sz w:val="18"/>
                <w:szCs w:val="20"/>
                <w:lang w:val="pl-PL"/>
              </w:rPr>
            </w:pPr>
            <w:r w:rsidRPr="009045FD">
              <w:rPr>
                <w:b/>
                <w:color w:val="000000"/>
                <w:sz w:val="11"/>
                <w:szCs w:val="20"/>
                <w:lang w:val="pl-PL"/>
              </w:rPr>
              <w:t>TWÓRCZO</w:t>
            </w:r>
            <w:r w:rsidRPr="009045FD">
              <w:rPr>
                <w:b/>
                <w:color w:val="000000"/>
                <w:sz w:val="11"/>
                <w:szCs w:val="20"/>
                <w:lang w:val="pl-PL"/>
              </w:rPr>
              <w:br/>
              <w:t>I ODPOWIEDZIALNIE</w:t>
            </w:r>
          </w:p>
        </w:tc>
      </w:tr>
      <w:tr w:rsidR="00F27F33" w:rsidRPr="009045FD" w14:paraId="4BC4C051"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4726DC2"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z pomocą realizuje rolę i przywraca właściwe zachowanie po wskazaniu</w:t>
            </w:r>
          </w:p>
          <w:p w14:paraId="24E986E4"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stosuje podstawowe zasady fair play</w:t>
            </w:r>
          </w:p>
          <w:p w14:paraId="2DE8A362"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nie wyklucza innych uczestników</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0D0B62D"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samodzielnie pełni rolę i komunikuje się kulturalnie</w:t>
            </w:r>
          </w:p>
          <w:p w14:paraId="71E9B270"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respektuje przepisy i decyzje</w:t>
            </w:r>
          </w:p>
          <w:p w14:paraId="2D6F6794"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wspiera współpracę w typowej sytuacji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5E55A08"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skutecznie łączy role zawodnika, sędziego i organizatora</w:t>
            </w:r>
          </w:p>
          <w:p w14:paraId="6ABBA066"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rozwiązuje konflikt i przeciwdziała wykluczeniu</w:t>
            </w:r>
          </w:p>
          <w:p w14:paraId="3B054B70"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udziela rzeczowej informacji zwrotnej</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52BCE1E"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zarządza emocjami i komunikacją w złożonej sytuacji</w:t>
            </w:r>
          </w:p>
          <w:p w14:paraId="0C8F4B37"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uzasadnia decyzje organizacyjne i społeczne</w:t>
            </w:r>
          </w:p>
          <w:p w14:paraId="7045292F"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wspiera osoby o zróżnicowanych potrzebach</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849F6B9"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tworzy włączające zasady aktywności</w:t>
            </w:r>
          </w:p>
          <w:p w14:paraId="388ADA6B"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inicjuje działania promujące fair play</w:t>
            </w:r>
          </w:p>
          <w:p w14:paraId="41EA1216" w14:textId="77777777" w:rsidR="00F27F33" w:rsidRPr="009045FD" w:rsidRDefault="00000000">
            <w:pPr>
              <w:pStyle w:val="Listapunktowana"/>
              <w:spacing w:after="36" w:line="245" w:lineRule="auto"/>
              <w:ind w:left="158" w:hanging="130"/>
              <w:rPr>
                <w:sz w:val="18"/>
                <w:szCs w:val="20"/>
                <w:lang w:val="pl-PL"/>
              </w:rPr>
            </w:pPr>
            <w:r w:rsidRPr="009045FD">
              <w:rPr>
                <w:color w:val="000000"/>
                <w:sz w:val="12"/>
                <w:szCs w:val="20"/>
                <w:lang w:val="pl-PL"/>
              </w:rPr>
              <w:t>ocenia efekt społeczny i przenosi rozwiązania poza sport</w:t>
            </w:r>
          </w:p>
        </w:tc>
      </w:tr>
    </w:tbl>
    <w:p w14:paraId="5612B399" w14:textId="77777777" w:rsidR="00F27F33" w:rsidRPr="009045FD" w:rsidRDefault="00000000">
      <w:pPr>
        <w:spacing w:before="50"/>
        <w:rPr>
          <w:sz w:val="18"/>
          <w:szCs w:val="20"/>
          <w:lang w:val="pl-PL"/>
        </w:rPr>
      </w:pPr>
      <w:r w:rsidRPr="009045FD">
        <w:rPr>
          <w:b/>
          <w:color w:val="000000"/>
          <w:sz w:val="13"/>
          <w:szCs w:val="20"/>
          <w:lang w:val="pl-PL"/>
        </w:rPr>
        <w:t xml:space="preserve">Ważne: </w:t>
      </w:r>
      <w:r w:rsidRPr="009045FD">
        <w:rPr>
          <w:color w:val="000000"/>
          <w:sz w:val="13"/>
          <w:szCs w:val="20"/>
          <w:lang w:val="pl-PL"/>
        </w:rPr>
        <w:t>Kompetencje społeczne ocenia się w związku z aktywnością i wymaganiami przedmiotowymi, nie jako ogólną ocenę zachowania.</w:t>
      </w:r>
    </w:p>
    <w:p w14:paraId="2680DC0F" w14:textId="77777777" w:rsidR="00F27F33" w:rsidRPr="009045FD" w:rsidRDefault="00000000">
      <w:pPr>
        <w:rPr>
          <w:sz w:val="18"/>
          <w:szCs w:val="20"/>
          <w:lang w:val="pl-PL"/>
        </w:rPr>
      </w:pPr>
      <w:r w:rsidRPr="009045FD">
        <w:rPr>
          <w:sz w:val="18"/>
          <w:szCs w:val="20"/>
          <w:lang w:val="pl-PL"/>
        </w:rPr>
        <w:br w:type="page"/>
      </w:r>
      <w:r w:rsidR="007F2A5F" w:rsidRPr="009045FD">
        <w:rPr>
          <w:sz w:val="18"/>
          <w:szCs w:val="20"/>
          <w:lang w:val="pl-PL"/>
        </w:rPr>
        <w:lastRenderedPageBreak/>
        <w:t xml:space="preserve">                          </w:t>
      </w:r>
    </w:p>
    <w:p w14:paraId="3886FF5F" w14:textId="77777777" w:rsidR="00902A61" w:rsidRPr="009045FD" w:rsidRDefault="00000000">
      <w:pPr>
        <w:spacing w:after="80"/>
        <w:rPr>
          <w:lang w:val="pl-PL"/>
        </w:rPr>
      </w:pPr>
      <w:r w:rsidRPr="009045FD">
        <w:rPr>
          <w:b/>
          <w:sz w:val="34"/>
          <w:lang w:val="pl-PL"/>
        </w:rPr>
        <w:t>MOŻLIWE DOŚWIADCZENIA EDUKACYJNE</w:t>
      </w:r>
    </w:p>
    <w:p w14:paraId="2DFFA3C6" w14:textId="77777777" w:rsidR="00902A61" w:rsidRPr="009045FD" w:rsidRDefault="00000000">
      <w:pPr>
        <w:spacing w:after="100"/>
        <w:rPr>
          <w:lang w:val="pl-PL"/>
        </w:rPr>
      </w:pPr>
      <w:r w:rsidRPr="009045FD">
        <w:rPr>
          <w:sz w:val="18"/>
          <w:lang w:val="pl-PL"/>
        </w:rPr>
        <w:t>Podstawa programowa obowiązująca w klasach V–VIII wskazuje, że poniższe doświadczenia edukacyjne mogą być realizowane. Nie podlegają testowej ocenie sprawności fizycznej ani formalnej klasyfikacji. Mogą jednak dostarczać dowodów osiągnięcia wymagań szczegółowych, jeżeli oceniane są konkretne umiejętności ujawnione w działaniu.</w:t>
      </w:r>
    </w:p>
    <w:tbl>
      <w:tblPr>
        <w:tblStyle w:val="Tabela-Siatka"/>
        <w:tblW w:w="0" w:type="auto"/>
        <w:jc w:val="center"/>
        <w:tblLayout w:type="fixed"/>
        <w:tblLook w:val="04A0" w:firstRow="1" w:lastRow="0" w:firstColumn="1" w:lastColumn="0" w:noHBand="0" w:noVBand="1"/>
      </w:tblPr>
      <w:tblGrid>
        <w:gridCol w:w="4680"/>
        <w:gridCol w:w="4680"/>
        <w:gridCol w:w="6120"/>
      </w:tblGrid>
      <w:tr w:rsidR="00902A61" w:rsidRPr="009045FD" w14:paraId="64FB8CE7" w14:textId="77777777">
        <w:trPr>
          <w:tblHeader/>
          <w:jc w:val="center"/>
        </w:trPr>
        <w:tc>
          <w:tcPr>
            <w:tcW w:w="4680" w:type="dxa"/>
            <w:shd w:val="clear" w:color="auto" w:fill="D9D9D9"/>
            <w:tcMar>
              <w:top w:w="90" w:type="dxa"/>
              <w:left w:w="110" w:type="dxa"/>
              <w:bottom w:w="90" w:type="dxa"/>
              <w:right w:w="110" w:type="dxa"/>
            </w:tcMar>
            <w:vAlign w:val="center"/>
          </w:tcPr>
          <w:p w14:paraId="433AA89D" w14:textId="77777777" w:rsidR="00902A61" w:rsidRPr="009045FD" w:rsidRDefault="00000000">
            <w:pPr>
              <w:jc w:val="center"/>
              <w:rPr>
                <w:lang w:val="pl-PL"/>
              </w:rPr>
            </w:pPr>
            <w:r w:rsidRPr="009045FD">
              <w:rPr>
                <w:b/>
                <w:sz w:val="16"/>
                <w:lang w:val="pl-PL"/>
              </w:rPr>
              <w:t>FORMA DOŚWIADCZENIA</w:t>
            </w:r>
          </w:p>
        </w:tc>
        <w:tc>
          <w:tcPr>
            <w:tcW w:w="4680" w:type="dxa"/>
            <w:shd w:val="clear" w:color="auto" w:fill="D9D9D9"/>
            <w:tcMar>
              <w:top w:w="90" w:type="dxa"/>
              <w:left w:w="110" w:type="dxa"/>
              <w:bottom w:w="90" w:type="dxa"/>
              <w:right w:w="110" w:type="dxa"/>
            </w:tcMar>
            <w:vAlign w:val="center"/>
          </w:tcPr>
          <w:p w14:paraId="3C636607" w14:textId="77777777" w:rsidR="00902A61" w:rsidRPr="009045FD" w:rsidRDefault="00000000">
            <w:pPr>
              <w:jc w:val="center"/>
              <w:rPr>
                <w:lang w:val="pl-PL"/>
              </w:rPr>
            </w:pPr>
            <w:r w:rsidRPr="009045FD">
              <w:rPr>
                <w:b/>
                <w:sz w:val="16"/>
                <w:lang w:val="pl-PL"/>
              </w:rPr>
              <w:t>STATUS / CZĘSTOTLIWOŚĆ WSKAZANA W PODSTAWIE</w:t>
            </w:r>
          </w:p>
        </w:tc>
        <w:tc>
          <w:tcPr>
            <w:tcW w:w="6120" w:type="dxa"/>
            <w:shd w:val="clear" w:color="auto" w:fill="D9D9D9"/>
            <w:tcMar>
              <w:top w:w="90" w:type="dxa"/>
              <w:left w:w="110" w:type="dxa"/>
              <w:bottom w:w="90" w:type="dxa"/>
              <w:right w:w="110" w:type="dxa"/>
            </w:tcMar>
            <w:vAlign w:val="center"/>
          </w:tcPr>
          <w:p w14:paraId="4C4DEFF6" w14:textId="77777777" w:rsidR="00902A61" w:rsidRPr="009045FD" w:rsidRDefault="00000000">
            <w:pPr>
              <w:jc w:val="center"/>
              <w:rPr>
                <w:lang w:val="pl-PL"/>
              </w:rPr>
            </w:pPr>
            <w:r w:rsidRPr="009045FD">
              <w:rPr>
                <w:b/>
                <w:sz w:val="16"/>
                <w:lang w:val="pl-PL"/>
              </w:rPr>
              <w:t>PRZYKŁADOWE DOWODY</w:t>
            </w:r>
          </w:p>
        </w:tc>
      </w:tr>
      <w:tr w:rsidR="00902A61" w:rsidRPr="009045FD" w14:paraId="0E09C041" w14:textId="77777777">
        <w:trPr>
          <w:jc w:val="center"/>
        </w:trPr>
        <w:tc>
          <w:tcPr>
            <w:tcW w:w="4680" w:type="dxa"/>
            <w:tcMar>
              <w:top w:w="95" w:type="dxa"/>
              <w:left w:w="110" w:type="dxa"/>
              <w:bottom w:w="95" w:type="dxa"/>
              <w:right w:w="110" w:type="dxa"/>
            </w:tcMar>
            <w:vAlign w:val="center"/>
          </w:tcPr>
          <w:p w14:paraId="21596046" w14:textId="77777777" w:rsidR="00902A61" w:rsidRPr="009045FD" w:rsidRDefault="00000000">
            <w:pPr>
              <w:rPr>
                <w:lang w:val="pl-PL"/>
              </w:rPr>
            </w:pPr>
            <w:r w:rsidRPr="009045FD">
              <w:rPr>
                <w:b/>
                <w:sz w:val="16"/>
                <w:lang w:val="pl-PL"/>
              </w:rPr>
              <w:t>Współorganizowanie wydarzenia związanego z aktywnością fizyczną</w:t>
            </w:r>
          </w:p>
        </w:tc>
        <w:tc>
          <w:tcPr>
            <w:tcW w:w="4680" w:type="dxa"/>
            <w:tcMar>
              <w:top w:w="95" w:type="dxa"/>
              <w:left w:w="110" w:type="dxa"/>
              <w:bottom w:w="95" w:type="dxa"/>
              <w:right w:w="110" w:type="dxa"/>
            </w:tcMar>
            <w:vAlign w:val="center"/>
          </w:tcPr>
          <w:p w14:paraId="7CCF158C" w14:textId="77777777" w:rsidR="00902A61" w:rsidRPr="009045FD" w:rsidRDefault="00000000">
            <w:pPr>
              <w:rPr>
                <w:lang w:val="pl-PL"/>
              </w:rPr>
            </w:pPr>
            <w:r w:rsidRPr="009045FD">
              <w:rPr>
                <w:sz w:val="16"/>
                <w:lang w:val="pl-PL"/>
              </w:rPr>
              <w:t>Może być realizowane; wskazane minimum: co najmniej raz w każdym roku szkolnym.</w:t>
            </w:r>
          </w:p>
        </w:tc>
        <w:tc>
          <w:tcPr>
            <w:tcW w:w="6120" w:type="dxa"/>
            <w:tcMar>
              <w:top w:w="95" w:type="dxa"/>
              <w:left w:w="110" w:type="dxa"/>
              <w:bottom w:w="95" w:type="dxa"/>
              <w:right w:w="110" w:type="dxa"/>
            </w:tcMar>
            <w:vAlign w:val="center"/>
          </w:tcPr>
          <w:p w14:paraId="2F7A9DF0" w14:textId="77777777" w:rsidR="00902A61" w:rsidRPr="009045FD" w:rsidRDefault="00000000">
            <w:pPr>
              <w:rPr>
                <w:lang w:val="pl-PL"/>
              </w:rPr>
            </w:pPr>
            <w:r w:rsidRPr="009045FD">
              <w:rPr>
                <w:sz w:val="16"/>
                <w:lang w:val="pl-PL"/>
              </w:rPr>
              <w:t>Plan wydarzenia, realizacja roli, przygotowany materiał, refleksja po działaniu.</w:t>
            </w:r>
          </w:p>
        </w:tc>
      </w:tr>
      <w:tr w:rsidR="00902A61" w:rsidRPr="009045FD" w14:paraId="1156B87B" w14:textId="77777777">
        <w:trPr>
          <w:jc w:val="center"/>
        </w:trPr>
        <w:tc>
          <w:tcPr>
            <w:tcW w:w="4680" w:type="dxa"/>
            <w:tcMar>
              <w:top w:w="95" w:type="dxa"/>
              <w:left w:w="110" w:type="dxa"/>
              <w:bottom w:w="95" w:type="dxa"/>
              <w:right w:w="110" w:type="dxa"/>
            </w:tcMar>
            <w:vAlign w:val="center"/>
          </w:tcPr>
          <w:p w14:paraId="27213CB4" w14:textId="77777777" w:rsidR="00902A61" w:rsidRPr="009045FD" w:rsidRDefault="00000000">
            <w:pPr>
              <w:rPr>
                <w:lang w:val="pl-PL"/>
              </w:rPr>
            </w:pPr>
            <w:r w:rsidRPr="009045FD">
              <w:rPr>
                <w:b/>
                <w:sz w:val="16"/>
                <w:lang w:val="pl-PL"/>
              </w:rPr>
              <w:t>Samodzielne zaplanowanie i przeprowadzenie ćwiczeń</w:t>
            </w:r>
          </w:p>
        </w:tc>
        <w:tc>
          <w:tcPr>
            <w:tcW w:w="4680" w:type="dxa"/>
            <w:tcMar>
              <w:top w:w="95" w:type="dxa"/>
              <w:left w:w="110" w:type="dxa"/>
              <w:bottom w:w="95" w:type="dxa"/>
              <w:right w:w="110" w:type="dxa"/>
            </w:tcMar>
            <w:vAlign w:val="center"/>
          </w:tcPr>
          <w:p w14:paraId="41229CFB" w14:textId="77777777" w:rsidR="00902A61" w:rsidRPr="009045FD" w:rsidRDefault="00000000">
            <w:pPr>
              <w:rPr>
                <w:lang w:val="pl-PL"/>
              </w:rPr>
            </w:pPr>
            <w:r w:rsidRPr="009045FD">
              <w:rPr>
                <w:sz w:val="16"/>
                <w:lang w:val="pl-PL"/>
              </w:rPr>
              <w:t>Może być realizowane; wskazane minimum: co najmniej dwa razy w każdym roku szkolnym.</w:t>
            </w:r>
          </w:p>
        </w:tc>
        <w:tc>
          <w:tcPr>
            <w:tcW w:w="6120" w:type="dxa"/>
            <w:tcMar>
              <w:top w:w="95" w:type="dxa"/>
              <w:left w:w="110" w:type="dxa"/>
              <w:bottom w:w="95" w:type="dxa"/>
              <w:right w:w="110" w:type="dxa"/>
            </w:tcMar>
            <w:vAlign w:val="center"/>
          </w:tcPr>
          <w:p w14:paraId="67ED2FFC" w14:textId="77777777" w:rsidR="00902A61" w:rsidRPr="009045FD" w:rsidRDefault="00000000">
            <w:pPr>
              <w:rPr>
                <w:lang w:val="pl-PL"/>
              </w:rPr>
            </w:pPr>
            <w:r w:rsidRPr="009045FD">
              <w:rPr>
                <w:sz w:val="16"/>
                <w:lang w:val="pl-PL"/>
              </w:rPr>
              <w:t>Plan rozgrzewki, zestawu lub gry, obserwacja realizacji, samoocena i modyfikacja.</w:t>
            </w:r>
          </w:p>
        </w:tc>
      </w:tr>
      <w:tr w:rsidR="00902A61" w:rsidRPr="009045FD" w14:paraId="7ACD005F" w14:textId="77777777">
        <w:trPr>
          <w:jc w:val="center"/>
        </w:trPr>
        <w:tc>
          <w:tcPr>
            <w:tcW w:w="4680" w:type="dxa"/>
            <w:tcMar>
              <w:top w:w="95" w:type="dxa"/>
              <w:left w:w="110" w:type="dxa"/>
              <w:bottom w:w="95" w:type="dxa"/>
              <w:right w:w="110" w:type="dxa"/>
            </w:tcMar>
            <w:vAlign w:val="center"/>
          </w:tcPr>
          <w:p w14:paraId="46F009AB" w14:textId="77777777" w:rsidR="00902A61" w:rsidRPr="009045FD" w:rsidRDefault="00000000">
            <w:pPr>
              <w:rPr>
                <w:lang w:val="pl-PL"/>
              </w:rPr>
            </w:pPr>
            <w:r w:rsidRPr="009045FD">
              <w:rPr>
                <w:b/>
                <w:sz w:val="16"/>
                <w:lang w:val="pl-PL"/>
              </w:rPr>
              <w:t>Dokumentowanie własnej aktywności fizycznej</w:t>
            </w:r>
          </w:p>
        </w:tc>
        <w:tc>
          <w:tcPr>
            <w:tcW w:w="4680" w:type="dxa"/>
            <w:tcMar>
              <w:top w:w="95" w:type="dxa"/>
              <w:left w:w="110" w:type="dxa"/>
              <w:bottom w:w="95" w:type="dxa"/>
              <w:right w:w="110" w:type="dxa"/>
            </w:tcMar>
            <w:vAlign w:val="center"/>
          </w:tcPr>
          <w:p w14:paraId="01AFCDCD" w14:textId="77777777" w:rsidR="00902A61" w:rsidRPr="009045FD" w:rsidRDefault="00000000">
            <w:pPr>
              <w:rPr>
                <w:lang w:val="pl-PL"/>
              </w:rPr>
            </w:pPr>
            <w:r w:rsidRPr="009045FD">
              <w:rPr>
                <w:sz w:val="16"/>
                <w:lang w:val="pl-PL"/>
              </w:rPr>
              <w:t>Może być realizowane; podstawa nie określa minimalnej częstotliwości.</w:t>
            </w:r>
          </w:p>
        </w:tc>
        <w:tc>
          <w:tcPr>
            <w:tcW w:w="6120" w:type="dxa"/>
            <w:tcMar>
              <w:top w:w="95" w:type="dxa"/>
              <w:left w:w="110" w:type="dxa"/>
              <w:bottom w:w="95" w:type="dxa"/>
              <w:right w:w="110" w:type="dxa"/>
            </w:tcMar>
            <w:vAlign w:val="center"/>
          </w:tcPr>
          <w:p w14:paraId="5076DB6F" w14:textId="77777777" w:rsidR="00902A61" w:rsidRPr="009045FD" w:rsidRDefault="00000000">
            <w:pPr>
              <w:rPr>
                <w:lang w:val="pl-PL"/>
              </w:rPr>
            </w:pPr>
            <w:r w:rsidRPr="009045FD">
              <w:rPr>
                <w:sz w:val="16"/>
                <w:lang w:val="pl-PL"/>
              </w:rPr>
              <w:t>Dziennik, tabela, wykres, analiza własnych danych i realistyczny kolejny krok.</w:t>
            </w:r>
          </w:p>
        </w:tc>
      </w:tr>
      <w:tr w:rsidR="00902A61" w:rsidRPr="009045FD" w14:paraId="73C9C4FD" w14:textId="77777777">
        <w:trPr>
          <w:jc w:val="center"/>
        </w:trPr>
        <w:tc>
          <w:tcPr>
            <w:tcW w:w="4680" w:type="dxa"/>
            <w:tcMar>
              <w:top w:w="95" w:type="dxa"/>
              <w:left w:w="110" w:type="dxa"/>
              <w:bottom w:w="95" w:type="dxa"/>
              <w:right w:w="110" w:type="dxa"/>
            </w:tcMar>
            <w:vAlign w:val="center"/>
          </w:tcPr>
          <w:p w14:paraId="2594458F" w14:textId="77777777" w:rsidR="00902A61" w:rsidRPr="009045FD" w:rsidRDefault="00000000">
            <w:pPr>
              <w:rPr>
                <w:lang w:val="pl-PL"/>
              </w:rPr>
            </w:pPr>
            <w:r w:rsidRPr="009045FD">
              <w:rPr>
                <w:b/>
                <w:sz w:val="16"/>
                <w:lang w:val="pl-PL"/>
              </w:rPr>
              <w:t>Działanie promujące aktywność fizyczną</w:t>
            </w:r>
          </w:p>
        </w:tc>
        <w:tc>
          <w:tcPr>
            <w:tcW w:w="4680" w:type="dxa"/>
            <w:tcMar>
              <w:top w:w="95" w:type="dxa"/>
              <w:left w:w="110" w:type="dxa"/>
              <w:bottom w:w="95" w:type="dxa"/>
              <w:right w:w="110" w:type="dxa"/>
            </w:tcMar>
            <w:vAlign w:val="center"/>
          </w:tcPr>
          <w:p w14:paraId="443D3AF8" w14:textId="77777777" w:rsidR="00902A61" w:rsidRPr="009045FD" w:rsidRDefault="00000000">
            <w:pPr>
              <w:rPr>
                <w:lang w:val="pl-PL"/>
              </w:rPr>
            </w:pPr>
            <w:r w:rsidRPr="009045FD">
              <w:rPr>
                <w:sz w:val="16"/>
                <w:lang w:val="pl-PL"/>
              </w:rPr>
              <w:t>Może być realizowane; podstawa nie określa minimalnej częstotliwości.</w:t>
            </w:r>
          </w:p>
        </w:tc>
        <w:tc>
          <w:tcPr>
            <w:tcW w:w="6120" w:type="dxa"/>
            <w:tcMar>
              <w:top w:w="95" w:type="dxa"/>
              <w:left w:w="110" w:type="dxa"/>
              <w:bottom w:w="95" w:type="dxa"/>
              <w:right w:w="110" w:type="dxa"/>
            </w:tcMar>
            <w:vAlign w:val="center"/>
          </w:tcPr>
          <w:p w14:paraId="7C0C0286" w14:textId="77777777" w:rsidR="00902A61" w:rsidRPr="009045FD" w:rsidRDefault="00000000">
            <w:pPr>
              <w:rPr>
                <w:lang w:val="pl-PL"/>
              </w:rPr>
            </w:pPr>
            <w:r w:rsidRPr="009045FD">
              <w:rPr>
                <w:sz w:val="16"/>
                <w:lang w:val="pl-PL"/>
              </w:rPr>
              <w:t>Plakat, komunikat, plan akcji, realizacja zadania i podsumowanie odbioru działania.</w:t>
            </w:r>
          </w:p>
        </w:tc>
      </w:tr>
      <w:tr w:rsidR="00902A61" w:rsidRPr="009045FD" w14:paraId="5E36D097" w14:textId="77777777">
        <w:trPr>
          <w:jc w:val="center"/>
        </w:trPr>
        <w:tc>
          <w:tcPr>
            <w:tcW w:w="4680" w:type="dxa"/>
            <w:tcMar>
              <w:top w:w="95" w:type="dxa"/>
              <w:left w:w="110" w:type="dxa"/>
              <w:bottom w:w="95" w:type="dxa"/>
              <w:right w:w="110" w:type="dxa"/>
            </w:tcMar>
            <w:vAlign w:val="center"/>
          </w:tcPr>
          <w:p w14:paraId="1E9716EC" w14:textId="77777777" w:rsidR="00902A61" w:rsidRPr="009045FD" w:rsidRDefault="00000000">
            <w:pPr>
              <w:rPr>
                <w:lang w:val="pl-PL"/>
              </w:rPr>
            </w:pPr>
            <w:r w:rsidRPr="009045FD">
              <w:rPr>
                <w:b/>
                <w:sz w:val="16"/>
                <w:lang w:val="pl-PL"/>
              </w:rPr>
              <w:t>Aktywny udział w wydarzeniu sportowym lub rekreacyjnym</w:t>
            </w:r>
          </w:p>
        </w:tc>
        <w:tc>
          <w:tcPr>
            <w:tcW w:w="4680" w:type="dxa"/>
            <w:tcMar>
              <w:top w:w="95" w:type="dxa"/>
              <w:left w:w="110" w:type="dxa"/>
              <w:bottom w:w="95" w:type="dxa"/>
              <w:right w:w="110" w:type="dxa"/>
            </w:tcMar>
            <w:vAlign w:val="center"/>
          </w:tcPr>
          <w:p w14:paraId="25571CB3" w14:textId="77777777" w:rsidR="00902A61" w:rsidRPr="009045FD" w:rsidRDefault="00000000">
            <w:pPr>
              <w:rPr>
                <w:lang w:val="pl-PL"/>
              </w:rPr>
            </w:pPr>
            <w:r w:rsidRPr="009045FD">
              <w:rPr>
                <w:sz w:val="16"/>
                <w:lang w:val="pl-PL"/>
              </w:rPr>
              <w:t>Może być realizowane; wskazane minimum: co najmniej raz w każdym roku szkolnym.</w:t>
            </w:r>
          </w:p>
        </w:tc>
        <w:tc>
          <w:tcPr>
            <w:tcW w:w="6120" w:type="dxa"/>
            <w:tcMar>
              <w:top w:w="95" w:type="dxa"/>
              <w:left w:w="110" w:type="dxa"/>
              <w:bottom w:w="95" w:type="dxa"/>
              <w:right w:w="110" w:type="dxa"/>
            </w:tcMar>
            <w:vAlign w:val="center"/>
          </w:tcPr>
          <w:p w14:paraId="19F4C503" w14:textId="77777777" w:rsidR="00902A61" w:rsidRPr="009045FD" w:rsidRDefault="00000000">
            <w:pPr>
              <w:rPr>
                <w:lang w:val="pl-PL"/>
              </w:rPr>
            </w:pPr>
            <w:r w:rsidRPr="009045FD">
              <w:rPr>
                <w:sz w:val="16"/>
                <w:lang w:val="pl-PL"/>
              </w:rPr>
              <w:t>Udział w dostosowanej roli, obserwacja bezpieczeństwa i fair play, karta refleksji.</w:t>
            </w:r>
          </w:p>
        </w:tc>
      </w:tr>
    </w:tbl>
    <w:p w14:paraId="77ED1C26" w14:textId="77777777" w:rsidR="00902A61" w:rsidRPr="009045FD" w:rsidRDefault="00000000">
      <w:pPr>
        <w:spacing w:before="100"/>
        <w:rPr>
          <w:lang w:val="pl-PL"/>
        </w:rPr>
      </w:pPr>
      <w:r w:rsidRPr="009045FD">
        <w:rPr>
          <w:b/>
          <w:sz w:val="17"/>
          <w:lang w:val="pl-PL"/>
        </w:rPr>
        <w:t xml:space="preserve">Zasada realizacji: </w:t>
      </w:r>
      <w:r w:rsidRPr="009045FD">
        <w:rPr>
          <w:sz w:val="17"/>
          <w:lang w:val="pl-PL"/>
        </w:rPr>
        <w:t>jedno działanie może dostarczać dowodów dla kilku form, jeżeli uczeń rzeczywiście wykonuje odrębne zadania. Uczeń czasowo lub częściowo zwolniony powinien być włączany przez role znaczące edukacyjnie, np. planowanie, sędziowanie, organizację, obserwację lub dokumentowanie.</w:t>
      </w:r>
    </w:p>
    <w:p w14:paraId="5E5DE234" w14:textId="77777777" w:rsidR="00902A61" w:rsidRPr="009045FD" w:rsidRDefault="00000000">
      <w:pPr>
        <w:rPr>
          <w:lang w:val="pl-PL"/>
        </w:rPr>
      </w:pPr>
      <w:r w:rsidRPr="009045FD">
        <w:rPr>
          <w:lang w:val="pl-PL"/>
        </w:rPr>
        <w:br w:type="page"/>
      </w:r>
    </w:p>
    <w:p w14:paraId="52BBBD3B" w14:textId="77777777" w:rsidR="00F27F33" w:rsidRPr="009045FD" w:rsidRDefault="00000000">
      <w:pPr>
        <w:keepNext/>
        <w:spacing w:before="40" w:after="80"/>
        <w:rPr>
          <w:lang w:val="pl-PL"/>
        </w:rPr>
      </w:pPr>
      <w:r w:rsidRPr="009045FD">
        <w:rPr>
          <w:b/>
          <w:color w:val="000000"/>
          <w:sz w:val="34"/>
          <w:lang w:val="pl-PL"/>
        </w:rPr>
        <w:lastRenderedPageBreak/>
        <w:t>USTALANIE OCENY ŚRÓDROCZNEJ I ROCZNEJ</w:t>
      </w:r>
    </w:p>
    <w:tbl>
      <w:tblPr>
        <w:tblW w:w="0" w:type="auto"/>
        <w:jc w:val="center"/>
        <w:tblLayout w:type="fixed"/>
        <w:tblLook w:val="04A0" w:firstRow="1" w:lastRow="0" w:firstColumn="1" w:lastColumn="0" w:noHBand="0" w:noVBand="1"/>
      </w:tblPr>
      <w:tblGrid>
        <w:gridCol w:w="7560"/>
        <w:gridCol w:w="7560"/>
      </w:tblGrid>
      <w:tr w:rsidR="00F27F33" w:rsidRPr="009045FD" w14:paraId="3D7CBCFF" w14:textId="77777777">
        <w:trPr>
          <w:jc w:val="center"/>
        </w:trPr>
        <w:tc>
          <w:tcPr>
            <w:tcW w:w="7560" w:type="dxa"/>
            <w:tcBorders>
              <w:top w:val="single" w:sz="8" w:space="0" w:color="000000"/>
              <w:left w:val="single" w:sz="8" w:space="0" w:color="000000"/>
              <w:bottom w:val="single" w:sz="8" w:space="0" w:color="000000"/>
              <w:right w:val="single" w:sz="8" w:space="0" w:color="000000"/>
            </w:tcBorders>
            <w:shd w:val="clear" w:color="auto" w:fill="F2F2F2"/>
            <w:tcMar>
              <w:top w:w="80" w:type="dxa"/>
              <w:left w:w="110" w:type="dxa"/>
              <w:bottom w:w="80" w:type="dxa"/>
              <w:right w:w="110" w:type="dxa"/>
            </w:tcMar>
          </w:tcPr>
          <w:p w14:paraId="07576032" w14:textId="77777777" w:rsidR="00F27F33" w:rsidRPr="009045FD" w:rsidRDefault="00000000">
            <w:pPr>
              <w:rPr>
                <w:lang w:val="pl-PL"/>
              </w:rPr>
            </w:pPr>
            <w:r w:rsidRPr="009045FD">
              <w:rPr>
                <w:b/>
                <w:color w:val="000000"/>
                <w:sz w:val="20"/>
                <w:lang w:val="pl-PL"/>
              </w:rPr>
              <w:t>CO NAUCZYCIEL ANALIZUJE?</w:t>
            </w:r>
          </w:p>
          <w:p w14:paraId="3E1216E3" w14:textId="77777777" w:rsidR="00F27F33" w:rsidRPr="009045FD" w:rsidRDefault="00000000">
            <w:pPr>
              <w:pStyle w:val="Listapunktowana"/>
              <w:spacing w:after="36" w:line="245" w:lineRule="auto"/>
              <w:ind w:left="158" w:hanging="130"/>
              <w:rPr>
                <w:lang w:val="pl-PL"/>
              </w:rPr>
            </w:pPr>
            <w:r w:rsidRPr="009045FD">
              <w:rPr>
                <w:color w:val="000000"/>
                <w:sz w:val="16"/>
                <w:lang w:val="pl-PL"/>
              </w:rPr>
              <w:t>poziom i postęp w opanowaniu wymagań zrealizowanych w danej klasie</w:t>
            </w:r>
          </w:p>
          <w:p w14:paraId="5704C932" w14:textId="77777777" w:rsidR="00F27F33" w:rsidRPr="009045FD" w:rsidRDefault="00000000">
            <w:pPr>
              <w:pStyle w:val="Listapunktowana"/>
              <w:spacing w:after="36" w:line="245" w:lineRule="auto"/>
              <w:ind w:left="158" w:hanging="130"/>
              <w:rPr>
                <w:lang w:val="pl-PL"/>
              </w:rPr>
            </w:pPr>
            <w:r w:rsidRPr="009045FD">
              <w:rPr>
                <w:color w:val="000000"/>
                <w:sz w:val="16"/>
                <w:lang w:val="pl-PL"/>
              </w:rPr>
              <w:t>poprawność, bezpieczeństwo, samodzielność i zastosowanie umiejętności</w:t>
            </w:r>
          </w:p>
          <w:p w14:paraId="6DA76EFC" w14:textId="77777777" w:rsidR="00F27F33" w:rsidRPr="009045FD" w:rsidRDefault="00000000">
            <w:pPr>
              <w:pStyle w:val="Listapunktowana"/>
              <w:spacing w:after="36" w:line="245" w:lineRule="auto"/>
              <w:ind w:left="158" w:hanging="130"/>
              <w:rPr>
                <w:lang w:val="pl-PL"/>
              </w:rPr>
            </w:pPr>
            <w:r w:rsidRPr="009045FD">
              <w:rPr>
                <w:color w:val="000000"/>
                <w:sz w:val="16"/>
                <w:lang w:val="pl-PL"/>
              </w:rPr>
              <w:t>wysiłek adekwatny do możliwości ucznia</w:t>
            </w:r>
          </w:p>
          <w:p w14:paraId="4B59A1FF" w14:textId="77777777" w:rsidR="00F27F33" w:rsidRPr="009045FD" w:rsidRDefault="00000000">
            <w:pPr>
              <w:pStyle w:val="Listapunktowana"/>
              <w:spacing w:after="36" w:line="245" w:lineRule="auto"/>
              <w:ind w:left="158" w:hanging="130"/>
              <w:rPr>
                <w:lang w:val="pl-PL"/>
              </w:rPr>
            </w:pPr>
            <w:r w:rsidRPr="009045FD">
              <w:rPr>
                <w:color w:val="000000"/>
                <w:sz w:val="16"/>
                <w:lang w:val="pl-PL"/>
              </w:rPr>
              <w:t>systematyczność aktywnego udziału w zajęciach</w:t>
            </w:r>
          </w:p>
          <w:p w14:paraId="48A89591" w14:textId="77777777" w:rsidR="00F27F33" w:rsidRPr="009045FD" w:rsidRDefault="00000000">
            <w:pPr>
              <w:pStyle w:val="Listapunktowana"/>
              <w:spacing w:after="36" w:line="245" w:lineRule="auto"/>
              <w:ind w:left="158" w:hanging="130"/>
              <w:rPr>
                <w:lang w:val="pl-PL"/>
              </w:rPr>
            </w:pPr>
            <w:r w:rsidRPr="009045FD">
              <w:rPr>
                <w:color w:val="000000"/>
                <w:sz w:val="16"/>
                <w:lang w:val="pl-PL"/>
              </w:rPr>
              <w:t>aktywność w działaniach szkoły na rzecz kultury fizycznej</w:t>
            </w:r>
          </w:p>
          <w:p w14:paraId="067EC507" w14:textId="77777777" w:rsidR="00F27F33" w:rsidRPr="009045FD" w:rsidRDefault="00000000">
            <w:pPr>
              <w:pStyle w:val="Listapunktowana"/>
              <w:spacing w:after="36" w:line="245" w:lineRule="auto"/>
              <w:ind w:left="158" w:hanging="130"/>
              <w:rPr>
                <w:lang w:val="pl-PL"/>
              </w:rPr>
            </w:pPr>
            <w:r w:rsidRPr="009045FD">
              <w:rPr>
                <w:color w:val="000000"/>
                <w:sz w:val="16"/>
                <w:lang w:val="pl-PL"/>
              </w:rPr>
              <w:t>współpracę i odpowiedzialność w zakresie wymagań przedmiotowych</w:t>
            </w:r>
          </w:p>
        </w:tc>
        <w:tc>
          <w:tcPr>
            <w:tcW w:w="7560"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48595FDB" w14:textId="77777777" w:rsidR="00F27F33" w:rsidRPr="009045FD" w:rsidRDefault="00000000">
            <w:pPr>
              <w:rPr>
                <w:lang w:val="pl-PL"/>
              </w:rPr>
            </w:pPr>
            <w:r w:rsidRPr="009045FD">
              <w:rPr>
                <w:b/>
                <w:color w:val="000000"/>
                <w:sz w:val="20"/>
                <w:lang w:val="pl-PL"/>
              </w:rPr>
              <w:t>CZEGO NIE STOSOWAĆ AUTOMATYCZNIE?</w:t>
            </w:r>
          </w:p>
          <w:p w14:paraId="27BF24E2" w14:textId="77777777" w:rsidR="00F27F33" w:rsidRPr="009045FD" w:rsidRDefault="00000000">
            <w:pPr>
              <w:pStyle w:val="Listapunktowana"/>
              <w:spacing w:after="36" w:line="245" w:lineRule="auto"/>
              <w:ind w:left="158" w:hanging="130"/>
              <w:rPr>
                <w:lang w:val="pl-PL"/>
              </w:rPr>
            </w:pPr>
            <w:r w:rsidRPr="009045FD">
              <w:rPr>
                <w:color w:val="000000"/>
                <w:sz w:val="16"/>
                <w:lang w:val="pl-PL"/>
              </w:rPr>
              <w:t>średniej arytmetycznej jako jedynej podstawy oceny</w:t>
            </w:r>
          </w:p>
          <w:p w14:paraId="6AF6C126" w14:textId="77777777" w:rsidR="00F27F33" w:rsidRPr="009045FD" w:rsidRDefault="00000000">
            <w:pPr>
              <w:pStyle w:val="Listapunktowana"/>
              <w:spacing w:after="36" w:line="245" w:lineRule="auto"/>
              <w:ind w:left="158" w:hanging="130"/>
              <w:rPr>
                <w:lang w:val="pl-PL"/>
              </w:rPr>
            </w:pPr>
            <w:r w:rsidRPr="009045FD">
              <w:rPr>
                <w:color w:val="000000"/>
                <w:sz w:val="16"/>
                <w:lang w:val="pl-PL"/>
              </w:rPr>
              <w:t>jednego testu sprawnościowego lub pojedynczego wyniku</w:t>
            </w:r>
          </w:p>
          <w:p w14:paraId="175CC0D9" w14:textId="77777777" w:rsidR="00F27F33" w:rsidRPr="009045FD" w:rsidRDefault="00000000">
            <w:pPr>
              <w:pStyle w:val="Listapunktowana"/>
              <w:spacing w:after="36" w:line="245" w:lineRule="auto"/>
              <w:ind w:left="158" w:hanging="130"/>
              <w:rPr>
                <w:lang w:val="pl-PL"/>
              </w:rPr>
            </w:pPr>
            <w:r w:rsidRPr="009045FD">
              <w:rPr>
                <w:color w:val="000000"/>
                <w:sz w:val="16"/>
                <w:lang w:val="pl-PL"/>
              </w:rPr>
              <w:t>porównywania ucznia z wynikami innych osób</w:t>
            </w:r>
          </w:p>
          <w:p w14:paraId="5C5F09FD" w14:textId="77777777" w:rsidR="00F27F33" w:rsidRPr="009045FD" w:rsidRDefault="00000000">
            <w:pPr>
              <w:pStyle w:val="Listapunktowana"/>
              <w:spacing w:after="36" w:line="245" w:lineRule="auto"/>
              <w:ind w:left="158" w:hanging="130"/>
              <w:rPr>
                <w:lang w:val="pl-PL"/>
              </w:rPr>
            </w:pPr>
            <w:r w:rsidRPr="009045FD">
              <w:rPr>
                <w:color w:val="000000"/>
                <w:sz w:val="16"/>
                <w:lang w:val="pl-PL"/>
              </w:rPr>
              <w:t>karania stopniem za usprawiedliwioną nieobecność, brak predyspozycji lub ogólne zachowanie</w:t>
            </w:r>
          </w:p>
          <w:p w14:paraId="450F21DA" w14:textId="77777777" w:rsidR="00F27F33" w:rsidRPr="009045FD" w:rsidRDefault="00000000">
            <w:pPr>
              <w:pStyle w:val="Listapunktowana"/>
              <w:spacing w:after="36" w:line="245" w:lineRule="auto"/>
              <w:ind w:left="158" w:hanging="130"/>
              <w:rPr>
                <w:lang w:val="pl-PL"/>
              </w:rPr>
            </w:pPr>
            <w:r w:rsidRPr="009045FD">
              <w:rPr>
                <w:color w:val="000000"/>
                <w:sz w:val="16"/>
                <w:lang w:val="pl-PL"/>
              </w:rPr>
              <w:t>warunku udziału w zawodach, klubie lub aktywnościach pozaszkolnych</w:t>
            </w:r>
          </w:p>
          <w:p w14:paraId="70927418" w14:textId="77777777" w:rsidR="00F27F33" w:rsidRPr="009045FD" w:rsidRDefault="00000000">
            <w:pPr>
              <w:pStyle w:val="Listapunktowana"/>
              <w:spacing w:after="36" w:line="245" w:lineRule="auto"/>
              <w:ind w:left="158" w:hanging="130"/>
              <w:rPr>
                <w:lang w:val="pl-PL"/>
              </w:rPr>
            </w:pPr>
            <w:r w:rsidRPr="009045FD">
              <w:rPr>
                <w:color w:val="000000"/>
                <w:sz w:val="16"/>
                <w:lang w:val="pl-PL"/>
              </w:rPr>
              <w:t>publicznego rankingu wyników i danych zdrowotnych</w:t>
            </w:r>
          </w:p>
        </w:tc>
      </w:tr>
    </w:tbl>
    <w:p w14:paraId="756B5B46" w14:textId="77777777" w:rsidR="00F27F33" w:rsidRPr="009045FD" w:rsidRDefault="00F27F33">
      <w:pPr>
        <w:rPr>
          <w:lang w:val="pl-PL"/>
        </w:rPr>
      </w:pPr>
    </w:p>
    <w:tbl>
      <w:tblPr>
        <w:tblW w:w="0" w:type="auto"/>
        <w:jc w:val="center"/>
        <w:tblLayout w:type="fixed"/>
        <w:tblLook w:val="04A0" w:firstRow="1" w:lastRow="0" w:firstColumn="1" w:lastColumn="0" w:noHBand="0" w:noVBand="1"/>
      </w:tblPr>
      <w:tblGrid>
        <w:gridCol w:w="15192"/>
      </w:tblGrid>
      <w:tr w:rsidR="00F27F33" w:rsidRPr="009045FD" w14:paraId="3D54167B" w14:textId="77777777">
        <w:trPr>
          <w:jc w:val="center"/>
        </w:trPr>
        <w:tc>
          <w:tcPr>
            <w:tcW w:w="15192"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40" w:type="dxa"/>
              <w:bottom w:w="100" w:type="dxa"/>
              <w:right w:w="140" w:type="dxa"/>
            </w:tcMar>
          </w:tcPr>
          <w:p w14:paraId="32998810" w14:textId="77777777" w:rsidR="00F27F33" w:rsidRPr="009045FD" w:rsidRDefault="00000000">
            <w:pPr>
              <w:spacing w:after="40"/>
              <w:rPr>
                <w:lang w:val="pl-PL"/>
              </w:rPr>
            </w:pPr>
            <w:r w:rsidRPr="009045FD">
              <w:rPr>
                <w:b/>
                <w:color w:val="000000"/>
                <w:lang w:val="pl-PL"/>
              </w:rPr>
              <w:t>Reguła klasyfikacji</w:t>
            </w:r>
          </w:p>
          <w:p w14:paraId="47059C90" w14:textId="77777777" w:rsidR="00F27F33" w:rsidRPr="009045FD" w:rsidRDefault="00000000">
            <w:pPr>
              <w:spacing w:line="247" w:lineRule="auto"/>
              <w:rPr>
                <w:lang w:val="pl-PL"/>
              </w:rPr>
            </w:pPr>
            <w:r w:rsidRPr="009045FD">
              <w:rPr>
                <w:color w:val="000000"/>
                <w:sz w:val="16"/>
                <w:lang w:val="pl-PL"/>
              </w:rPr>
              <w:t>Ocena odpowiada dominującemu i stabilnemu poziomowi osiągnięć widocznemu w wielu sytuacjach. Wymagania wyższego poziomu obejmują również opanowanie wymagań niższych, ale nie zakładają bezbłędności w każdym pojedynczym zadaniu. Ocena roczna uwzględnia osiągnięcia z całego roku i aktualny poziom ucznia.</w:t>
            </w:r>
          </w:p>
        </w:tc>
      </w:tr>
    </w:tbl>
    <w:p w14:paraId="5DEF422D" w14:textId="77777777" w:rsidR="006D4C00" w:rsidRPr="009045FD" w:rsidRDefault="006D4C00">
      <w:pPr>
        <w:spacing w:before="60" w:after="40"/>
        <w:rPr>
          <w:b/>
          <w:color w:val="000000"/>
          <w:sz w:val="21"/>
          <w:lang w:val="pl-PL"/>
        </w:rPr>
      </w:pPr>
    </w:p>
    <w:p w14:paraId="3ECA9BDA" w14:textId="77777777" w:rsidR="00F27F33" w:rsidRPr="009045FD" w:rsidRDefault="00000000">
      <w:pPr>
        <w:spacing w:before="60" w:after="40"/>
        <w:rPr>
          <w:b/>
          <w:color w:val="000000"/>
          <w:sz w:val="21"/>
          <w:lang w:val="pl-PL"/>
        </w:rPr>
      </w:pPr>
      <w:r w:rsidRPr="009045FD">
        <w:rPr>
          <w:b/>
          <w:color w:val="000000"/>
          <w:sz w:val="21"/>
          <w:lang w:val="pl-PL"/>
        </w:rPr>
        <w:t>ARKUSZ SYNTEZY – DOMINUJĄCY POZIOM OSIĄGNIĘĆ</w:t>
      </w:r>
    </w:p>
    <w:p w14:paraId="7DC9DC6C" w14:textId="77777777" w:rsidR="006D4C00" w:rsidRPr="009045FD" w:rsidRDefault="006D4C00">
      <w:pPr>
        <w:spacing w:before="60" w:after="40"/>
        <w:rPr>
          <w:lang w:val="pl-PL"/>
        </w:rPr>
      </w:pPr>
    </w:p>
    <w:tbl>
      <w:tblPr>
        <w:tblW w:w="0" w:type="auto"/>
        <w:jc w:val="center"/>
        <w:tblLayout w:type="fixed"/>
        <w:tblLook w:val="04A0" w:firstRow="1" w:lastRow="0" w:firstColumn="1" w:lastColumn="0" w:noHBand="0" w:noVBand="1"/>
      </w:tblPr>
      <w:tblGrid>
        <w:gridCol w:w="648"/>
        <w:gridCol w:w="5903"/>
        <w:gridCol w:w="1224"/>
        <w:gridCol w:w="1224"/>
        <w:gridCol w:w="1224"/>
        <w:gridCol w:w="1224"/>
        <w:gridCol w:w="1224"/>
      </w:tblGrid>
      <w:tr w:rsidR="00F27F33" w:rsidRPr="009045FD" w14:paraId="41CFBFC0" w14:textId="77777777">
        <w:trPr>
          <w:jc w:val="center"/>
        </w:trPr>
        <w:tc>
          <w:tcPr>
            <w:tcW w:w="648"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441A2075" w14:textId="77777777" w:rsidR="00F27F33" w:rsidRPr="009045FD" w:rsidRDefault="00000000">
            <w:pPr>
              <w:jc w:val="center"/>
              <w:rPr>
                <w:lang w:val="pl-PL"/>
              </w:rPr>
            </w:pPr>
            <w:r w:rsidRPr="009045FD">
              <w:rPr>
                <w:b/>
                <w:color w:val="000000"/>
                <w:sz w:val="16"/>
                <w:lang w:val="pl-PL"/>
              </w:rPr>
              <w:t>Lp.</w:t>
            </w:r>
          </w:p>
        </w:tc>
        <w:tc>
          <w:tcPr>
            <w:tcW w:w="5903"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395C00D8" w14:textId="77777777" w:rsidR="00F27F33" w:rsidRPr="009045FD" w:rsidRDefault="00000000">
            <w:pPr>
              <w:jc w:val="center"/>
              <w:rPr>
                <w:lang w:val="pl-PL"/>
              </w:rPr>
            </w:pPr>
            <w:r w:rsidRPr="009045FD">
              <w:rPr>
                <w:b/>
                <w:color w:val="000000"/>
                <w:sz w:val="16"/>
                <w:lang w:val="pl-PL"/>
              </w:rPr>
              <w:t>OBSZAR</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19993E3B" w14:textId="77777777" w:rsidR="00F27F33" w:rsidRPr="009045FD" w:rsidRDefault="00000000">
            <w:pPr>
              <w:jc w:val="center"/>
              <w:rPr>
                <w:lang w:val="pl-PL"/>
              </w:rPr>
            </w:pPr>
            <w:r w:rsidRPr="009045FD">
              <w:rPr>
                <w:b/>
                <w:color w:val="000000"/>
                <w:sz w:val="16"/>
                <w:lang w:val="pl-PL"/>
              </w:rPr>
              <w:t>2</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26F51628" w14:textId="77777777" w:rsidR="00F27F33" w:rsidRPr="009045FD" w:rsidRDefault="00000000">
            <w:pPr>
              <w:jc w:val="center"/>
              <w:rPr>
                <w:lang w:val="pl-PL"/>
              </w:rPr>
            </w:pPr>
            <w:r w:rsidRPr="009045FD">
              <w:rPr>
                <w:b/>
                <w:color w:val="000000"/>
                <w:sz w:val="16"/>
                <w:lang w:val="pl-PL"/>
              </w:rPr>
              <w:t>3</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235FC344" w14:textId="77777777" w:rsidR="00F27F33" w:rsidRPr="009045FD" w:rsidRDefault="00000000">
            <w:pPr>
              <w:jc w:val="center"/>
              <w:rPr>
                <w:lang w:val="pl-PL"/>
              </w:rPr>
            </w:pPr>
            <w:r w:rsidRPr="009045FD">
              <w:rPr>
                <w:b/>
                <w:color w:val="000000"/>
                <w:sz w:val="16"/>
                <w:lang w:val="pl-PL"/>
              </w:rPr>
              <w:t>4</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2BD2CD2A" w14:textId="77777777" w:rsidR="00F27F33" w:rsidRPr="009045FD" w:rsidRDefault="00000000">
            <w:pPr>
              <w:jc w:val="center"/>
              <w:rPr>
                <w:lang w:val="pl-PL"/>
              </w:rPr>
            </w:pPr>
            <w:r w:rsidRPr="009045FD">
              <w:rPr>
                <w:b/>
                <w:color w:val="000000"/>
                <w:sz w:val="16"/>
                <w:lang w:val="pl-PL"/>
              </w:rPr>
              <w:t>5</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51158658" w14:textId="77777777" w:rsidR="00F27F33" w:rsidRPr="009045FD" w:rsidRDefault="00000000">
            <w:pPr>
              <w:jc w:val="center"/>
              <w:rPr>
                <w:lang w:val="pl-PL"/>
              </w:rPr>
            </w:pPr>
            <w:r w:rsidRPr="009045FD">
              <w:rPr>
                <w:b/>
                <w:color w:val="000000"/>
                <w:sz w:val="16"/>
                <w:lang w:val="pl-PL"/>
              </w:rPr>
              <w:t>6</w:t>
            </w:r>
          </w:p>
        </w:tc>
      </w:tr>
      <w:tr w:rsidR="00F27F33" w:rsidRPr="009045FD" w14:paraId="14C4E646"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9FC0429" w14:textId="77777777" w:rsidR="00F27F33" w:rsidRPr="009045FD" w:rsidRDefault="00000000">
            <w:pPr>
              <w:jc w:val="center"/>
              <w:rPr>
                <w:lang w:val="pl-PL"/>
              </w:rPr>
            </w:pPr>
            <w:r w:rsidRPr="009045FD">
              <w:rPr>
                <w:color w:val="000000"/>
                <w:sz w:val="14"/>
                <w:lang w:val="pl-PL"/>
              </w:rPr>
              <w:t>1</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43889D0" w14:textId="77777777" w:rsidR="00F27F33" w:rsidRPr="009045FD" w:rsidRDefault="00000000">
            <w:pPr>
              <w:rPr>
                <w:lang w:val="pl-PL"/>
              </w:rPr>
            </w:pPr>
            <w:r w:rsidRPr="009045FD">
              <w:rPr>
                <w:color w:val="000000"/>
                <w:sz w:val="14"/>
                <w:lang w:val="pl-PL"/>
              </w:rPr>
              <w:t>Ćwiczenia ogólnorozwojowe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80BC022"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5D6D4CE"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DAED7CC"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7999BC7"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AFA05FF" w14:textId="77777777" w:rsidR="00F27F33" w:rsidRPr="009045FD" w:rsidRDefault="00000000">
            <w:pPr>
              <w:jc w:val="center"/>
              <w:rPr>
                <w:lang w:val="pl-PL"/>
              </w:rPr>
            </w:pPr>
            <w:r w:rsidRPr="009045FD">
              <w:rPr>
                <w:color w:val="000000"/>
                <w:sz w:val="14"/>
                <w:lang w:val="pl-PL"/>
              </w:rPr>
              <w:t>[ ]</w:t>
            </w:r>
          </w:p>
        </w:tc>
      </w:tr>
      <w:tr w:rsidR="00F27F33" w:rsidRPr="009045FD" w14:paraId="27CEA223"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0C2CECA" w14:textId="77777777" w:rsidR="00F27F33" w:rsidRPr="009045FD" w:rsidRDefault="00000000">
            <w:pPr>
              <w:jc w:val="center"/>
              <w:rPr>
                <w:lang w:val="pl-PL"/>
              </w:rPr>
            </w:pPr>
            <w:r w:rsidRPr="009045FD">
              <w:rPr>
                <w:color w:val="000000"/>
                <w:sz w:val="14"/>
                <w:lang w:val="pl-PL"/>
              </w:rPr>
              <w:t>2</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C84008A" w14:textId="77777777" w:rsidR="00F27F33" w:rsidRPr="009045FD" w:rsidRDefault="00000000">
            <w:pPr>
              <w:rPr>
                <w:lang w:val="pl-PL"/>
              </w:rPr>
            </w:pPr>
            <w:r w:rsidRPr="009045FD">
              <w:rPr>
                <w:color w:val="000000"/>
                <w:sz w:val="14"/>
                <w:lang w:val="pl-PL"/>
              </w:rPr>
              <w:t>Gry zespołowe i rekreacyjne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F1569D9"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38AA11E"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853DC56"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43879F4"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5AB4DA5" w14:textId="77777777" w:rsidR="00F27F33" w:rsidRPr="009045FD" w:rsidRDefault="00000000">
            <w:pPr>
              <w:jc w:val="center"/>
              <w:rPr>
                <w:lang w:val="pl-PL"/>
              </w:rPr>
            </w:pPr>
            <w:r w:rsidRPr="009045FD">
              <w:rPr>
                <w:color w:val="000000"/>
                <w:sz w:val="14"/>
                <w:lang w:val="pl-PL"/>
              </w:rPr>
              <w:t>[ ]</w:t>
            </w:r>
          </w:p>
        </w:tc>
      </w:tr>
      <w:tr w:rsidR="00F27F33" w:rsidRPr="009045FD" w14:paraId="06B3A268"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D2EE179" w14:textId="77777777" w:rsidR="00F27F33" w:rsidRPr="009045FD" w:rsidRDefault="00000000">
            <w:pPr>
              <w:jc w:val="center"/>
              <w:rPr>
                <w:lang w:val="pl-PL"/>
              </w:rPr>
            </w:pPr>
            <w:r w:rsidRPr="009045FD">
              <w:rPr>
                <w:color w:val="000000"/>
                <w:sz w:val="14"/>
                <w:lang w:val="pl-PL"/>
              </w:rPr>
              <w:t>3</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A8CA0BE" w14:textId="77777777" w:rsidR="00F27F33" w:rsidRPr="009045FD" w:rsidRDefault="00000000">
            <w:pPr>
              <w:rPr>
                <w:lang w:val="pl-PL"/>
              </w:rPr>
            </w:pPr>
            <w:r w:rsidRPr="009045FD">
              <w:rPr>
                <w:color w:val="000000"/>
                <w:sz w:val="14"/>
                <w:lang w:val="pl-PL"/>
              </w:rPr>
              <w:t>Lekkoatletyka</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FFF854C"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8A97A24"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8BFA67E"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B6333CB"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7C6F50C" w14:textId="77777777" w:rsidR="00F27F33" w:rsidRPr="009045FD" w:rsidRDefault="00000000">
            <w:pPr>
              <w:jc w:val="center"/>
              <w:rPr>
                <w:lang w:val="pl-PL"/>
              </w:rPr>
            </w:pPr>
            <w:r w:rsidRPr="009045FD">
              <w:rPr>
                <w:color w:val="000000"/>
                <w:sz w:val="14"/>
                <w:lang w:val="pl-PL"/>
              </w:rPr>
              <w:t>[ ]</w:t>
            </w:r>
          </w:p>
        </w:tc>
      </w:tr>
      <w:tr w:rsidR="00F27F33" w:rsidRPr="009045FD" w14:paraId="72590C64"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46A297A" w14:textId="77777777" w:rsidR="00F27F33" w:rsidRPr="009045FD" w:rsidRDefault="00000000">
            <w:pPr>
              <w:jc w:val="center"/>
              <w:rPr>
                <w:lang w:val="pl-PL"/>
              </w:rPr>
            </w:pPr>
            <w:r w:rsidRPr="009045FD">
              <w:rPr>
                <w:color w:val="000000"/>
                <w:sz w:val="14"/>
                <w:lang w:val="pl-PL"/>
              </w:rPr>
              <w:t>4</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7C601EA" w14:textId="77777777" w:rsidR="00F27F33" w:rsidRPr="009045FD" w:rsidRDefault="00000000">
            <w:pPr>
              <w:rPr>
                <w:lang w:val="pl-PL"/>
              </w:rPr>
            </w:pPr>
            <w:r w:rsidRPr="009045FD">
              <w:rPr>
                <w:color w:val="000000"/>
                <w:sz w:val="14"/>
                <w:lang w:val="pl-PL"/>
              </w:rPr>
              <w:t>Taniec</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2444A9F"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0EF7CB9"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E907934"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786C259"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7DA7220" w14:textId="77777777" w:rsidR="00F27F33" w:rsidRPr="009045FD" w:rsidRDefault="00000000">
            <w:pPr>
              <w:jc w:val="center"/>
              <w:rPr>
                <w:lang w:val="pl-PL"/>
              </w:rPr>
            </w:pPr>
            <w:r w:rsidRPr="009045FD">
              <w:rPr>
                <w:color w:val="000000"/>
                <w:sz w:val="14"/>
                <w:lang w:val="pl-PL"/>
              </w:rPr>
              <w:t>[ ]</w:t>
            </w:r>
          </w:p>
        </w:tc>
      </w:tr>
      <w:tr w:rsidR="00F27F33" w:rsidRPr="009045FD" w14:paraId="5FB0F51F"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D3D3F34" w14:textId="77777777" w:rsidR="00F27F33" w:rsidRPr="009045FD" w:rsidRDefault="00000000">
            <w:pPr>
              <w:jc w:val="center"/>
              <w:rPr>
                <w:lang w:val="pl-PL"/>
              </w:rPr>
            </w:pPr>
            <w:r w:rsidRPr="009045FD">
              <w:rPr>
                <w:color w:val="000000"/>
                <w:sz w:val="14"/>
                <w:lang w:val="pl-PL"/>
              </w:rPr>
              <w:t>5</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1AE96DE" w14:textId="77777777" w:rsidR="00F27F33" w:rsidRPr="009045FD" w:rsidRDefault="00000000">
            <w:pPr>
              <w:rPr>
                <w:lang w:val="pl-PL"/>
              </w:rPr>
            </w:pPr>
            <w:r w:rsidRPr="009045FD">
              <w:rPr>
                <w:color w:val="000000"/>
                <w:sz w:val="14"/>
                <w:lang w:val="pl-PL"/>
              </w:rPr>
              <w:t>Relaksacja i odprężenie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1DE887B"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126BB9E"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5F84349"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03A2BC6"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2AE3195" w14:textId="77777777" w:rsidR="00F27F33" w:rsidRPr="009045FD" w:rsidRDefault="00000000">
            <w:pPr>
              <w:jc w:val="center"/>
              <w:rPr>
                <w:lang w:val="pl-PL"/>
              </w:rPr>
            </w:pPr>
            <w:r w:rsidRPr="009045FD">
              <w:rPr>
                <w:color w:val="000000"/>
                <w:sz w:val="14"/>
                <w:lang w:val="pl-PL"/>
              </w:rPr>
              <w:t>[ ]</w:t>
            </w:r>
          </w:p>
        </w:tc>
      </w:tr>
      <w:tr w:rsidR="00F27F33" w:rsidRPr="009045FD" w14:paraId="4F50265D"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2B897DB" w14:textId="77777777" w:rsidR="00F27F33" w:rsidRPr="009045FD" w:rsidRDefault="00000000">
            <w:pPr>
              <w:jc w:val="center"/>
              <w:rPr>
                <w:lang w:val="pl-PL"/>
              </w:rPr>
            </w:pPr>
            <w:r w:rsidRPr="009045FD">
              <w:rPr>
                <w:color w:val="000000"/>
                <w:sz w:val="14"/>
                <w:lang w:val="pl-PL"/>
              </w:rPr>
              <w:t>6</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EA66E20" w14:textId="77777777" w:rsidR="00F27F33" w:rsidRPr="009045FD" w:rsidRDefault="00000000">
            <w:pPr>
              <w:rPr>
                <w:lang w:val="pl-PL"/>
              </w:rPr>
            </w:pPr>
            <w:r w:rsidRPr="009045FD">
              <w:rPr>
                <w:color w:val="000000"/>
                <w:sz w:val="14"/>
                <w:lang w:val="pl-PL"/>
              </w:rPr>
              <w:t>Monitorowanie aktywności i sprawności fizycznej</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1DB72A0"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AC95C63"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9EA09F8"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28D5E49"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46705A4" w14:textId="77777777" w:rsidR="00F27F33" w:rsidRPr="009045FD" w:rsidRDefault="00000000">
            <w:pPr>
              <w:jc w:val="center"/>
              <w:rPr>
                <w:lang w:val="pl-PL"/>
              </w:rPr>
            </w:pPr>
            <w:r w:rsidRPr="009045FD">
              <w:rPr>
                <w:color w:val="000000"/>
                <w:sz w:val="14"/>
                <w:lang w:val="pl-PL"/>
              </w:rPr>
              <w:t>[ ]</w:t>
            </w:r>
          </w:p>
        </w:tc>
      </w:tr>
      <w:tr w:rsidR="00F27F33" w:rsidRPr="009045FD" w14:paraId="1FE328B1"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0DCAA0E" w14:textId="77777777" w:rsidR="00F27F33" w:rsidRPr="009045FD" w:rsidRDefault="00000000">
            <w:pPr>
              <w:jc w:val="center"/>
              <w:rPr>
                <w:lang w:val="pl-PL"/>
              </w:rPr>
            </w:pPr>
            <w:r w:rsidRPr="009045FD">
              <w:rPr>
                <w:color w:val="000000"/>
                <w:sz w:val="14"/>
                <w:lang w:val="pl-PL"/>
              </w:rPr>
              <w:t>7</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C74C6FC" w14:textId="77777777" w:rsidR="00F27F33" w:rsidRPr="009045FD" w:rsidRDefault="00000000">
            <w:pPr>
              <w:rPr>
                <w:lang w:val="pl-PL"/>
              </w:rPr>
            </w:pPr>
            <w:r w:rsidRPr="009045FD">
              <w:rPr>
                <w:color w:val="000000"/>
                <w:sz w:val="14"/>
                <w:lang w:val="pl-PL"/>
              </w:rPr>
              <w:t>Sprawność fizyczna w służbach mundurowych i innych zawodach – dział fakultatywny</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7027A9A"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526439B"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7FC6D19"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9F21F1C"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8A07CDE" w14:textId="77777777" w:rsidR="00F27F33" w:rsidRPr="009045FD" w:rsidRDefault="00000000">
            <w:pPr>
              <w:jc w:val="center"/>
              <w:rPr>
                <w:lang w:val="pl-PL"/>
              </w:rPr>
            </w:pPr>
            <w:r w:rsidRPr="009045FD">
              <w:rPr>
                <w:color w:val="000000"/>
                <w:sz w:val="14"/>
                <w:lang w:val="pl-PL"/>
              </w:rPr>
              <w:t>[ ]</w:t>
            </w:r>
          </w:p>
        </w:tc>
      </w:tr>
      <w:tr w:rsidR="00F27F33" w:rsidRPr="009045FD" w14:paraId="2F96B32A"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89CD22F" w14:textId="77777777" w:rsidR="00F27F33" w:rsidRPr="009045FD" w:rsidRDefault="00000000">
            <w:pPr>
              <w:jc w:val="center"/>
              <w:rPr>
                <w:lang w:val="pl-PL"/>
              </w:rPr>
            </w:pPr>
            <w:r w:rsidRPr="009045FD">
              <w:rPr>
                <w:color w:val="000000"/>
                <w:sz w:val="14"/>
                <w:lang w:val="pl-PL"/>
              </w:rPr>
              <w:t>8</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33844A4" w14:textId="77777777" w:rsidR="00F27F33" w:rsidRPr="009045FD" w:rsidRDefault="00000000">
            <w:pPr>
              <w:rPr>
                <w:lang w:val="pl-PL"/>
              </w:rPr>
            </w:pPr>
            <w:r w:rsidRPr="009045FD">
              <w:rPr>
                <w:color w:val="000000"/>
                <w:sz w:val="14"/>
                <w:lang w:val="pl-PL"/>
              </w:rPr>
              <w:t>Bezpieczeństwo w aktywności fizycznej</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0AE332E"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5EE18E5"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A3DD0FA"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086C637"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D6ED2B8" w14:textId="77777777" w:rsidR="00F27F33" w:rsidRPr="009045FD" w:rsidRDefault="00000000">
            <w:pPr>
              <w:jc w:val="center"/>
              <w:rPr>
                <w:lang w:val="pl-PL"/>
              </w:rPr>
            </w:pPr>
            <w:r w:rsidRPr="009045FD">
              <w:rPr>
                <w:color w:val="000000"/>
                <w:sz w:val="14"/>
                <w:lang w:val="pl-PL"/>
              </w:rPr>
              <w:t>[ ]</w:t>
            </w:r>
          </w:p>
        </w:tc>
      </w:tr>
      <w:tr w:rsidR="00F27F33" w:rsidRPr="009045FD" w14:paraId="06ECFBBE"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3641ACA" w14:textId="77777777" w:rsidR="00F27F33" w:rsidRPr="009045FD" w:rsidRDefault="00000000">
            <w:pPr>
              <w:jc w:val="center"/>
              <w:rPr>
                <w:lang w:val="pl-PL"/>
              </w:rPr>
            </w:pPr>
            <w:r w:rsidRPr="009045FD">
              <w:rPr>
                <w:color w:val="000000"/>
                <w:sz w:val="14"/>
                <w:lang w:val="pl-PL"/>
              </w:rPr>
              <w:t>9</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2648AA0" w14:textId="77777777" w:rsidR="00F27F33" w:rsidRPr="009045FD" w:rsidRDefault="00000000">
            <w:pPr>
              <w:rPr>
                <w:lang w:val="pl-PL"/>
              </w:rPr>
            </w:pPr>
            <w:r w:rsidRPr="009045FD">
              <w:rPr>
                <w:color w:val="000000"/>
                <w:sz w:val="14"/>
                <w:lang w:val="pl-PL"/>
              </w:rPr>
              <w:t>Kompetencje społeczne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62714C3"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4544165"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F5DC79C"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BBF98B2" w14:textId="77777777" w:rsidR="00F27F33" w:rsidRPr="009045FD" w:rsidRDefault="00000000">
            <w:pPr>
              <w:jc w:val="center"/>
              <w:rPr>
                <w:lang w:val="pl-PL"/>
              </w:rPr>
            </w:pPr>
            <w:r w:rsidRPr="009045FD">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051A327" w14:textId="77777777" w:rsidR="00F27F33" w:rsidRPr="009045FD" w:rsidRDefault="00000000">
            <w:pPr>
              <w:jc w:val="center"/>
              <w:rPr>
                <w:lang w:val="pl-PL"/>
              </w:rPr>
            </w:pPr>
            <w:r w:rsidRPr="009045FD">
              <w:rPr>
                <w:color w:val="000000"/>
                <w:sz w:val="14"/>
                <w:lang w:val="pl-PL"/>
              </w:rPr>
              <w:t>[ ]</w:t>
            </w:r>
          </w:p>
        </w:tc>
      </w:tr>
    </w:tbl>
    <w:p w14:paraId="4C826324" w14:textId="77777777" w:rsidR="00F27F33" w:rsidRPr="009045FD" w:rsidRDefault="00F27F33">
      <w:pPr>
        <w:rPr>
          <w:lang w:val="pl-PL"/>
        </w:rPr>
      </w:pPr>
    </w:p>
    <w:p w14:paraId="6519C64E" w14:textId="77777777" w:rsidR="009045FD" w:rsidRPr="009045FD" w:rsidRDefault="009045FD">
      <w:pPr>
        <w:rPr>
          <w:lang w:val="pl-PL"/>
        </w:rPr>
      </w:pPr>
    </w:p>
    <w:tbl>
      <w:tblPr>
        <w:tblW w:w="0" w:type="auto"/>
        <w:jc w:val="center"/>
        <w:tblLayout w:type="fixed"/>
        <w:tblLook w:val="04A0" w:firstRow="1" w:lastRow="0" w:firstColumn="1" w:lastColumn="0" w:noHBand="0" w:noVBand="1"/>
      </w:tblPr>
      <w:tblGrid>
        <w:gridCol w:w="15192"/>
      </w:tblGrid>
      <w:tr w:rsidR="00F27F33" w:rsidRPr="009045FD" w14:paraId="671CF9C8" w14:textId="77777777">
        <w:trPr>
          <w:jc w:val="center"/>
        </w:trPr>
        <w:tc>
          <w:tcPr>
            <w:tcW w:w="15192"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40" w:type="dxa"/>
              <w:bottom w:w="100" w:type="dxa"/>
              <w:right w:w="140" w:type="dxa"/>
            </w:tcMar>
          </w:tcPr>
          <w:p w14:paraId="412241FB" w14:textId="77777777" w:rsidR="00F27F33" w:rsidRPr="009045FD" w:rsidRDefault="00000000">
            <w:pPr>
              <w:spacing w:after="40"/>
              <w:rPr>
                <w:lang w:val="pl-PL"/>
              </w:rPr>
            </w:pPr>
            <w:r w:rsidRPr="009045FD">
              <w:rPr>
                <w:b/>
                <w:color w:val="000000"/>
                <w:lang w:val="pl-PL"/>
              </w:rPr>
              <w:t>Status podziału klasowego</w:t>
            </w:r>
          </w:p>
          <w:p w14:paraId="5A4A1538" w14:textId="77777777" w:rsidR="00F27F33" w:rsidRPr="009045FD" w:rsidRDefault="00000000">
            <w:pPr>
              <w:spacing w:line="247" w:lineRule="auto"/>
              <w:rPr>
                <w:lang w:val="pl-PL"/>
              </w:rPr>
            </w:pPr>
            <w:r w:rsidRPr="009045FD">
              <w:rPr>
                <w:color w:val="000000"/>
                <w:sz w:val="16"/>
                <w:lang w:val="pl-PL"/>
              </w:rPr>
              <w:t>Podstawa programowa określa wymagania łącznie dla klas VII–VIII. Niniejszy dokument przedstawia proponowaną progresję dla klasy VIII. Przed przyjęciem należy uzgodnić zakres z programem nauczania dopuszczonym w szkole, rozkładem materiału i statutem.</w:t>
            </w:r>
          </w:p>
        </w:tc>
      </w:tr>
    </w:tbl>
    <w:p w14:paraId="5DA751D5" w14:textId="77777777" w:rsidR="0063257F" w:rsidRPr="009045FD" w:rsidRDefault="0063257F">
      <w:pPr>
        <w:rPr>
          <w:lang w:val="pl-PL"/>
        </w:rPr>
      </w:pPr>
    </w:p>
    <w:sectPr w:rsidR="0063257F" w:rsidRPr="009045FD" w:rsidSect="00034616">
      <w:headerReference w:type="default" r:id="rId8"/>
      <w:footerReference w:type="default" r:id="rId9"/>
      <w:pgSz w:w="16834" w:h="11909" w:orient="landscape"/>
      <w:pgMar w:top="648" w:right="792" w:bottom="648" w:left="792"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D1A46" w14:textId="77777777" w:rsidR="002C61A0" w:rsidRDefault="002C61A0">
      <w:r>
        <w:separator/>
      </w:r>
    </w:p>
  </w:endnote>
  <w:endnote w:type="continuationSeparator" w:id="0">
    <w:p w14:paraId="18858705" w14:textId="77777777" w:rsidR="002C61A0" w:rsidRDefault="002C6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B9798" w14:textId="77777777" w:rsidR="00F27F33" w:rsidRPr="007F2A5F" w:rsidRDefault="00000000">
    <w:pPr>
      <w:pStyle w:val="Stopka"/>
      <w:jc w:val="center"/>
      <w:rPr>
        <w:lang w:val="pl-PL"/>
      </w:rPr>
    </w:pPr>
    <w:r w:rsidRPr="007F2A5F">
      <w:rPr>
        <w:color w:val="666666"/>
        <w:sz w:val="14"/>
        <w:lang w:val="pl-PL"/>
      </w:rPr>
      <w:t xml:space="preserve">dokument do dostosowania do programu nauczania i statutu szkoły • strona </w:t>
    </w:r>
    <w:r>
      <w:fldChar w:fldCharType="begin"/>
    </w:r>
    <w:r w:rsidRPr="007F2A5F">
      <w:rPr>
        <w:lang w:val="pl-PL"/>
      </w:rPr>
      <w:instrText xml:space="preserve"> PAGE </w:instrText>
    </w:r>
    <w:r>
      <w:fldChar w:fldCharType="separate"/>
    </w:r>
    <w:r w:rsidR="007F2A5F" w:rsidRPr="007F2A5F">
      <w:rPr>
        <w:noProof/>
        <w:lang w:val="pl-P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8F058" w14:textId="77777777" w:rsidR="002C61A0" w:rsidRDefault="002C61A0">
      <w:r>
        <w:separator/>
      </w:r>
    </w:p>
  </w:footnote>
  <w:footnote w:type="continuationSeparator" w:id="0">
    <w:p w14:paraId="7303CBF5" w14:textId="77777777" w:rsidR="002C61A0" w:rsidRDefault="002C6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ECC4" w14:textId="77777777" w:rsidR="00F27F33" w:rsidRPr="007F2A5F" w:rsidRDefault="00000000">
    <w:pPr>
      <w:pStyle w:val="Nagwek"/>
      <w:jc w:val="right"/>
      <w:rPr>
        <w:lang w:val="pl-PL"/>
      </w:rPr>
    </w:pPr>
    <w:r w:rsidRPr="007F2A5F">
      <w:rPr>
        <w:color w:val="666666"/>
        <w:sz w:val="15"/>
        <w:lang w:val="pl-PL"/>
      </w:rPr>
      <w:t>Wymagania edukacyjne • WF • klasa VIII •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ACF4CD7"/>
    <w:multiLevelType w:val="hybridMultilevel"/>
    <w:tmpl w:val="4894AC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ECD6580"/>
    <w:multiLevelType w:val="hybridMultilevel"/>
    <w:tmpl w:val="70B2DD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74266109">
    <w:abstractNumId w:val="8"/>
  </w:num>
  <w:num w:numId="2" w16cid:durableId="992416939">
    <w:abstractNumId w:val="6"/>
  </w:num>
  <w:num w:numId="3" w16cid:durableId="1142651331">
    <w:abstractNumId w:val="5"/>
  </w:num>
  <w:num w:numId="4" w16cid:durableId="1571188893">
    <w:abstractNumId w:val="4"/>
  </w:num>
  <w:num w:numId="5" w16cid:durableId="211963936">
    <w:abstractNumId w:val="7"/>
  </w:num>
  <w:num w:numId="6" w16cid:durableId="1089077424">
    <w:abstractNumId w:val="3"/>
  </w:num>
  <w:num w:numId="7" w16cid:durableId="1788547799">
    <w:abstractNumId w:val="2"/>
  </w:num>
  <w:num w:numId="8" w16cid:durableId="1530215360">
    <w:abstractNumId w:val="1"/>
  </w:num>
  <w:num w:numId="9" w16cid:durableId="1813447990">
    <w:abstractNumId w:val="0"/>
  </w:num>
  <w:num w:numId="10" w16cid:durableId="770197685">
    <w:abstractNumId w:val="10"/>
  </w:num>
  <w:num w:numId="11" w16cid:durableId="14659243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B2D"/>
    <w:rsid w:val="00034616"/>
    <w:rsid w:val="0006063C"/>
    <w:rsid w:val="0015074B"/>
    <w:rsid w:val="0029639D"/>
    <w:rsid w:val="002C61A0"/>
    <w:rsid w:val="00326F90"/>
    <w:rsid w:val="0063257F"/>
    <w:rsid w:val="006D4C00"/>
    <w:rsid w:val="007F2A5F"/>
    <w:rsid w:val="008270E9"/>
    <w:rsid w:val="00902A61"/>
    <w:rsid w:val="009045FD"/>
    <w:rsid w:val="00A46636"/>
    <w:rsid w:val="00AA1D8D"/>
    <w:rsid w:val="00B31397"/>
    <w:rsid w:val="00B47730"/>
    <w:rsid w:val="00CB0664"/>
    <w:rsid w:val="00F07EE2"/>
    <w:rsid w:val="00F27F3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BD0EDC"/>
  <w14:defaultImageDpi w14:val="300"/>
  <w15:docId w15:val="{099CDCD8-213A-4E8C-9CEB-A899D1DEC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9"/>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3660</Words>
  <Characters>21960</Characters>
  <Application>Microsoft Office Word</Application>
  <DocSecurity>0</DocSecurity>
  <Lines>183</Lines>
  <Paragraphs>51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Wymagania edukacyjne z wychowania fizycznego – klasa VIII – 2026/2027</vt:lpstr>
      <vt:lpstr/>
    </vt:vector>
  </TitlesOfParts>
  <Manager/>
  <Company/>
  <LinksUpToDate>false</LinksUpToDate>
  <CharactersWithSpaces>25569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Wymagania edukacyjne z wychowania fizycznego – klasa VIII – 2026/2027</dc:title>
  <dc:subject>Wymagania edukacyjne ze skalą psychomotoryczną 2–6, kryteriami sukcesu i możliwymi dowodami</dc:subject>
  <dc:creator>Feedbackovo</dc:creator>
  <cp:keywords>wychowanie fizyczne, klasa VIII, wymagania edukacyjne, 2026/2027</cp:keywords>
  <dc:description>generated by python-docx</dc:description>
  <cp:lastModifiedBy>Bejbinia</cp:lastModifiedBy>
  <cp:revision>7</cp:revision>
  <dcterms:created xsi:type="dcterms:W3CDTF">2013-12-23T23:15:00Z</dcterms:created>
  <dcterms:modified xsi:type="dcterms:W3CDTF">2026-07-25T17:52:00Z</dcterms:modified>
  <cp:category/>
</cp:coreProperties>
</file>