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E9BE90" w14:textId="77777777" w:rsidR="00770552" w:rsidRPr="002704E0" w:rsidRDefault="00000000">
      <w:pPr>
        <w:spacing w:before="360" w:after="60"/>
        <w:jc w:val="center"/>
        <w:rPr>
          <w:lang w:val="pl-PL"/>
        </w:rPr>
      </w:pPr>
      <w:r w:rsidRPr="002704E0">
        <w:rPr>
          <w:b/>
          <w:color w:val="000000"/>
          <w:sz w:val="54"/>
          <w:lang w:val="pl-PL"/>
        </w:rPr>
        <w:t>WYMAGANIA EDUKACYJNE</w:t>
      </w:r>
    </w:p>
    <w:p w14:paraId="6D407679" w14:textId="77777777" w:rsidR="00770552" w:rsidRPr="002704E0" w:rsidRDefault="00000000">
      <w:pPr>
        <w:spacing w:after="40"/>
        <w:jc w:val="center"/>
        <w:rPr>
          <w:lang w:val="pl-PL"/>
        </w:rPr>
      </w:pPr>
      <w:r w:rsidRPr="002704E0">
        <w:rPr>
          <w:b/>
          <w:color w:val="000000"/>
          <w:sz w:val="38"/>
          <w:lang w:val="pl-PL"/>
        </w:rPr>
        <w:t>WYCHOWANIE FIZYCZNE • KLASA VI</w:t>
      </w:r>
    </w:p>
    <w:p w14:paraId="5D0DE9D4" w14:textId="77777777" w:rsidR="00770552" w:rsidRDefault="00000000">
      <w:pPr>
        <w:spacing w:after="260"/>
        <w:jc w:val="center"/>
        <w:rPr>
          <w:color w:val="000000"/>
          <w:sz w:val="25"/>
          <w:lang w:val="pl-PL"/>
        </w:rPr>
      </w:pPr>
      <w:r w:rsidRPr="002704E0">
        <w:rPr>
          <w:color w:val="000000"/>
          <w:sz w:val="25"/>
          <w:lang w:val="pl-PL"/>
        </w:rPr>
        <w:t xml:space="preserve">rok szkolny 2026/2027 </w:t>
      </w:r>
    </w:p>
    <w:p w14:paraId="79D05D2D" w14:textId="77777777" w:rsidR="009A615A" w:rsidRPr="002704E0" w:rsidRDefault="009A615A">
      <w:pPr>
        <w:spacing w:after="260"/>
        <w:jc w:val="center"/>
        <w:rPr>
          <w:lang w:val="pl-PL"/>
        </w:rPr>
      </w:pPr>
    </w:p>
    <w:tbl>
      <w:tblPr>
        <w:tblW w:w="0" w:type="auto"/>
        <w:jc w:val="center"/>
        <w:tblLayout w:type="fixed"/>
        <w:tblLook w:val="04A0" w:firstRow="1" w:lastRow="0" w:firstColumn="1" w:lastColumn="0" w:noHBand="0" w:noVBand="1"/>
      </w:tblPr>
      <w:tblGrid>
        <w:gridCol w:w="1944"/>
        <w:gridCol w:w="5544"/>
        <w:gridCol w:w="1944"/>
        <w:gridCol w:w="5544"/>
      </w:tblGrid>
      <w:tr w:rsidR="00770552" w:rsidRPr="002704E0" w14:paraId="65DDF133" w14:textId="77777777">
        <w:trPr>
          <w:jc w:val="center"/>
        </w:trPr>
        <w:tc>
          <w:tcPr>
            <w:tcW w:w="1944" w:type="dxa"/>
            <w:tcBorders>
              <w:top w:val="single" w:sz="6" w:space="0" w:color="808080"/>
              <w:left w:val="single" w:sz="6" w:space="0" w:color="808080"/>
              <w:bottom w:val="single" w:sz="6" w:space="0" w:color="808080"/>
              <w:right w:val="single" w:sz="6" w:space="0" w:color="808080"/>
            </w:tcBorders>
            <w:shd w:val="clear" w:color="auto" w:fill="E7E6E6"/>
            <w:tcMar>
              <w:top w:w="80" w:type="dxa"/>
              <w:left w:w="100" w:type="dxa"/>
              <w:bottom w:w="80" w:type="dxa"/>
              <w:right w:w="100" w:type="dxa"/>
            </w:tcMar>
          </w:tcPr>
          <w:p w14:paraId="49938E85" w14:textId="77777777" w:rsidR="00770552" w:rsidRPr="002704E0" w:rsidRDefault="00000000">
            <w:pPr>
              <w:rPr>
                <w:lang w:val="pl-PL"/>
              </w:rPr>
            </w:pPr>
            <w:r w:rsidRPr="002704E0">
              <w:rPr>
                <w:b/>
                <w:color w:val="000000"/>
                <w:sz w:val="17"/>
                <w:lang w:val="pl-PL"/>
              </w:rPr>
              <w:t>Szkoła</w:t>
            </w:r>
          </w:p>
        </w:tc>
        <w:tc>
          <w:tcPr>
            <w:tcW w:w="5544" w:type="dxa"/>
            <w:tcBorders>
              <w:top w:val="single" w:sz="6" w:space="0" w:color="808080"/>
              <w:left w:val="single" w:sz="6" w:space="0" w:color="808080"/>
              <w:bottom w:val="single" w:sz="6" w:space="0" w:color="808080"/>
              <w:right w:val="single" w:sz="6" w:space="0" w:color="808080"/>
            </w:tcBorders>
            <w:tcMar>
              <w:top w:w="80" w:type="dxa"/>
              <w:left w:w="100" w:type="dxa"/>
              <w:bottom w:w="80" w:type="dxa"/>
              <w:right w:w="100" w:type="dxa"/>
            </w:tcMar>
          </w:tcPr>
          <w:p w14:paraId="3CCF51DE" w14:textId="77777777" w:rsidR="00770552" w:rsidRPr="002704E0" w:rsidRDefault="00000000">
            <w:pPr>
              <w:rPr>
                <w:lang w:val="pl-PL"/>
              </w:rPr>
            </w:pPr>
            <w:r w:rsidRPr="002704E0">
              <w:rPr>
                <w:color w:val="000000"/>
                <w:sz w:val="17"/>
                <w:lang w:val="pl-PL"/>
              </w:rPr>
              <w:t>................................................................</w:t>
            </w:r>
          </w:p>
        </w:tc>
        <w:tc>
          <w:tcPr>
            <w:tcW w:w="1944" w:type="dxa"/>
            <w:tcBorders>
              <w:top w:val="single" w:sz="6" w:space="0" w:color="808080"/>
              <w:left w:val="single" w:sz="6" w:space="0" w:color="808080"/>
              <w:bottom w:val="single" w:sz="6" w:space="0" w:color="808080"/>
              <w:right w:val="single" w:sz="6" w:space="0" w:color="808080"/>
            </w:tcBorders>
            <w:shd w:val="clear" w:color="auto" w:fill="E7E6E6"/>
            <w:tcMar>
              <w:top w:w="80" w:type="dxa"/>
              <w:left w:w="100" w:type="dxa"/>
              <w:bottom w:w="80" w:type="dxa"/>
              <w:right w:w="100" w:type="dxa"/>
            </w:tcMar>
          </w:tcPr>
          <w:p w14:paraId="78848B69" w14:textId="77777777" w:rsidR="00770552" w:rsidRPr="002704E0" w:rsidRDefault="00000000">
            <w:pPr>
              <w:rPr>
                <w:lang w:val="pl-PL"/>
              </w:rPr>
            </w:pPr>
            <w:r w:rsidRPr="002704E0">
              <w:rPr>
                <w:b/>
                <w:color w:val="000000"/>
                <w:sz w:val="17"/>
                <w:lang w:val="pl-PL"/>
              </w:rPr>
              <w:t>Nauczyciel</w:t>
            </w:r>
          </w:p>
        </w:tc>
        <w:tc>
          <w:tcPr>
            <w:tcW w:w="5544" w:type="dxa"/>
            <w:tcBorders>
              <w:top w:val="single" w:sz="6" w:space="0" w:color="808080"/>
              <w:left w:val="single" w:sz="6" w:space="0" w:color="808080"/>
              <w:bottom w:val="single" w:sz="6" w:space="0" w:color="808080"/>
              <w:right w:val="single" w:sz="6" w:space="0" w:color="808080"/>
            </w:tcBorders>
            <w:tcMar>
              <w:top w:w="80" w:type="dxa"/>
              <w:left w:w="100" w:type="dxa"/>
              <w:bottom w:w="80" w:type="dxa"/>
              <w:right w:w="100" w:type="dxa"/>
            </w:tcMar>
          </w:tcPr>
          <w:p w14:paraId="0FE52C37" w14:textId="77777777" w:rsidR="00770552" w:rsidRPr="002704E0" w:rsidRDefault="00000000">
            <w:pPr>
              <w:rPr>
                <w:lang w:val="pl-PL"/>
              </w:rPr>
            </w:pPr>
            <w:r w:rsidRPr="002704E0">
              <w:rPr>
                <w:color w:val="000000"/>
                <w:sz w:val="17"/>
                <w:lang w:val="pl-PL"/>
              </w:rPr>
              <w:t>................................................................</w:t>
            </w:r>
          </w:p>
        </w:tc>
      </w:tr>
      <w:tr w:rsidR="00770552" w:rsidRPr="002704E0" w14:paraId="64B1C7A4" w14:textId="77777777">
        <w:trPr>
          <w:jc w:val="center"/>
        </w:trPr>
        <w:tc>
          <w:tcPr>
            <w:tcW w:w="1944" w:type="dxa"/>
            <w:tcBorders>
              <w:top w:val="single" w:sz="6" w:space="0" w:color="808080"/>
              <w:left w:val="single" w:sz="6" w:space="0" w:color="808080"/>
              <w:bottom w:val="single" w:sz="6" w:space="0" w:color="808080"/>
              <w:right w:val="single" w:sz="6" w:space="0" w:color="808080"/>
            </w:tcBorders>
            <w:shd w:val="clear" w:color="auto" w:fill="E7E6E6"/>
            <w:tcMar>
              <w:top w:w="80" w:type="dxa"/>
              <w:left w:w="100" w:type="dxa"/>
              <w:bottom w:w="80" w:type="dxa"/>
              <w:right w:w="100" w:type="dxa"/>
            </w:tcMar>
          </w:tcPr>
          <w:p w14:paraId="0E7B2CB6" w14:textId="77777777" w:rsidR="00770552" w:rsidRPr="002704E0" w:rsidRDefault="00000000">
            <w:pPr>
              <w:rPr>
                <w:lang w:val="pl-PL"/>
              </w:rPr>
            </w:pPr>
            <w:r w:rsidRPr="002704E0">
              <w:rPr>
                <w:b/>
                <w:color w:val="000000"/>
                <w:sz w:val="17"/>
                <w:lang w:val="pl-PL"/>
              </w:rPr>
              <w:t>Program nauczania</w:t>
            </w:r>
          </w:p>
        </w:tc>
        <w:tc>
          <w:tcPr>
            <w:tcW w:w="5544" w:type="dxa"/>
            <w:tcBorders>
              <w:top w:val="single" w:sz="6" w:space="0" w:color="808080"/>
              <w:left w:val="single" w:sz="6" w:space="0" w:color="808080"/>
              <w:bottom w:val="single" w:sz="6" w:space="0" w:color="808080"/>
              <w:right w:val="single" w:sz="6" w:space="0" w:color="808080"/>
            </w:tcBorders>
            <w:tcMar>
              <w:top w:w="80" w:type="dxa"/>
              <w:left w:w="100" w:type="dxa"/>
              <w:bottom w:w="80" w:type="dxa"/>
              <w:right w:w="100" w:type="dxa"/>
            </w:tcMar>
          </w:tcPr>
          <w:p w14:paraId="266F0D46" w14:textId="77777777" w:rsidR="00770552" w:rsidRPr="002704E0" w:rsidRDefault="00000000">
            <w:pPr>
              <w:rPr>
                <w:lang w:val="pl-PL"/>
              </w:rPr>
            </w:pPr>
            <w:r w:rsidRPr="002704E0">
              <w:rPr>
                <w:color w:val="000000"/>
                <w:sz w:val="17"/>
                <w:lang w:val="pl-PL"/>
              </w:rPr>
              <w:t>................................................................</w:t>
            </w:r>
          </w:p>
        </w:tc>
        <w:tc>
          <w:tcPr>
            <w:tcW w:w="1944" w:type="dxa"/>
            <w:tcBorders>
              <w:top w:val="single" w:sz="6" w:space="0" w:color="808080"/>
              <w:left w:val="single" w:sz="6" w:space="0" w:color="808080"/>
              <w:bottom w:val="single" w:sz="6" w:space="0" w:color="808080"/>
              <w:right w:val="single" w:sz="6" w:space="0" w:color="808080"/>
            </w:tcBorders>
            <w:shd w:val="clear" w:color="auto" w:fill="E7E6E6"/>
            <w:tcMar>
              <w:top w:w="80" w:type="dxa"/>
              <w:left w:w="100" w:type="dxa"/>
              <w:bottom w:w="80" w:type="dxa"/>
              <w:right w:w="100" w:type="dxa"/>
            </w:tcMar>
          </w:tcPr>
          <w:p w14:paraId="0D5CF107" w14:textId="77777777" w:rsidR="00770552" w:rsidRPr="002704E0" w:rsidRDefault="00000000">
            <w:pPr>
              <w:rPr>
                <w:lang w:val="pl-PL"/>
              </w:rPr>
            </w:pPr>
            <w:r w:rsidRPr="002704E0">
              <w:rPr>
                <w:b/>
                <w:color w:val="000000"/>
                <w:sz w:val="17"/>
                <w:lang w:val="pl-PL"/>
              </w:rPr>
              <w:t>Data przyjęcia</w:t>
            </w:r>
          </w:p>
        </w:tc>
        <w:tc>
          <w:tcPr>
            <w:tcW w:w="5544" w:type="dxa"/>
            <w:tcBorders>
              <w:top w:val="single" w:sz="6" w:space="0" w:color="808080"/>
              <w:left w:val="single" w:sz="6" w:space="0" w:color="808080"/>
              <w:bottom w:val="single" w:sz="6" w:space="0" w:color="808080"/>
              <w:right w:val="single" w:sz="6" w:space="0" w:color="808080"/>
            </w:tcBorders>
            <w:tcMar>
              <w:top w:w="80" w:type="dxa"/>
              <w:left w:w="100" w:type="dxa"/>
              <w:bottom w:w="80" w:type="dxa"/>
              <w:right w:w="100" w:type="dxa"/>
            </w:tcMar>
          </w:tcPr>
          <w:p w14:paraId="41974EAB" w14:textId="77777777" w:rsidR="00770552" w:rsidRPr="002704E0" w:rsidRDefault="00000000">
            <w:pPr>
              <w:rPr>
                <w:lang w:val="pl-PL"/>
              </w:rPr>
            </w:pPr>
            <w:r w:rsidRPr="002704E0">
              <w:rPr>
                <w:color w:val="000000"/>
                <w:sz w:val="17"/>
                <w:lang w:val="pl-PL"/>
              </w:rPr>
              <w:t>................................................................</w:t>
            </w:r>
          </w:p>
        </w:tc>
      </w:tr>
      <w:tr w:rsidR="00770552" w:rsidRPr="002704E0" w14:paraId="158F2123" w14:textId="77777777">
        <w:trPr>
          <w:jc w:val="center"/>
        </w:trPr>
        <w:tc>
          <w:tcPr>
            <w:tcW w:w="1944" w:type="dxa"/>
            <w:tcBorders>
              <w:top w:val="single" w:sz="6" w:space="0" w:color="808080"/>
              <w:left w:val="single" w:sz="6" w:space="0" w:color="808080"/>
              <w:bottom w:val="single" w:sz="6" w:space="0" w:color="808080"/>
              <w:right w:val="single" w:sz="6" w:space="0" w:color="808080"/>
            </w:tcBorders>
            <w:shd w:val="clear" w:color="auto" w:fill="E7E6E6"/>
            <w:tcMar>
              <w:top w:w="80" w:type="dxa"/>
              <w:left w:w="100" w:type="dxa"/>
              <w:bottom w:w="80" w:type="dxa"/>
              <w:right w:w="100" w:type="dxa"/>
            </w:tcMar>
          </w:tcPr>
          <w:p w14:paraId="1344D066" w14:textId="77777777" w:rsidR="00770552" w:rsidRPr="002704E0" w:rsidRDefault="00000000">
            <w:pPr>
              <w:rPr>
                <w:lang w:val="pl-PL"/>
              </w:rPr>
            </w:pPr>
            <w:r w:rsidRPr="002704E0">
              <w:rPr>
                <w:b/>
                <w:color w:val="000000"/>
                <w:sz w:val="17"/>
                <w:lang w:val="pl-PL"/>
              </w:rPr>
              <w:t>Klasa</w:t>
            </w:r>
          </w:p>
        </w:tc>
        <w:tc>
          <w:tcPr>
            <w:tcW w:w="5544" w:type="dxa"/>
            <w:tcBorders>
              <w:top w:val="single" w:sz="6" w:space="0" w:color="808080"/>
              <w:left w:val="single" w:sz="6" w:space="0" w:color="808080"/>
              <w:bottom w:val="single" w:sz="6" w:space="0" w:color="808080"/>
              <w:right w:val="single" w:sz="6" w:space="0" w:color="808080"/>
            </w:tcBorders>
            <w:tcMar>
              <w:top w:w="80" w:type="dxa"/>
              <w:left w:w="100" w:type="dxa"/>
              <w:bottom w:w="80" w:type="dxa"/>
              <w:right w:w="100" w:type="dxa"/>
            </w:tcMar>
          </w:tcPr>
          <w:p w14:paraId="51FB8928" w14:textId="77777777" w:rsidR="00770552" w:rsidRPr="002704E0" w:rsidRDefault="00000000">
            <w:pPr>
              <w:rPr>
                <w:lang w:val="pl-PL"/>
              </w:rPr>
            </w:pPr>
            <w:r w:rsidRPr="002704E0">
              <w:rPr>
                <w:color w:val="000000"/>
                <w:sz w:val="17"/>
                <w:lang w:val="pl-PL"/>
              </w:rPr>
              <w:t>VI</w:t>
            </w:r>
          </w:p>
        </w:tc>
        <w:tc>
          <w:tcPr>
            <w:tcW w:w="1944" w:type="dxa"/>
            <w:tcBorders>
              <w:top w:val="single" w:sz="6" w:space="0" w:color="808080"/>
              <w:left w:val="single" w:sz="6" w:space="0" w:color="808080"/>
              <w:bottom w:val="single" w:sz="6" w:space="0" w:color="808080"/>
              <w:right w:val="single" w:sz="6" w:space="0" w:color="808080"/>
            </w:tcBorders>
            <w:shd w:val="clear" w:color="auto" w:fill="E7E6E6"/>
            <w:tcMar>
              <w:top w:w="80" w:type="dxa"/>
              <w:left w:w="100" w:type="dxa"/>
              <w:bottom w:w="80" w:type="dxa"/>
              <w:right w:w="100" w:type="dxa"/>
            </w:tcMar>
          </w:tcPr>
          <w:p w14:paraId="39C9B4E6" w14:textId="77777777" w:rsidR="00770552" w:rsidRPr="002704E0" w:rsidRDefault="00000000">
            <w:pPr>
              <w:rPr>
                <w:lang w:val="pl-PL"/>
              </w:rPr>
            </w:pPr>
            <w:r w:rsidRPr="002704E0">
              <w:rPr>
                <w:b/>
                <w:color w:val="000000"/>
                <w:sz w:val="17"/>
                <w:lang w:val="pl-PL"/>
              </w:rPr>
              <w:t>Rok szkolny</w:t>
            </w:r>
          </w:p>
        </w:tc>
        <w:tc>
          <w:tcPr>
            <w:tcW w:w="5544" w:type="dxa"/>
            <w:tcBorders>
              <w:top w:val="single" w:sz="6" w:space="0" w:color="808080"/>
              <w:left w:val="single" w:sz="6" w:space="0" w:color="808080"/>
              <w:bottom w:val="single" w:sz="6" w:space="0" w:color="808080"/>
              <w:right w:val="single" w:sz="6" w:space="0" w:color="808080"/>
            </w:tcBorders>
            <w:tcMar>
              <w:top w:w="80" w:type="dxa"/>
              <w:left w:w="100" w:type="dxa"/>
              <w:bottom w:w="80" w:type="dxa"/>
              <w:right w:w="100" w:type="dxa"/>
            </w:tcMar>
          </w:tcPr>
          <w:p w14:paraId="0A2DAE94" w14:textId="77777777" w:rsidR="00770552" w:rsidRPr="002704E0" w:rsidRDefault="00000000">
            <w:pPr>
              <w:rPr>
                <w:lang w:val="pl-PL"/>
              </w:rPr>
            </w:pPr>
            <w:r w:rsidRPr="002704E0">
              <w:rPr>
                <w:color w:val="000000"/>
                <w:sz w:val="17"/>
                <w:lang w:val="pl-PL"/>
              </w:rPr>
              <w:t>2026/2027</w:t>
            </w:r>
          </w:p>
        </w:tc>
      </w:tr>
    </w:tbl>
    <w:p w14:paraId="07EE6158" w14:textId="77777777" w:rsidR="009A615A" w:rsidRDefault="009A615A">
      <w:pPr>
        <w:rPr>
          <w:lang w:val="pl-PL"/>
        </w:rPr>
      </w:pPr>
    </w:p>
    <w:p w14:paraId="1E1C0104" w14:textId="77777777" w:rsidR="0009332E" w:rsidRPr="002704E0" w:rsidRDefault="0009332E">
      <w:pPr>
        <w:rPr>
          <w:lang w:val="pl-PL"/>
        </w:rPr>
      </w:pPr>
    </w:p>
    <w:tbl>
      <w:tblPr>
        <w:tblW w:w="0" w:type="auto"/>
        <w:jc w:val="center"/>
        <w:tblLayout w:type="fixed"/>
        <w:tblLook w:val="04A0" w:firstRow="1" w:lastRow="0" w:firstColumn="1" w:lastColumn="0" w:noHBand="0" w:noVBand="1"/>
      </w:tblPr>
      <w:tblGrid>
        <w:gridCol w:w="7560"/>
        <w:gridCol w:w="7560"/>
      </w:tblGrid>
      <w:tr w:rsidR="00770552" w:rsidRPr="00047F0F" w14:paraId="51BC648B" w14:textId="77777777">
        <w:trPr>
          <w:jc w:val="center"/>
        </w:trPr>
        <w:tc>
          <w:tcPr>
            <w:tcW w:w="7560" w:type="dxa"/>
            <w:tcBorders>
              <w:top w:val="single" w:sz="8" w:space="0" w:color="000000"/>
              <w:left w:val="single" w:sz="8" w:space="0" w:color="000000"/>
              <w:bottom w:val="single" w:sz="8" w:space="0" w:color="000000"/>
              <w:right w:val="single" w:sz="8" w:space="0" w:color="000000"/>
            </w:tcBorders>
            <w:shd w:val="clear" w:color="auto" w:fill="F2F2F2"/>
            <w:tcMar>
              <w:top w:w="110" w:type="dxa"/>
              <w:left w:w="135" w:type="dxa"/>
              <w:bottom w:w="110" w:type="dxa"/>
              <w:right w:w="135" w:type="dxa"/>
            </w:tcMar>
          </w:tcPr>
          <w:p w14:paraId="5F192FBA" w14:textId="77777777" w:rsidR="00770552" w:rsidRPr="002704E0" w:rsidRDefault="00000000">
            <w:pPr>
              <w:rPr>
                <w:lang w:val="pl-PL"/>
              </w:rPr>
            </w:pPr>
            <w:r w:rsidRPr="002704E0">
              <w:rPr>
                <w:b/>
                <w:color w:val="000000"/>
                <w:sz w:val="21"/>
                <w:lang w:val="pl-PL"/>
              </w:rPr>
              <w:t>JAK KORZYSTAĆ Z DOKUMENTU</w:t>
            </w:r>
          </w:p>
          <w:p w14:paraId="6448ECB4" w14:textId="77777777" w:rsidR="00770552" w:rsidRPr="002704E0" w:rsidRDefault="00000000" w:rsidP="00047F0F">
            <w:pPr>
              <w:pStyle w:val="Listapunktowana"/>
              <w:numPr>
                <w:ilvl w:val="0"/>
                <w:numId w:val="10"/>
              </w:numPr>
              <w:rPr>
                <w:lang w:val="pl-PL"/>
              </w:rPr>
            </w:pPr>
            <w:r w:rsidRPr="002704E0">
              <w:rPr>
                <w:color w:val="000000"/>
                <w:sz w:val="16"/>
                <w:lang w:val="pl-PL"/>
              </w:rPr>
              <w:t>Każdy obszar zawiera zakres wymagania, kryteria sukcesu, możliwe dowody i skalę osiągnięć 2–6.</w:t>
            </w:r>
          </w:p>
          <w:p w14:paraId="5CAD9213" w14:textId="77777777" w:rsidR="00770552" w:rsidRPr="002704E0" w:rsidRDefault="00000000" w:rsidP="00047F0F">
            <w:pPr>
              <w:pStyle w:val="Listapunktowana"/>
              <w:numPr>
                <w:ilvl w:val="0"/>
                <w:numId w:val="10"/>
              </w:numPr>
              <w:rPr>
                <w:lang w:val="pl-PL"/>
              </w:rPr>
            </w:pPr>
            <w:r w:rsidRPr="002704E0">
              <w:rPr>
                <w:color w:val="000000"/>
                <w:sz w:val="16"/>
                <w:lang w:val="pl-PL"/>
              </w:rPr>
              <w:t>Katalog dowodów jest otwarty; uczeń nie musi wykonywać wszystkich wymienionych form.</w:t>
            </w:r>
          </w:p>
          <w:p w14:paraId="09C9D732" w14:textId="77777777" w:rsidR="00770552" w:rsidRPr="002704E0" w:rsidRDefault="00000000" w:rsidP="00047F0F">
            <w:pPr>
              <w:pStyle w:val="Listapunktowana"/>
              <w:numPr>
                <w:ilvl w:val="0"/>
                <w:numId w:val="10"/>
              </w:numPr>
              <w:rPr>
                <w:lang w:val="pl-PL"/>
              </w:rPr>
            </w:pPr>
            <w:r w:rsidRPr="002704E0">
              <w:rPr>
                <w:color w:val="000000"/>
                <w:sz w:val="16"/>
                <w:lang w:val="pl-PL"/>
              </w:rPr>
              <w:t>Wyższa ocena oznacza większą samodzielność, poprawność, celowość i odpowiedzialność, a nie lepsze predyspozycje.</w:t>
            </w:r>
          </w:p>
          <w:p w14:paraId="1F51490C" w14:textId="77777777" w:rsidR="00770552" w:rsidRPr="002704E0" w:rsidRDefault="00000000" w:rsidP="00047F0F">
            <w:pPr>
              <w:pStyle w:val="Listapunktowana"/>
              <w:numPr>
                <w:ilvl w:val="0"/>
                <w:numId w:val="10"/>
              </w:numPr>
              <w:rPr>
                <w:lang w:val="pl-PL"/>
              </w:rPr>
            </w:pPr>
            <w:r w:rsidRPr="002704E0">
              <w:rPr>
                <w:color w:val="000000"/>
                <w:sz w:val="16"/>
                <w:lang w:val="pl-PL"/>
              </w:rPr>
              <w:t>Ocena klasyfikacyjna wynika z wielu obserwacji i nie jest automatyczną średnią.</w:t>
            </w:r>
          </w:p>
          <w:p w14:paraId="0C6C0776" w14:textId="77777777" w:rsidR="00383C10" w:rsidRPr="0009332E" w:rsidRDefault="00000000" w:rsidP="00047F0F">
            <w:pPr>
              <w:pStyle w:val="Listapunktowana"/>
              <w:numPr>
                <w:ilvl w:val="0"/>
                <w:numId w:val="10"/>
              </w:numPr>
              <w:rPr>
                <w:lang w:val="pl-PL"/>
              </w:rPr>
            </w:pPr>
            <w:r w:rsidRPr="0009332E">
              <w:rPr>
                <w:sz w:val="16"/>
                <w:lang w:val="pl-PL"/>
              </w:rPr>
              <w:t>Skala poziomów, kryteria sukcesu i możliwe dowody osiągnięcia umiejętności są metodycznym rozwinięciem dokumentu, a nie odrębnymi wymaganiami ustanowionymi w przepisach.</w:t>
            </w:r>
          </w:p>
          <w:p w14:paraId="2766F2E4" w14:textId="77777777" w:rsidR="00383C10" w:rsidRPr="0009332E" w:rsidRDefault="00000000" w:rsidP="00047F0F">
            <w:pPr>
              <w:pStyle w:val="Listapunktowana"/>
              <w:numPr>
                <w:ilvl w:val="0"/>
                <w:numId w:val="10"/>
              </w:numPr>
              <w:rPr>
                <w:lang w:val="pl-PL"/>
              </w:rPr>
            </w:pPr>
            <w:r w:rsidRPr="0009332E">
              <w:rPr>
                <w:sz w:val="16"/>
                <w:lang w:val="pl-PL"/>
              </w:rPr>
              <w:t>Prowadzenie grupy jest jedną z możliwych form. Równoważnym dowodem może być zaprojektowanie, samodzielna realizacja, udokumentowanie lub ocena rozwiązania.</w:t>
            </w:r>
          </w:p>
        </w:tc>
        <w:tc>
          <w:tcPr>
            <w:tcW w:w="7560" w:type="dxa"/>
            <w:tcBorders>
              <w:top w:val="single" w:sz="8" w:space="0" w:color="000000"/>
              <w:left w:val="single" w:sz="8" w:space="0" w:color="000000"/>
              <w:bottom w:val="single" w:sz="8" w:space="0" w:color="000000"/>
              <w:right w:val="single" w:sz="8" w:space="0" w:color="000000"/>
            </w:tcBorders>
            <w:tcMar>
              <w:top w:w="110" w:type="dxa"/>
              <w:left w:w="135" w:type="dxa"/>
              <w:bottom w:w="110" w:type="dxa"/>
              <w:right w:w="135" w:type="dxa"/>
            </w:tcMar>
          </w:tcPr>
          <w:p w14:paraId="3380D112" w14:textId="77777777" w:rsidR="00770552" w:rsidRPr="002704E0" w:rsidRDefault="00000000">
            <w:pPr>
              <w:rPr>
                <w:lang w:val="pl-PL"/>
              </w:rPr>
            </w:pPr>
            <w:r w:rsidRPr="002704E0">
              <w:rPr>
                <w:b/>
                <w:color w:val="000000"/>
                <w:sz w:val="21"/>
                <w:lang w:val="pl-PL"/>
              </w:rPr>
              <w:t>PODSTAWA PRAWNA I ZAKRES</w:t>
            </w:r>
          </w:p>
          <w:p w14:paraId="6FE17AE0" w14:textId="77777777" w:rsidR="00770552" w:rsidRPr="002704E0" w:rsidRDefault="00000000" w:rsidP="00047F0F">
            <w:pPr>
              <w:pStyle w:val="Listapunktowana"/>
              <w:numPr>
                <w:ilvl w:val="0"/>
                <w:numId w:val="11"/>
              </w:numPr>
              <w:rPr>
                <w:lang w:val="pl-PL"/>
              </w:rPr>
            </w:pPr>
            <w:r w:rsidRPr="002704E0">
              <w:rPr>
                <w:color w:val="000000"/>
                <w:sz w:val="16"/>
                <w:lang w:val="pl-PL"/>
              </w:rPr>
              <w:t>Podstawa programowa z 2017 r. w brzmieniu nadanym rozporządzeniem Ministra Edukacji z 21 lipca 2025 r. (Dz.U. 2025 poz. 1052), stosowana w klasie VI w roku szkolnym 2026/2027.</w:t>
            </w:r>
          </w:p>
          <w:p w14:paraId="3833CD53" w14:textId="77777777" w:rsidR="00770552" w:rsidRPr="002704E0" w:rsidRDefault="00000000" w:rsidP="00047F0F">
            <w:pPr>
              <w:pStyle w:val="Listapunktowana"/>
              <w:numPr>
                <w:ilvl w:val="0"/>
                <w:numId w:val="11"/>
              </w:numPr>
              <w:rPr>
                <w:lang w:val="pl-PL"/>
              </w:rPr>
            </w:pPr>
            <w:r w:rsidRPr="002704E0">
              <w:rPr>
                <w:color w:val="000000"/>
                <w:sz w:val="16"/>
                <w:lang w:val="pl-PL"/>
              </w:rPr>
              <w:t>Podstawa określa wymagania łącznie dla klas V–VI; podział na klasę VI jest propozycją operacyjną i musi odpowiadać programowi nauczania.</w:t>
            </w:r>
          </w:p>
          <w:p w14:paraId="3658BCFF" w14:textId="77777777" w:rsidR="00770552" w:rsidRPr="002704E0" w:rsidRDefault="00000000" w:rsidP="00047F0F">
            <w:pPr>
              <w:pStyle w:val="Listapunktowana"/>
              <w:numPr>
                <w:ilvl w:val="0"/>
                <w:numId w:val="11"/>
              </w:numPr>
              <w:rPr>
                <w:lang w:val="pl-PL"/>
              </w:rPr>
            </w:pPr>
            <w:r w:rsidRPr="002704E0">
              <w:rPr>
                <w:color w:val="000000"/>
                <w:sz w:val="16"/>
                <w:lang w:val="pl-PL"/>
              </w:rPr>
              <w:t>Przy ustalaniu oceny z WF bierze się przede wszystkim pod uwagę wysiłek, a także systematyczność udziału i aktywność na rzecz kultury fizycznej.</w:t>
            </w:r>
          </w:p>
          <w:p w14:paraId="0557664C" w14:textId="77777777" w:rsidR="00770552" w:rsidRPr="002704E0" w:rsidRDefault="00000000" w:rsidP="00047F0F">
            <w:pPr>
              <w:pStyle w:val="Listapunktowana"/>
              <w:numPr>
                <w:ilvl w:val="0"/>
                <w:numId w:val="11"/>
              </w:numPr>
              <w:rPr>
                <w:lang w:val="pl-PL"/>
              </w:rPr>
            </w:pPr>
            <w:r w:rsidRPr="002704E0">
              <w:rPr>
                <w:color w:val="000000"/>
                <w:sz w:val="16"/>
                <w:lang w:val="pl-PL"/>
              </w:rPr>
              <w:t>Wymagania dostosowuje się do potrzeb rozwojowych, edukacyjnych i możliwości psychofizycznych ucznia.</w:t>
            </w:r>
          </w:p>
          <w:p w14:paraId="04FC150E" w14:textId="77777777" w:rsidR="00383C10" w:rsidRPr="0009332E" w:rsidRDefault="00000000" w:rsidP="00047F0F">
            <w:pPr>
              <w:pStyle w:val="Listapunktowana"/>
              <w:numPr>
                <w:ilvl w:val="0"/>
                <w:numId w:val="11"/>
              </w:numPr>
              <w:rPr>
                <w:lang w:val="pl-PL"/>
              </w:rPr>
            </w:pPr>
            <w:r w:rsidRPr="0009332E">
              <w:rPr>
                <w:sz w:val="16"/>
                <w:lang w:val="pl-PL"/>
              </w:rPr>
              <w:t>Pojedyncza nieobecność lub brak stroju nie stanowią samodzielnej podstawy wystawienia stopnia. Przy ustalaniu oceny uwzględnia się systematyczność aktywnego udziału ucznia w zajęciach, zgodnie z przepisami i statutem szkoły.</w:t>
            </w:r>
          </w:p>
          <w:p w14:paraId="55C06A57" w14:textId="77777777" w:rsidR="00383C10" w:rsidRPr="0009332E" w:rsidRDefault="00000000" w:rsidP="00047F0F">
            <w:pPr>
              <w:pStyle w:val="Listapunktowana"/>
              <w:numPr>
                <w:ilvl w:val="0"/>
                <w:numId w:val="11"/>
              </w:numPr>
              <w:rPr>
                <w:lang w:val="pl-PL"/>
              </w:rPr>
            </w:pPr>
            <w:r w:rsidRPr="0009332E">
              <w:rPr>
                <w:b/>
                <w:sz w:val="16"/>
                <w:lang w:val="pl-PL"/>
              </w:rPr>
              <w:t>Ocena niedostateczna (1):</w:t>
            </w:r>
            <w:r w:rsidRPr="0009332E">
              <w:rPr>
                <w:sz w:val="16"/>
                <w:lang w:val="pl-PL"/>
              </w:rPr>
              <w:t xml:space="preserve"> nie tworzy się odrębnego katalogu treści. Ocenę 1 ustala się, gdy uczeń – mimo dostosowania wymagań, wsparcia, informacji zwrotnej i możliwości poprawy – nie przedstawia powtarzalnych dowodów osiągnięcia minimalnego poziomu określonego na ocenę 2.</w:t>
            </w:r>
          </w:p>
        </w:tc>
      </w:tr>
    </w:tbl>
    <w:p w14:paraId="436A19A3" w14:textId="77777777" w:rsidR="009A615A" w:rsidRDefault="009A615A">
      <w:pPr>
        <w:spacing w:before="60" w:after="40"/>
        <w:jc w:val="center"/>
        <w:rPr>
          <w:b/>
          <w:color w:val="000000"/>
          <w:sz w:val="56"/>
          <w:szCs w:val="32"/>
          <w:lang w:val="pl-PL"/>
        </w:rPr>
      </w:pPr>
    </w:p>
    <w:p w14:paraId="586666B1" w14:textId="77777777" w:rsidR="009A615A" w:rsidRDefault="009A615A">
      <w:pPr>
        <w:spacing w:before="60" w:after="40"/>
        <w:jc w:val="center"/>
        <w:rPr>
          <w:b/>
          <w:color w:val="000000"/>
          <w:sz w:val="56"/>
          <w:szCs w:val="32"/>
          <w:lang w:val="pl-PL"/>
        </w:rPr>
      </w:pPr>
    </w:p>
    <w:p w14:paraId="6B7E8464" w14:textId="77777777" w:rsidR="009A615A" w:rsidRDefault="009A615A">
      <w:pPr>
        <w:spacing w:before="60" w:after="40"/>
        <w:jc w:val="center"/>
        <w:rPr>
          <w:b/>
          <w:color w:val="000000"/>
          <w:sz w:val="56"/>
          <w:szCs w:val="32"/>
          <w:lang w:val="pl-PL"/>
        </w:rPr>
      </w:pPr>
    </w:p>
    <w:p w14:paraId="63F674BD" w14:textId="77777777" w:rsidR="009A615A" w:rsidRDefault="009A615A">
      <w:pPr>
        <w:spacing w:before="60" w:after="40"/>
        <w:jc w:val="center"/>
        <w:rPr>
          <w:b/>
          <w:color w:val="000000"/>
          <w:sz w:val="56"/>
          <w:szCs w:val="32"/>
          <w:lang w:val="pl-PL"/>
        </w:rPr>
      </w:pPr>
    </w:p>
    <w:p w14:paraId="00E96E7A" w14:textId="77777777" w:rsidR="009A615A" w:rsidRDefault="009A615A">
      <w:pPr>
        <w:spacing w:before="60" w:after="40"/>
        <w:jc w:val="center"/>
        <w:rPr>
          <w:b/>
          <w:color w:val="000000"/>
          <w:sz w:val="56"/>
          <w:szCs w:val="32"/>
          <w:lang w:val="pl-PL"/>
        </w:rPr>
      </w:pPr>
    </w:p>
    <w:p w14:paraId="163FDC72" w14:textId="77777777" w:rsidR="00770552" w:rsidRPr="002704E0" w:rsidRDefault="00000000">
      <w:pPr>
        <w:spacing w:before="60" w:after="40"/>
        <w:jc w:val="center"/>
        <w:rPr>
          <w:sz w:val="24"/>
          <w:szCs w:val="32"/>
          <w:lang w:val="pl-PL"/>
        </w:rPr>
      </w:pPr>
      <w:r w:rsidRPr="002704E0">
        <w:rPr>
          <w:b/>
          <w:color w:val="000000"/>
          <w:sz w:val="56"/>
          <w:szCs w:val="32"/>
          <w:lang w:val="pl-PL"/>
        </w:rPr>
        <w:t>TAKSONOMIA OCEN 2–6</w:t>
      </w:r>
    </w:p>
    <w:p w14:paraId="2AF8B5A4" w14:textId="12FC0BC2" w:rsidR="00770552" w:rsidRPr="002704E0" w:rsidRDefault="00000000">
      <w:pPr>
        <w:spacing w:after="140"/>
        <w:jc w:val="center"/>
        <w:rPr>
          <w:sz w:val="24"/>
          <w:szCs w:val="32"/>
          <w:lang w:val="pl-PL"/>
        </w:rPr>
      </w:pPr>
      <w:r w:rsidRPr="002704E0">
        <w:rPr>
          <w:b/>
          <w:color w:val="000000"/>
          <w:sz w:val="40"/>
          <w:szCs w:val="32"/>
          <w:lang w:val="pl-PL"/>
        </w:rPr>
        <w:t xml:space="preserve">Wychowanie fizyczne </w:t>
      </w:r>
    </w:p>
    <w:tbl>
      <w:tblPr>
        <w:tblW w:w="0" w:type="auto"/>
        <w:jc w:val="center"/>
        <w:tblLayout w:type="fixed"/>
        <w:tblLook w:val="04A0" w:firstRow="1" w:lastRow="0" w:firstColumn="1" w:lastColumn="0" w:noHBand="0" w:noVBand="1"/>
      </w:tblPr>
      <w:tblGrid>
        <w:gridCol w:w="3038"/>
        <w:gridCol w:w="3038"/>
        <w:gridCol w:w="3038"/>
        <w:gridCol w:w="3038"/>
        <w:gridCol w:w="3038"/>
      </w:tblGrid>
      <w:tr w:rsidR="00770552" w:rsidRPr="002704E0" w14:paraId="2570F166" w14:textId="77777777">
        <w:trPr>
          <w:tblHeader/>
          <w:jc w:val="center"/>
        </w:trPr>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90" w:type="dxa"/>
              <w:left w:w="90" w:type="dxa"/>
              <w:bottom w:w="90" w:type="dxa"/>
              <w:right w:w="90" w:type="dxa"/>
            </w:tcMar>
            <w:vAlign w:val="center"/>
          </w:tcPr>
          <w:p w14:paraId="225D2AB6" w14:textId="77777777" w:rsidR="00770552" w:rsidRPr="002704E0" w:rsidRDefault="00000000">
            <w:pPr>
              <w:jc w:val="center"/>
              <w:rPr>
                <w:sz w:val="24"/>
                <w:szCs w:val="32"/>
                <w:lang w:val="pl-PL"/>
              </w:rPr>
            </w:pPr>
            <w:r w:rsidRPr="002704E0">
              <w:rPr>
                <w:b/>
                <w:color w:val="000000"/>
                <w:sz w:val="48"/>
                <w:szCs w:val="32"/>
                <w:lang w:val="pl-PL"/>
              </w:rPr>
              <w:t>2</w:t>
            </w:r>
          </w:p>
          <w:p w14:paraId="6B3C46F1" w14:textId="77777777" w:rsidR="00770552" w:rsidRPr="002704E0" w:rsidRDefault="00000000">
            <w:pPr>
              <w:jc w:val="center"/>
              <w:rPr>
                <w:sz w:val="24"/>
                <w:szCs w:val="32"/>
                <w:lang w:val="pl-PL"/>
              </w:rPr>
            </w:pPr>
            <w:r w:rsidRPr="002704E0">
              <w:rPr>
                <w:b/>
                <w:color w:val="000000"/>
                <w:sz w:val="22"/>
                <w:szCs w:val="32"/>
                <w:lang w:val="pl-PL"/>
              </w:rPr>
              <w:t>DOPUSZCZAJĄCA</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90" w:type="dxa"/>
              <w:left w:w="90" w:type="dxa"/>
              <w:bottom w:w="90" w:type="dxa"/>
              <w:right w:w="90" w:type="dxa"/>
            </w:tcMar>
            <w:vAlign w:val="center"/>
          </w:tcPr>
          <w:p w14:paraId="027A844D" w14:textId="77777777" w:rsidR="00770552" w:rsidRPr="002704E0" w:rsidRDefault="00000000">
            <w:pPr>
              <w:jc w:val="center"/>
              <w:rPr>
                <w:sz w:val="24"/>
                <w:szCs w:val="32"/>
                <w:lang w:val="pl-PL"/>
              </w:rPr>
            </w:pPr>
            <w:r w:rsidRPr="002704E0">
              <w:rPr>
                <w:b/>
                <w:color w:val="000000"/>
                <w:sz w:val="48"/>
                <w:szCs w:val="32"/>
                <w:lang w:val="pl-PL"/>
              </w:rPr>
              <w:t>3</w:t>
            </w:r>
          </w:p>
          <w:p w14:paraId="313239B1" w14:textId="77777777" w:rsidR="00770552" w:rsidRPr="002704E0" w:rsidRDefault="00000000">
            <w:pPr>
              <w:jc w:val="center"/>
              <w:rPr>
                <w:sz w:val="24"/>
                <w:szCs w:val="32"/>
                <w:lang w:val="pl-PL"/>
              </w:rPr>
            </w:pPr>
            <w:r w:rsidRPr="002704E0">
              <w:rPr>
                <w:b/>
                <w:color w:val="000000"/>
                <w:sz w:val="22"/>
                <w:szCs w:val="32"/>
                <w:lang w:val="pl-PL"/>
              </w:rPr>
              <w:t>DOSTATECZNA</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90" w:type="dxa"/>
              <w:left w:w="90" w:type="dxa"/>
              <w:bottom w:w="90" w:type="dxa"/>
              <w:right w:w="90" w:type="dxa"/>
            </w:tcMar>
            <w:vAlign w:val="center"/>
          </w:tcPr>
          <w:p w14:paraId="6EDC0C39" w14:textId="77777777" w:rsidR="00770552" w:rsidRPr="002704E0" w:rsidRDefault="00000000">
            <w:pPr>
              <w:jc w:val="center"/>
              <w:rPr>
                <w:sz w:val="24"/>
                <w:szCs w:val="32"/>
                <w:lang w:val="pl-PL"/>
              </w:rPr>
            </w:pPr>
            <w:r w:rsidRPr="002704E0">
              <w:rPr>
                <w:b/>
                <w:color w:val="000000"/>
                <w:sz w:val="48"/>
                <w:szCs w:val="32"/>
                <w:lang w:val="pl-PL"/>
              </w:rPr>
              <w:t>4</w:t>
            </w:r>
          </w:p>
          <w:p w14:paraId="0ACDDE25" w14:textId="77777777" w:rsidR="00770552" w:rsidRPr="002704E0" w:rsidRDefault="00000000">
            <w:pPr>
              <w:jc w:val="center"/>
              <w:rPr>
                <w:sz w:val="24"/>
                <w:szCs w:val="32"/>
                <w:lang w:val="pl-PL"/>
              </w:rPr>
            </w:pPr>
            <w:r w:rsidRPr="002704E0">
              <w:rPr>
                <w:b/>
                <w:color w:val="000000"/>
                <w:sz w:val="22"/>
                <w:szCs w:val="32"/>
                <w:lang w:val="pl-PL"/>
              </w:rPr>
              <w:t>DOBRA</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90" w:type="dxa"/>
              <w:left w:w="90" w:type="dxa"/>
              <w:bottom w:w="90" w:type="dxa"/>
              <w:right w:w="90" w:type="dxa"/>
            </w:tcMar>
            <w:vAlign w:val="center"/>
          </w:tcPr>
          <w:p w14:paraId="16CFF99A" w14:textId="77777777" w:rsidR="00770552" w:rsidRPr="002704E0" w:rsidRDefault="00000000">
            <w:pPr>
              <w:jc w:val="center"/>
              <w:rPr>
                <w:sz w:val="24"/>
                <w:szCs w:val="32"/>
                <w:lang w:val="pl-PL"/>
              </w:rPr>
            </w:pPr>
            <w:r w:rsidRPr="002704E0">
              <w:rPr>
                <w:b/>
                <w:color w:val="000000"/>
                <w:sz w:val="48"/>
                <w:szCs w:val="32"/>
                <w:lang w:val="pl-PL"/>
              </w:rPr>
              <w:t>5</w:t>
            </w:r>
          </w:p>
          <w:p w14:paraId="43A73959" w14:textId="77777777" w:rsidR="00770552" w:rsidRPr="002704E0" w:rsidRDefault="00000000">
            <w:pPr>
              <w:jc w:val="center"/>
              <w:rPr>
                <w:sz w:val="24"/>
                <w:szCs w:val="32"/>
                <w:lang w:val="pl-PL"/>
              </w:rPr>
            </w:pPr>
            <w:r w:rsidRPr="002704E0">
              <w:rPr>
                <w:b/>
                <w:color w:val="000000"/>
                <w:sz w:val="22"/>
                <w:szCs w:val="32"/>
                <w:lang w:val="pl-PL"/>
              </w:rPr>
              <w:t>BARDZO DOBRA</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90" w:type="dxa"/>
              <w:left w:w="90" w:type="dxa"/>
              <w:bottom w:w="90" w:type="dxa"/>
              <w:right w:w="90" w:type="dxa"/>
            </w:tcMar>
            <w:vAlign w:val="center"/>
          </w:tcPr>
          <w:p w14:paraId="014FF236" w14:textId="77777777" w:rsidR="00770552" w:rsidRPr="002704E0" w:rsidRDefault="00000000">
            <w:pPr>
              <w:jc w:val="center"/>
              <w:rPr>
                <w:sz w:val="24"/>
                <w:szCs w:val="32"/>
                <w:lang w:val="pl-PL"/>
              </w:rPr>
            </w:pPr>
            <w:r w:rsidRPr="002704E0">
              <w:rPr>
                <w:b/>
                <w:color w:val="000000"/>
                <w:sz w:val="48"/>
                <w:szCs w:val="32"/>
                <w:lang w:val="pl-PL"/>
              </w:rPr>
              <w:t>6</w:t>
            </w:r>
          </w:p>
          <w:p w14:paraId="730BC427" w14:textId="77777777" w:rsidR="00770552" w:rsidRPr="002704E0" w:rsidRDefault="00000000">
            <w:pPr>
              <w:jc w:val="center"/>
              <w:rPr>
                <w:sz w:val="24"/>
                <w:szCs w:val="32"/>
                <w:lang w:val="pl-PL"/>
              </w:rPr>
            </w:pPr>
            <w:r w:rsidRPr="002704E0">
              <w:rPr>
                <w:b/>
                <w:color w:val="000000"/>
                <w:sz w:val="22"/>
                <w:szCs w:val="32"/>
                <w:lang w:val="pl-PL"/>
              </w:rPr>
              <w:t>CELUJĄCA</w:t>
            </w:r>
          </w:p>
        </w:tc>
      </w:tr>
      <w:tr w:rsidR="00770552" w:rsidRPr="00047F0F" w14:paraId="0D4D54F8" w14:textId="77777777">
        <w:trPr>
          <w:cantSplit/>
          <w:jc w:val="center"/>
        </w:trPr>
        <w:tc>
          <w:tcPr>
            <w:tcW w:w="30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8E9A45A" w14:textId="77777777" w:rsidR="00770552" w:rsidRPr="002704E0" w:rsidRDefault="00000000">
            <w:pPr>
              <w:spacing w:after="80"/>
              <w:jc w:val="center"/>
              <w:rPr>
                <w:sz w:val="24"/>
                <w:szCs w:val="32"/>
                <w:lang w:val="pl-PL"/>
              </w:rPr>
            </w:pPr>
            <w:r w:rsidRPr="002704E0">
              <w:rPr>
                <w:b/>
                <w:color w:val="000000"/>
                <w:sz w:val="22"/>
                <w:szCs w:val="32"/>
                <w:lang w:val="pl-PL"/>
              </w:rPr>
              <w:t>Uczeń z pomocą:</w:t>
            </w:r>
          </w:p>
          <w:p w14:paraId="365309C8" w14:textId="77777777" w:rsidR="00770552" w:rsidRPr="002704E0" w:rsidRDefault="00000000">
            <w:pPr>
              <w:pStyle w:val="Listapunktowana"/>
              <w:spacing w:after="60" w:line="245" w:lineRule="auto"/>
              <w:ind w:left="158" w:hanging="130"/>
              <w:rPr>
                <w:sz w:val="24"/>
                <w:szCs w:val="32"/>
                <w:lang w:val="pl-PL"/>
              </w:rPr>
            </w:pPr>
            <w:r w:rsidRPr="002704E0">
              <w:rPr>
                <w:color w:val="000000"/>
                <w:sz w:val="22"/>
                <w:szCs w:val="32"/>
                <w:lang w:val="pl-PL"/>
              </w:rPr>
              <w:t>wykonuje proste zadanie ruchowe po pokazie lub instrukcji</w:t>
            </w:r>
          </w:p>
          <w:p w14:paraId="2AAB0584" w14:textId="77777777" w:rsidR="00770552" w:rsidRPr="002704E0" w:rsidRDefault="00000000">
            <w:pPr>
              <w:pStyle w:val="Listapunktowana"/>
              <w:spacing w:after="60" w:line="245" w:lineRule="auto"/>
              <w:ind w:left="158" w:hanging="130"/>
              <w:rPr>
                <w:sz w:val="24"/>
                <w:szCs w:val="32"/>
                <w:lang w:val="pl-PL"/>
              </w:rPr>
            </w:pPr>
            <w:r w:rsidRPr="002704E0">
              <w:rPr>
                <w:color w:val="000000"/>
                <w:sz w:val="22"/>
                <w:szCs w:val="32"/>
                <w:lang w:val="pl-PL"/>
              </w:rPr>
              <w:t>podejmuje próbę działania, choć potrzebuje wsparcia</w:t>
            </w:r>
          </w:p>
          <w:p w14:paraId="7DFF53D8" w14:textId="77777777" w:rsidR="00770552" w:rsidRPr="002704E0" w:rsidRDefault="00000000">
            <w:pPr>
              <w:pStyle w:val="Listapunktowana"/>
              <w:spacing w:after="60" w:line="245" w:lineRule="auto"/>
              <w:ind w:left="158" w:hanging="130"/>
              <w:rPr>
                <w:sz w:val="24"/>
                <w:szCs w:val="32"/>
                <w:lang w:val="pl-PL"/>
              </w:rPr>
            </w:pPr>
            <w:r w:rsidRPr="002704E0">
              <w:rPr>
                <w:color w:val="000000"/>
                <w:sz w:val="22"/>
                <w:szCs w:val="32"/>
                <w:lang w:val="pl-PL"/>
              </w:rPr>
              <w:t>stosuje podstawowe zasady bezpieczeństwa po przypomnieniu</w:t>
            </w:r>
          </w:p>
          <w:p w14:paraId="47407CD4" w14:textId="77777777" w:rsidR="00770552" w:rsidRPr="002704E0" w:rsidRDefault="00000000">
            <w:pPr>
              <w:pStyle w:val="Listapunktowana"/>
              <w:spacing w:after="60" w:line="245" w:lineRule="auto"/>
              <w:ind w:left="158" w:hanging="130"/>
              <w:rPr>
                <w:sz w:val="24"/>
                <w:szCs w:val="32"/>
                <w:lang w:val="pl-PL"/>
              </w:rPr>
            </w:pPr>
            <w:r w:rsidRPr="002704E0">
              <w:rPr>
                <w:color w:val="000000"/>
                <w:sz w:val="22"/>
                <w:szCs w:val="32"/>
                <w:lang w:val="pl-PL"/>
              </w:rPr>
              <w:t>uczestniczy w ćwiczeniach w podstawowym zakresie</w:t>
            </w:r>
          </w:p>
        </w:tc>
        <w:tc>
          <w:tcPr>
            <w:tcW w:w="30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001B87F" w14:textId="77777777" w:rsidR="00770552" w:rsidRPr="002704E0" w:rsidRDefault="00000000">
            <w:pPr>
              <w:spacing w:after="80"/>
              <w:jc w:val="center"/>
              <w:rPr>
                <w:sz w:val="24"/>
                <w:szCs w:val="32"/>
                <w:lang w:val="pl-PL"/>
              </w:rPr>
            </w:pPr>
            <w:r w:rsidRPr="002704E0">
              <w:rPr>
                <w:b/>
                <w:color w:val="000000"/>
                <w:sz w:val="22"/>
                <w:szCs w:val="32"/>
                <w:lang w:val="pl-PL"/>
              </w:rPr>
              <w:t>Uczeń samodzielnie w typowej sytuacji:</w:t>
            </w:r>
          </w:p>
          <w:p w14:paraId="2D0F8DB2" w14:textId="77777777" w:rsidR="00770552" w:rsidRPr="002704E0" w:rsidRDefault="00000000">
            <w:pPr>
              <w:pStyle w:val="Listapunktowana"/>
              <w:spacing w:after="60" w:line="245" w:lineRule="auto"/>
              <w:ind w:left="158" w:hanging="130"/>
              <w:rPr>
                <w:sz w:val="24"/>
                <w:szCs w:val="32"/>
                <w:lang w:val="pl-PL"/>
              </w:rPr>
            </w:pPr>
            <w:r w:rsidRPr="002704E0">
              <w:rPr>
                <w:color w:val="000000"/>
                <w:sz w:val="22"/>
                <w:szCs w:val="32"/>
                <w:lang w:val="pl-PL"/>
              </w:rPr>
              <w:t>wykonuje poznane ćwiczenia w podstawowej formie</w:t>
            </w:r>
          </w:p>
          <w:p w14:paraId="48BBA9EC" w14:textId="77777777" w:rsidR="00770552" w:rsidRPr="002704E0" w:rsidRDefault="00000000">
            <w:pPr>
              <w:pStyle w:val="Listapunktowana"/>
              <w:spacing w:after="60" w:line="245" w:lineRule="auto"/>
              <w:ind w:left="158" w:hanging="130"/>
              <w:rPr>
                <w:sz w:val="24"/>
                <w:szCs w:val="32"/>
                <w:lang w:val="pl-PL"/>
              </w:rPr>
            </w:pPr>
            <w:r w:rsidRPr="002704E0">
              <w:rPr>
                <w:color w:val="000000"/>
                <w:sz w:val="22"/>
                <w:szCs w:val="32"/>
                <w:lang w:val="pl-PL"/>
              </w:rPr>
              <w:t>stosuje podstawowe zasady bezpieczeństwa bez stałej pomocy</w:t>
            </w:r>
          </w:p>
          <w:p w14:paraId="6272AEC7" w14:textId="77777777" w:rsidR="00770552" w:rsidRPr="002704E0" w:rsidRDefault="00000000">
            <w:pPr>
              <w:pStyle w:val="Listapunktowana"/>
              <w:spacing w:after="60" w:line="245" w:lineRule="auto"/>
              <w:ind w:left="158" w:hanging="130"/>
              <w:rPr>
                <w:sz w:val="24"/>
                <w:szCs w:val="32"/>
                <w:lang w:val="pl-PL"/>
              </w:rPr>
            </w:pPr>
            <w:r w:rsidRPr="002704E0">
              <w:rPr>
                <w:color w:val="000000"/>
                <w:sz w:val="22"/>
                <w:szCs w:val="32"/>
                <w:lang w:val="pl-PL"/>
              </w:rPr>
              <w:t>uczestniczy w grze lub zadaniu zgodnie z prostymi zasadami</w:t>
            </w:r>
          </w:p>
          <w:p w14:paraId="64A805A5" w14:textId="77777777" w:rsidR="00770552" w:rsidRPr="002704E0" w:rsidRDefault="00000000">
            <w:pPr>
              <w:pStyle w:val="Listapunktowana"/>
              <w:spacing w:after="60" w:line="245" w:lineRule="auto"/>
              <w:ind w:left="158" w:hanging="130"/>
              <w:rPr>
                <w:sz w:val="24"/>
                <w:szCs w:val="32"/>
                <w:lang w:val="pl-PL"/>
              </w:rPr>
            </w:pPr>
            <w:r w:rsidRPr="002704E0">
              <w:rPr>
                <w:color w:val="000000"/>
                <w:sz w:val="22"/>
                <w:szCs w:val="32"/>
                <w:lang w:val="pl-PL"/>
              </w:rPr>
              <w:t>nazywa podstawowe elementy techniki i zdrowego ruchu</w:t>
            </w:r>
          </w:p>
        </w:tc>
        <w:tc>
          <w:tcPr>
            <w:tcW w:w="30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ED86BA" w14:textId="77777777" w:rsidR="00770552" w:rsidRPr="002704E0" w:rsidRDefault="00000000">
            <w:pPr>
              <w:spacing w:after="80"/>
              <w:jc w:val="center"/>
              <w:rPr>
                <w:sz w:val="24"/>
                <w:szCs w:val="32"/>
                <w:lang w:val="pl-PL"/>
              </w:rPr>
            </w:pPr>
            <w:r w:rsidRPr="002704E0">
              <w:rPr>
                <w:b/>
                <w:color w:val="000000"/>
                <w:sz w:val="22"/>
                <w:szCs w:val="32"/>
                <w:lang w:val="pl-PL"/>
              </w:rPr>
              <w:t>Uczeń poprawnie i świadomie:</w:t>
            </w:r>
          </w:p>
          <w:p w14:paraId="5F5643BE" w14:textId="77777777" w:rsidR="00770552" w:rsidRPr="002704E0" w:rsidRDefault="00000000">
            <w:pPr>
              <w:pStyle w:val="Listapunktowana"/>
              <w:spacing w:after="60" w:line="245" w:lineRule="auto"/>
              <w:ind w:left="158" w:hanging="130"/>
              <w:rPr>
                <w:sz w:val="24"/>
                <w:szCs w:val="32"/>
                <w:lang w:val="pl-PL"/>
              </w:rPr>
            </w:pPr>
            <w:r w:rsidRPr="002704E0">
              <w:rPr>
                <w:color w:val="000000"/>
                <w:sz w:val="22"/>
                <w:szCs w:val="32"/>
                <w:lang w:val="pl-PL"/>
              </w:rPr>
              <w:t>wykonuje zadania zgodnie z poznaną techniką</w:t>
            </w:r>
          </w:p>
          <w:p w14:paraId="0B71B661" w14:textId="77777777" w:rsidR="00770552" w:rsidRPr="002704E0" w:rsidRDefault="00000000">
            <w:pPr>
              <w:pStyle w:val="Listapunktowana"/>
              <w:spacing w:after="60" w:line="245" w:lineRule="auto"/>
              <w:ind w:left="158" w:hanging="130"/>
              <w:rPr>
                <w:sz w:val="24"/>
                <w:szCs w:val="32"/>
                <w:lang w:val="pl-PL"/>
              </w:rPr>
            </w:pPr>
            <w:r w:rsidRPr="002704E0">
              <w:rPr>
                <w:color w:val="000000"/>
                <w:sz w:val="22"/>
                <w:szCs w:val="32"/>
                <w:lang w:val="pl-PL"/>
              </w:rPr>
              <w:t>łączy umiejętności w bardziej złożone działanie</w:t>
            </w:r>
          </w:p>
          <w:p w14:paraId="246E5F5D" w14:textId="77777777" w:rsidR="00770552" w:rsidRPr="002704E0" w:rsidRDefault="00000000">
            <w:pPr>
              <w:pStyle w:val="Listapunktowana"/>
              <w:spacing w:after="60" w:line="245" w:lineRule="auto"/>
              <w:ind w:left="158" w:hanging="130"/>
              <w:rPr>
                <w:sz w:val="24"/>
                <w:szCs w:val="32"/>
                <w:lang w:val="pl-PL"/>
              </w:rPr>
            </w:pPr>
            <w:r w:rsidRPr="002704E0">
              <w:rPr>
                <w:color w:val="000000"/>
                <w:sz w:val="22"/>
                <w:szCs w:val="32"/>
                <w:lang w:val="pl-PL"/>
              </w:rPr>
              <w:t>dba o bezpieczeństwo własne i innych</w:t>
            </w:r>
          </w:p>
          <w:p w14:paraId="394D2823" w14:textId="77777777" w:rsidR="00770552" w:rsidRPr="002704E0" w:rsidRDefault="00000000">
            <w:pPr>
              <w:pStyle w:val="Listapunktowana"/>
              <w:spacing w:after="60" w:line="245" w:lineRule="auto"/>
              <w:ind w:left="158" w:hanging="130"/>
              <w:rPr>
                <w:sz w:val="24"/>
                <w:szCs w:val="32"/>
                <w:lang w:val="pl-PL"/>
              </w:rPr>
            </w:pPr>
            <w:r w:rsidRPr="002704E0">
              <w:rPr>
                <w:color w:val="000000"/>
                <w:sz w:val="22"/>
                <w:szCs w:val="32"/>
                <w:lang w:val="pl-PL"/>
              </w:rPr>
              <w:t>współpracuje i dostrzega własny postęp</w:t>
            </w:r>
          </w:p>
        </w:tc>
        <w:tc>
          <w:tcPr>
            <w:tcW w:w="30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00986C7" w14:textId="77777777" w:rsidR="00770552" w:rsidRPr="002704E0" w:rsidRDefault="00000000">
            <w:pPr>
              <w:spacing w:after="80"/>
              <w:jc w:val="center"/>
              <w:rPr>
                <w:sz w:val="24"/>
                <w:szCs w:val="32"/>
                <w:lang w:val="pl-PL"/>
              </w:rPr>
            </w:pPr>
            <w:r w:rsidRPr="002704E0">
              <w:rPr>
                <w:b/>
                <w:color w:val="000000"/>
                <w:sz w:val="22"/>
                <w:szCs w:val="32"/>
                <w:lang w:val="pl-PL"/>
              </w:rPr>
              <w:t>Uczeń sprawnie, samodzielnie i celowo:</w:t>
            </w:r>
          </w:p>
          <w:p w14:paraId="688465BE" w14:textId="77777777" w:rsidR="00770552" w:rsidRPr="002704E0" w:rsidRDefault="00000000">
            <w:pPr>
              <w:pStyle w:val="Listapunktowana"/>
              <w:spacing w:after="60" w:line="245" w:lineRule="auto"/>
              <w:ind w:left="158" w:hanging="130"/>
              <w:rPr>
                <w:sz w:val="24"/>
                <w:szCs w:val="32"/>
                <w:lang w:val="pl-PL"/>
              </w:rPr>
            </w:pPr>
            <w:r w:rsidRPr="002704E0">
              <w:rPr>
                <w:color w:val="000000"/>
                <w:sz w:val="22"/>
                <w:szCs w:val="32"/>
                <w:lang w:val="pl-PL"/>
              </w:rPr>
              <w:t>dobiera sposób wykonania do sytuacji</w:t>
            </w:r>
          </w:p>
          <w:p w14:paraId="3A4027FB" w14:textId="77777777" w:rsidR="00770552" w:rsidRPr="002704E0" w:rsidRDefault="00000000">
            <w:pPr>
              <w:pStyle w:val="Listapunktowana"/>
              <w:spacing w:after="60" w:line="245" w:lineRule="auto"/>
              <w:ind w:left="158" w:hanging="130"/>
              <w:rPr>
                <w:sz w:val="24"/>
                <w:szCs w:val="32"/>
                <w:lang w:val="pl-PL"/>
              </w:rPr>
            </w:pPr>
            <w:r w:rsidRPr="002704E0">
              <w:rPr>
                <w:color w:val="000000"/>
                <w:sz w:val="22"/>
                <w:szCs w:val="32"/>
                <w:lang w:val="pl-PL"/>
              </w:rPr>
              <w:t>koryguje błędy i korzysta z informacji zwrotnej</w:t>
            </w:r>
          </w:p>
          <w:p w14:paraId="4A4A889F" w14:textId="77777777" w:rsidR="00770552" w:rsidRPr="002704E0" w:rsidRDefault="00000000">
            <w:pPr>
              <w:pStyle w:val="Listapunktowana"/>
              <w:spacing w:after="60" w:line="245" w:lineRule="auto"/>
              <w:ind w:left="158" w:hanging="130"/>
              <w:rPr>
                <w:sz w:val="24"/>
                <w:szCs w:val="32"/>
                <w:lang w:val="pl-PL"/>
              </w:rPr>
            </w:pPr>
            <w:r w:rsidRPr="002704E0">
              <w:rPr>
                <w:color w:val="000000"/>
                <w:sz w:val="22"/>
                <w:szCs w:val="32"/>
                <w:lang w:val="pl-PL"/>
              </w:rPr>
              <w:t>stosuje umiejętności w różnych formach aktywności</w:t>
            </w:r>
          </w:p>
          <w:p w14:paraId="28681DB2" w14:textId="77777777" w:rsidR="00770552" w:rsidRPr="002704E0" w:rsidRDefault="00000000">
            <w:pPr>
              <w:pStyle w:val="Listapunktowana"/>
              <w:spacing w:after="60" w:line="245" w:lineRule="auto"/>
              <w:ind w:left="158" w:hanging="130"/>
              <w:rPr>
                <w:sz w:val="24"/>
                <w:szCs w:val="32"/>
                <w:lang w:val="pl-PL"/>
              </w:rPr>
            </w:pPr>
            <w:r w:rsidRPr="002704E0">
              <w:rPr>
                <w:color w:val="000000"/>
                <w:sz w:val="22"/>
                <w:szCs w:val="32"/>
                <w:lang w:val="pl-PL"/>
              </w:rPr>
              <w:t>uzasadnia swoje wybory i działania</w:t>
            </w:r>
          </w:p>
        </w:tc>
        <w:tc>
          <w:tcPr>
            <w:tcW w:w="30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D47F8A7" w14:textId="77777777" w:rsidR="00770552" w:rsidRPr="002704E0" w:rsidRDefault="00000000">
            <w:pPr>
              <w:spacing w:after="80"/>
              <w:jc w:val="center"/>
              <w:rPr>
                <w:sz w:val="24"/>
                <w:szCs w:val="32"/>
                <w:lang w:val="pl-PL"/>
              </w:rPr>
            </w:pPr>
            <w:r w:rsidRPr="002704E0">
              <w:rPr>
                <w:b/>
                <w:color w:val="000000"/>
                <w:sz w:val="22"/>
                <w:szCs w:val="32"/>
                <w:lang w:val="pl-PL"/>
              </w:rPr>
              <w:t>Uczeń twórczo i odpowiedzialnie:</w:t>
            </w:r>
          </w:p>
          <w:p w14:paraId="0D1AE0FC" w14:textId="77777777" w:rsidR="00770552" w:rsidRPr="002704E0" w:rsidRDefault="00000000">
            <w:pPr>
              <w:pStyle w:val="Listapunktowana"/>
              <w:spacing w:after="60" w:line="245" w:lineRule="auto"/>
              <w:ind w:left="158" w:hanging="130"/>
              <w:rPr>
                <w:sz w:val="24"/>
                <w:szCs w:val="32"/>
                <w:lang w:val="pl-PL"/>
              </w:rPr>
            </w:pPr>
            <w:r w:rsidRPr="002704E0">
              <w:rPr>
                <w:color w:val="000000"/>
                <w:sz w:val="22"/>
                <w:szCs w:val="32"/>
                <w:lang w:val="pl-PL"/>
              </w:rPr>
              <w:t>modyfikuje ćwiczenia lub rozwiązania adekwatnie do celu</w:t>
            </w:r>
          </w:p>
          <w:p w14:paraId="5B35CD81" w14:textId="77777777" w:rsidR="00770552" w:rsidRPr="002704E0" w:rsidRDefault="00000000">
            <w:pPr>
              <w:pStyle w:val="Listapunktowana"/>
              <w:spacing w:after="60" w:line="245" w:lineRule="auto"/>
              <w:ind w:left="158" w:hanging="130"/>
              <w:rPr>
                <w:sz w:val="24"/>
                <w:szCs w:val="32"/>
                <w:lang w:val="pl-PL"/>
              </w:rPr>
            </w:pPr>
            <w:r w:rsidRPr="002704E0">
              <w:rPr>
                <w:color w:val="000000"/>
                <w:sz w:val="22"/>
                <w:szCs w:val="32"/>
                <w:lang w:val="pl-PL"/>
              </w:rPr>
              <w:t>planuje i prowadzi prostą aktywność dla innych</w:t>
            </w:r>
          </w:p>
          <w:p w14:paraId="3A19C347" w14:textId="77777777" w:rsidR="00770552" w:rsidRPr="002704E0" w:rsidRDefault="00000000">
            <w:pPr>
              <w:pStyle w:val="Listapunktowana"/>
              <w:spacing w:after="60" w:line="245" w:lineRule="auto"/>
              <w:ind w:left="158" w:hanging="130"/>
              <w:rPr>
                <w:sz w:val="24"/>
                <w:szCs w:val="32"/>
                <w:lang w:val="pl-PL"/>
              </w:rPr>
            </w:pPr>
            <w:r w:rsidRPr="002704E0">
              <w:rPr>
                <w:color w:val="000000"/>
                <w:sz w:val="22"/>
                <w:szCs w:val="32"/>
                <w:lang w:val="pl-PL"/>
              </w:rPr>
              <w:t xml:space="preserve">wspiera uczestników i inicjuje współpracę fair </w:t>
            </w:r>
            <w:proofErr w:type="spellStart"/>
            <w:r w:rsidRPr="002704E0">
              <w:rPr>
                <w:color w:val="000000"/>
                <w:sz w:val="22"/>
                <w:szCs w:val="32"/>
                <w:lang w:val="pl-PL"/>
              </w:rPr>
              <w:t>play</w:t>
            </w:r>
            <w:proofErr w:type="spellEnd"/>
          </w:p>
          <w:p w14:paraId="09654679" w14:textId="77777777" w:rsidR="00770552" w:rsidRPr="002704E0" w:rsidRDefault="00000000">
            <w:pPr>
              <w:pStyle w:val="Listapunktowana"/>
              <w:spacing w:after="60" w:line="245" w:lineRule="auto"/>
              <w:ind w:left="158" w:hanging="130"/>
              <w:rPr>
                <w:sz w:val="24"/>
                <w:szCs w:val="32"/>
                <w:lang w:val="pl-PL"/>
              </w:rPr>
            </w:pPr>
            <w:r w:rsidRPr="002704E0">
              <w:rPr>
                <w:color w:val="000000"/>
                <w:sz w:val="22"/>
                <w:szCs w:val="32"/>
                <w:lang w:val="pl-PL"/>
              </w:rPr>
              <w:t>ocenia postęp i przenosi umiejętności do nowych sytuacji</w:t>
            </w:r>
          </w:p>
        </w:tc>
      </w:tr>
    </w:tbl>
    <w:p w14:paraId="6AC16CBB" w14:textId="77777777" w:rsidR="00770552" w:rsidRPr="002704E0" w:rsidRDefault="00770552">
      <w:pPr>
        <w:rPr>
          <w:sz w:val="24"/>
          <w:szCs w:val="32"/>
          <w:lang w:val="pl-PL"/>
        </w:rPr>
      </w:pPr>
    </w:p>
    <w:tbl>
      <w:tblPr>
        <w:tblW w:w="0" w:type="auto"/>
        <w:jc w:val="center"/>
        <w:tblLayout w:type="fixed"/>
        <w:tblLook w:val="04A0" w:firstRow="1" w:lastRow="0" w:firstColumn="1" w:lastColumn="0" w:noHBand="0" w:noVBand="1"/>
      </w:tblPr>
      <w:tblGrid>
        <w:gridCol w:w="7560"/>
        <w:gridCol w:w="7560"/>
      </w:tblGrid>
      <w:tr w:rsidR="00770552" w:rsidRPr="00047F0F" w14:paraId="2408E1ED" w14:textId="77777777">
        <w:trPr>
          <w:jc w:val="center"/>
        </w:trPr>
        <w:tc>
          <w:tcPr>
            <w:tcW w:w="7560" w:type="dxa"/>
            <w:tcBorders>
              <w:top w:val="single" w:sz="7" w:space="0" w:color="808080"/>
              <w:left w:val="single" w:sz="7" w:space="0" w:color="808080"/>
              <w:bottom w:val="single" w:sz="7" w:space="0" w:color="808080"/>
              <w:right w:val="single" w:sz="7" w:space="0" w:color="808080"/>
            </w:tcBorders>
            <w:shd w:val="clear" w:color="auto" w:fill="F2F2F2"/>
            <w:tcMar>
              <w:top w:w="100" w:type="dxa"/>
              <w:left w:w="130" w:type="dxa"/>
              <w:bottom w:w="100" w:type="dxa"/>
              <w:right w:w="130" w:type="dxa"/>
            </w:tcMar>
          </w:tcPr>
          <w:p w14:paraId="19753C72" w14:textId="77777777" w:rsidR="00770552" w:rsidRPr="002704E0" w:rsidRDefault="00000000">
            <w:pPr>
              <w:rPr>
                <w:sz w:val="24"/>
                <w:szCs w:val="32"/>
                <w:lang w:val="pl-PL"/>
              </w:rPr>
            </w:pPr>
            <w:r w:rsidRPr="002704E0">
              <w:rPr>
                <w:b/>
                <w:color w:val="000000"/>
                <w:sz w:val="24"/>
                <w:szCs w:val="32"/>
                <w:lang w:val="pl-PL"/>
              </w:rPr>
              <w:t>Jak ustalać poziom?</w:t>
            </w:r>
          </w:p>
          <w:p w14:paraId="419C9437" w14:textId="77777777" w:rsidR="00770552" w:rsidRPr="002704E0" w:rsidRDefault="00000000">
            <w:pPr>
              <w:pStyle w:val="Listapunktowana"/>
              <w:spacing w:after="50" w:line="245" w:lineRule="auto"/>
              <w:ind w:left="158" w:hanging="130"/>
              <w:rPr>
                <w:sz w:val="24"/>
                <w:szCs w:val="32"/>
                <w:lang w:val="pl-PL"/>
              </w:rPr>
            </w:pPr>
            <w:r w:rsidRPr="002704E0">
              <w:rPr>
                <w:color w:val="000000"/>
                <w:sz w:val="22"/>
                <w:szCs w:val="32"/>
                <w:lang w:val="pl-PL"/>
              </w:rPr>
              <w:t>Poziom wynika z powtarzalnych obserwacji w różnych zadaniach.</w:t>
            </w:r>
          </w:p>
          <w:p w14:paraId="2EEEE1AA" w14:textId="77777777" w:rsidR="00770552" w:rsidRPr="002704E0" w:rsidRDefault="00000000">
            <w:pPr>
              <w:pStyle w:val="Listapunktowana"/>
              <w:spacing w:after="50" w:line="245" w:lineRule="auto"/>
              <w:ind w:left="158" w:hanging="130"/>
              <w:rPr>
                <w:sz w:val="24"/>
                <w:szCs w:val="32"/>
                <w:lang w:val="pl-PL"/>
              </w:rPr>
            </w:pPr>
            <w:r w:rsidRPr="002704E0">
              <w:rPr>
                <w:color w:val="000000"/>
                <w:sz w:val="22"/>
                <w:szCs w:val="32"/>
                <w:lang w:val="pl-PL"/>
              </w:rPr>
              <w:t>Wyższy poziom oznacza większą samodzielność, poprawność, celowość, transfer i odpowiedzialność.</w:t>
            </w:r>
          </w:p>
        </w:tc>
        <w:tc>
          <w:tcPr>
            <w:tcW w:w="7560" w:type="dxa"/>
            <w:tcBorders>
              <w:top w:val="single" w:sz="7" w:space="0" w:color="808080"/>
              <w:left w:val="single" w:sz="7" w:space="0" w:color="808080"/>
              <w:bottom w:val="single" w:sz="7" w:space="0" w:color="808080"/>
              <w:right w:val="single" w:sz="7" w:space="0" w:color="808080"/>
            </w:tcBorders>
            <w:shd w:val="clear" w:color="auto" w:fill="F2F2F2"/>
            <w:tcMar>
              <w:top w:w="100" w:type="dxa"/>
              <w:left w:w="130" w:type="dxa"/>
              <w:bottom w:w="100" w:type="dxa"/>
              <w:right w:w="130" w:type="dxa"/>
            </w:tcMar>
          </w:tcPr>
          <w:p w14:paraId="1D540EE0" w14:textId="77777777" w:rsidR="00770552" w:rsidRPr="002704E0" w:rsidRDefault="00000000">
            <w:pPr>
              <w:rPr>
                <w:sz w:val="24"/>
                <w:szCs w:val="32"/>
                <w:lang w:val="pl-PL"/>
              </w:rPr>
            </w:pPr>
            <w:r w:rsidRPr="002704E0">
              <w:rPr>
                <w:b/>
                <w:color w:val="000000"/>
                <w:sz w:val="24"/>
                <w:szCs w:val="32"/>
                <w:lang w:val="pl-PL"/>
              </w:rPr>
              <w:t>Jak ustalać ocenę?</w:t>
            </w:r>
          </w:p>
          <w:p w14:paraId="3CCB723B" w14:textId="77777777" w:rsidR="00770552" w:rsidRPr="002704E0" w:rsidRDefault="00000000">
            <w:pPr>
              <w:pStyle w:val="Listapunktowana"/>
              <w:spacing w:after="50" w:line="245" w:lineRule="auto"/>
              <w:ind w:left="158" w:hanging="130"/>
              <w:rPr>
                <w:sz w:val="24"/>
                <w:szCs w:val="32"/>
                <w:lang w:val="pl-PL"/>
              </w:rPr>
            </w:pPr>
            <w:r w:rsidRPr="002704E0">
              <w:rPr>
                <w:color w:val="000000"/>
                <w:sz w:val="22"/>
                <w:szCs w:val="32"/>
                <w:lang w:val="pl-PL"/>
              </w:rPr>
              <w:t>Nie stosuje się automatycznie średniej ani jednego wyniku sportowego.</w:t>
            </w:r>
          </w:p>
          <w:p w14:paraId="63EA0684" w14:textId="77777777" w:rsidR="00770552" w:rsidRPr="002704E0" w:rsidRDefault="00000000">
            <w:pPr>
              <w:pStyle w:val="Listapunktowana"/>
              <w:spacing w:after="50" w:line="245" w:lineRule="auto"/>
              <w:ind w:left="158" w:hanging="130"/>
              <w:rPr>
                <w:sz w:val="24"/>
                <w:szCs w:val="32"/>
                <w:lang w:val="pl-PL"/>
              </w:rPr>
            </w:pPr>
            <w:r w:rsidRPr="002704E0">
              <w:rPr>
                <w:color w:val="000000"/>
                <w:sz w:val="22"/>
                <w:szCs w:val="32"/>
                <w:lang w:val="pl-PL"/>
              </w:rPr>
              <w:t>Uwzględnia się także wysiłek, systematyczność udziału i aktywność ucznia.</w:t>
            </w:r>
          </w:p>
        </w:tc>
      </w:tr>
    </w:tbl>
    <w:p w14:paraId="03D01120" w14:textId="77777777" w:rsidR="00770552" w:rsidRPr="002704E0" w:rsidRDefault="00000000">
      <w:pPr>
        <w:rPr>
          <w:sz w:val="24"/>
          <w:szCs w:val="32"/>
          <w:lang w:val="pl-PL"/>
        </w:rPr>
      </w:pPr>
      <w:r w:rsidRPr="002704E0">
        <w:rPr>
          <w:sz w:val="24"/>
          <w:szCs w:val="32"/>
          <w:lang w:val="pl-PL"/>
        </w:rPr>
        <w:br w:type="page"/>
      </w:r>
    </w:p>
    <w:tbl>
      <w:tblPr>
        <w:tblW w:w="0" w:type="auto"/>
        <w:jc w:val="center"/>
        <w:tblLayout w:type="fixed"/>
        <w:tblLook w:val="04A0" w:firstRow="1" w:lastRow="0" w:firstColumn="1" w:lastColumn="0" w:noHBand="0" w:noVBand="1"/>
      </w:tblPr>
      <w:tblGrid>
        <w:gridCol w:w="936"/>
        <w:gridCol w:w="14256"/>
      </w:tblGrid>
      <w:tr w:rsidR="00770552" w:rsidRPr="009A615A" w14:paraId="69C2A74B" w14:textId="77777777">
        <w:trPr>
          <w:jc w:val="center"/>
        </w:trPr>
        <w:tc>
          <w:tcPr>
            <w:tcW w:w="936" w:type="dxa"/>
            <w:tcBorders>
              <w:top w:val="single" w:sz="8" w:space="0" w:color="000000"/>
              <w:left w:val="single" w:sz="8" w:space="0" w:color="000000"/>
              <w:bottom w:val="single" w:sz="8" w:space="0" w:color="000000"/>
              <w:right w:val="single" w:sz="8" w:space="0" w:color="000000"/>
            </w:tcBorders>
            <w:shd w:val="clear" w:color="auto" w:fill="000000"/>
            <w:tcMar>
              <w:top w:w="80" w:type="dxa"/>
              <w:left w:w="110" w:type="dxa"/>
              <w:bottom w:w="80" w:type="dxa"/>
              <w:right w:w="110" w:type="dxa"/>
            </w:tcMar>
          </w:tcPr>
          <w:p w14:paraId="602DABCD" w14:textId="77777777" w:rsidR="00770552" w:rsidRPr="002704E0" w:rsidRDefault="00000000">
            <w:pPr>
              <w:jc w:val="center"/>
              <w:rPr>
                <w:sz w:val="18"/>
                <w:szCs w:val="20"/>
                <w:lang w:val="pl-PL"/>
              </w:rPr>
            </w:pPr>
            <w:r w:rsidRPr="002704E0">
              <w:rPr>
                <w:b/>
                <w:color w:val="FFFFFF"/>
                <w:sz w:val="36"/>
                <w:szCs w:val="20"/>
                <w:lang w:val="pl-PL"/>
              </w:rPr>
              <w:lastRenderedPageBreak/>
              <w:t>1</w:t>
            </w:r>
          </w:p>
        </w:tc>
        <w:tc>
          <w:tcPr>
            <w:tcW w:w="14256" w:type="dxa"/>
            <w:tcBorders>
              <w:top w:val="single" w:sz="8" w:space="0" w:color="000000"/>
              <w:left w:val="single" w:sz="8" w:space="0" w:color="000000"/>
              <w:bottom w:val="single" w:sz="8" w:space="0" w:color="000000"/>
              <w:right w:val="single" w:sz="8" w:space="0" w:color="000000"/>
            </w:tcBorders>
            <w:tcMar>
              <w:top w:w="80" w:type="dxa"/>
              <w:left w:w="110" w:type="dxa"/>
              <w:bottom w:w="80" w:type="dxa"/>
              <w:right w:w="110" w:type="dxa"/>
            </w:tcMar>
          </w:tcPr>
          <w:p w14:paraId="5324B3A2" w14:textId="77777777" w:rsidR="00770552" w:rsidRPr="002704E0" w:rsidRDefault="00000000">
            <w:pPr>
              <w:rPr>
                <w:sz w:val="18"/>
                <w:szCs w:val="20"/>
                <w:lang w:val="pl-PL"/>
              </w:rPr>
            </w:pPr>
            <w:r w:rsidRPr="002704E0">
              <w:rPr>
                <w:b/>
                <w:color w:val="000000"/>
                <w:sz w:val="28"/>
                <w:szCs w:val="20"/>
                <w:lang w:val="pl-PL"/>
              </w:rPr>
              <w:t>ĆWICZENIA OGÓLNOROZWOJOWE</w:t>
            </w:r>
          </w:p>
          <w:p w14:paraId="420C37BA" w14:textId="77777777" w:rsidR="00770552" w:rsidRPr="002704E0" w:rsidRDefault="00000000">
            <w:pPr>
              <w:rPr>
                <w:sz w:val="18"/>
                <w:szCs w:val="20"/>
                <w:lang w:val="pl-PL"/>
              </w:rPr>
            </w:pPr>
            <w:r w:rsidRPr="002704E0">
              <w:rPr>
                <w:i/>
                <w:color w:val="333333"/>
                <w:sz w:val="16"/>
                <w:szCs w:val="20"/>
                <w:lang w:val="pl-PL"/>
              </w:rPr>
              <w:t>Samodzielny dobór ćwiczeń, kontrola postawy i prowadzenie części rozgrzewki.</w:t>
            </w:r>
            <w:r w:rsidRPr="0009332E">
              <w:rPr>
                <w:b/>
                <w:color w:val="4B4B4B"/>
                <w:sz w:val="12"/>
                <w:lang w:val="pl-PL"/>
              </w:rPr>
              <w:t xml:space="preserve">  </w:t>
            </w:r>
            <w:proofErr w:type="gramStart"/>
            <w:r>
              <w:rPr>
                <w:b/>
                <w:color w:val="4B4B4B"/>
                <w:sz w:val="12"/>
              </w:rPr>
              <w:t>|  PODSTAWA</w:t>
            </w:r>
            <w:proofErr w:type="gramEnd"/>
            <w:r>
              <w:rPr>
                <w:b/>
                <w:color w:val="4B4B4B"/>
                <w:sz w:val="12"/>
              </w:rPr>
              <w:t xml:space="preserve">: </w:t>
            </w:r>
            <w:r>
              <w:rPr>
                <w:i/>
                <w:color w:val="4B4B4B"/>
                <w:sz w:val="12"/>
              </w:rPr>
              <w:t>PP 2017/2025, WF kl. V–VI, I.1–6.</w:t>
            </w:r>
          </w:p>
        </w:tc>
      </w:tr>
    </w:tbl>
    <w:p w14:paraId="6B98E872" w14:textId="77777777" w:rsidR="00770552" w:rsidRPr="002704E0" w:rsidRDefault="00770552">
      <w:pPr>
        <w:rPr>
          <w:sz w:val="18"/>
          <w:szCs w:val="20"/>
          <w:lang w:val="pl-PL"/>
        </w:rPr>
      </w:pPr>
    </w:p>
    <w:tbl>
      <w:tblPr>
        <w:tblW w:w="0" w:type="auto"/>
        <w:jc w:val="center"/>
        <w:tblLayout w:type="fixed"/>
        <w:tblLook w:val="04A0" w:firstRow="1" w:lastRow="0" w:firstColumn="1" w:lastColumn="0" w:noHBand="0" w:noVBand="1"/>
      </w:tblPr>
      <w:tblGrid>
        <w:gridCol w:w="5256"/>
        <w:gridCol w:w="4968"/>
        <w:gridCol w:w="4968"/>
      </w:tblGrid>
      <w:tr w:rsidR="00770552" w:rsidRPr="00047F0F" w14:paraId="106140DB" w14:textId="77777777">
        <w:trPr>
          <w:jc w:val="center"/>
        </w:trPr>
        <w:tc>
          <w:tcPr>
            <w:tcW w:w="5256" w:type="dxa"/>
            <w:tcBorders>
              <w:top w:val="single" w:sz="6" w:space="0" w:color="808080"/>
              <w:left w:val="single" w:sz="6" w:space="0" w:color="808080"/>
              <w:bottom w:val="single" w:sz="6" w:space="0" w:color="808080"/>
              <w:right w:val="single" w:sz="6" w:space="0" w:color="808080"/>
            </w:tcBorders>
            <w:shd w:val="clear" w:color="auto" w:fill="F2F2F2"/>
            <w:tcMar>
              <w:top w:w="70" w:type="dxa"/>
              <w:left w:w="95" w:type="dxa"/>
              <w:bottom w:w="70" w:type="dxa"/>
              <w:right w:w="95" w:type="dxa"/>
            </w:tcMar>
          </w:tcPr>
          <w:p w14:paraId="641A5573" w14:textId="77777777" w:rsidR="00770552" w:rsidRPr="002704E0" w:rsidRDefault="00000000">
            <w:pPr>
              <w:spacing w:after="40"/>
              <w:rPr>
                <w:sz w:val="18"/>
                <w:szCs w:val="20"/>
                <w:lang w:val="pl-PL"/>
              </w:rPr>
            </w:pPr>
            <w:r w:rsidRPr="002704E0">
              <w:rPr>
                <w:b/>
                <w:color w:val="000000"/>
                <w:sz w:val="14"/>
                <w:szCs w:val="20"/>
                <w:lang w:val="pl-PL"/>
              </w:rPr>
              <w:t>ZAKRES WYMAGANIA</w:t>
            </w:r>
          </w:p>
          <w:p w14:paraId="614CF651" w14:textId="77777777" w:rsidR="00770552" w:rsidRPr="002704E0" w:rsidRDefault="00000000">
            <w:pPr>
              <w:pStyle w:val="Listapunktowana"/>
              <w:spacing w:after="22" w:line="245" w:lineRule="auto"/>
              <w:ind w:left="158" w:hanging="130"/>
              <w:rPr>
                <w:sz w:val="18"/>
                <w:szCs w:val="20"/>
                <w:lang w:val="pl-PL"/>
              </w:rPr>
            </w:pPr>
            <w:r w:rsidRPr="002704E0">
              <w:rPr>
                <w:color w:val="000000"/>
                <w:sz w:val="12"/>
                <w:szCs w:val="20"/>
                <w:lang w:val="pl-PL"/>
              </w:rPr>
              <w:t>wykonuje co najmniej cztery wybrane ćwiczenia zwinnościowo-akrobatyczne</w:t>
            </w:r>
          </w:p>
          <w:p w14:paraId="60925D96" w14:textId="77777777" w:rsidR="00770552" w:rsidRPr="002704E0" w:rsidRDefault="00000000">
            <w:pPr>
              <w:pStyle w:val="Listapunktowana"/>
              <w:spacing w:after="22" w:line="245" w:lineRule="auto"/>
              <w:ind w:left="158" w:hanging="130"/>
              <w:rPr>
                <w:sz w:val="18"/>
                <w:szCs w:val="20"/>
                <w:lang w:val="pl-PL"/>
              </w:rPr>
            </w:pPr>
            <w:r w:rsidRPr="002704E0">
              <w:rPr>
                <w:color w:val="000000"/>
                <w:sz w:val="12"/>
                <w:szCs w:val="20"/>
                <w:lang w:val="pl-PL"/>
              </w:rPr>
              <w:t xml:space="preserve">wykonuje statyczne i dynamiczne ćwiczenia wzmacniające mięśnie posturalne oraz ćwiczenia </w:t>
            </w:r>
            <w:proofErr w:type="spellStart"/>
            <w:r w:rsidRPr="002704E0">
              <w:rPr>
                <w:color w:val="000000"/>
                <w:sz w:val="12"/>
                <w:szCs w:val="20"/>
                <w:lang w:val="pl-PL"/>
              </w:rPr>
              <w:t>gibkościowe</w:t>
            </w:r>
            <w:proofErr w:type="spellEnd"/>
          </w:p>
          <w:p w14:paraId="6A1D2D5D" w14:textId="77777777" w:rsidR="00770552" w:rsidRPr="002704E0" w:rsidRDefault="00000000">
            <w:pPr>
              <w:pStyle w:val="Listapunktowana"/>
              <w:spacing w:after="22" w:line="245" w:lineRule="auto"/>
              <w:ind w:left="158" w:hanging="130"/>
              <w:rPr>
                <w:sz w:val="18"/>
                <w:szCs w:val="20"/>
                <w:lang w:val="pl-PL"/>
              </w:rPr>
            </w:pPr>
            <w:r w:rsidRPr="002704E0">
              <w:rPr>
                <w:color w:val="000000"/>
                <w:sz w:val="12"/>
                <w:szCs w:val="20"/>
                <w:lang w:val="pl-PL"/>
              </w:rPr>
              <w:t>wykonuje ćwiczenia koordynacyjne indywidualnie i z partnerem</w:t>
            </w:r>
          </w:p>
          <w:p w14:paraId="7C623BDF" w14:textId="77777777" w:rsidR="00770552" w:rsidRPr="002704E0" w:rsidRDefault="00000000">
            <w:pPr>
              <w:pStyle w:val="Listapunktowana"/>
              <w:spacing w:after="22" w:line="245" w:lineRule="auto"/>
              <w:ind w:left="158" w:hanging="130"/>
              <w:rPr>
                <w:sz w:val="18"/>
                <w:szCs w:val="20"/>
                <w:lang w:val="pl-PL"/>
              </w:rPr>
            </w:pPr>
            <w:r w:rsidRPr="002704E0">
              <w:rPr>
                <w:color w:val="000000"/>
                <w:sz w:val="12"/>
                <w:szCs w:val="20"/>
                <w:lang w:val="pl-PL"/>
              </w:rPr>
              <w:t>kształtuje prawidłową postawę w staniu, siedzeniu, leżeniu i codziennych czynnościach</w:t>
            </w:r>
          </w:p>
          <w:p w14:paraId="5F9FDA36" w14:textId="77777777" w:rsidR="00770552" w:rsidRPr="002704E0" w:rsidRDefault="00000000">
            <w:pPr>
              <w:pStyle w:val="Listapunktowana"/>
              <w:spacing w:after="22" w:line="245" w:lineRule="auto"/>
              <w:ind w:left="158" w:hanging="130"/>
              <w:rPr>
                <w:sz w:val="18"/>
                <w:szCs w:val="20"/>
                <w:lang w:val="pl-PL"/>
              </w:rPr>
            </w:pPr>
            <w:r w:rsidRPr="002704E0">
              <w:rPr>
                <w:color w:val="000000"/>
                <w:sz w:val="12"/>
                <w:szCs w:val="20"/>
                <w:lang w:val="pl-PL"/>
              </w:rPr>
              <w:t>wskazuje główne grupy mięśniowe odpowiedzialne za postawę</w:t>
            </w:r>
          </w:p>
          <w:p w14:paraId="128341BB" w14:textId="77777777" w:rsidR="00770552" w:rsidRPr="002704E0" w:rsidRDefault="00000000">
            <w:pPr>
              <w:pStyle w:val="Listapunktowana"/>
              <w:spacing w:after="22" w:line="245" w:lineRule="auto"/>
              <w:ind w:left="158" w:hanging="130"/>
              <w:rPr>
                <w:sz w:val="18"/>
                <w:szCs w:val="20"/>
                <w:lang w:val="pl-PL"/>
              </w:rPr>
            </w:pPr>
            <w:r w:rsidRPr="002704E0">
              <w:rPr>
                <w:color w:val="000000"/>
                <w:sz w:val="12"/>
                <w:szCs w:val="20"/>
                <w:lang w:val="pl-PL"/>
              </w:rPr>
              <w:t>omawia znaczenie rozgrzewki i prowadzi jej prosty fragment według wskazówek</w:t>
            </w:r>
          </w:p>
        </w:tc>
        <w:tc>
          <w:tcPr>
            <w:tcW w:w="4968" w:type="dxa"/>
            <w:tcBorders>
              <w:top w:val="single" w:sz="6" w:space="0" w:color="808080"/>
              <w:left w:val="single" w:sz="6" w:space="0" w:color="808080"/>
              <w:bottom w:val="single" w:sz="6" w:space="0" w:color="808080"/>
              <w:right w:val="single" w:sz="6" w:space="0" w:color="808080"/>
            </w:tcBorders>
            <w:shd w:val="clear" w:color="auto" w:fill="E7E6E6"/>
            <w:tcMar>
              <w:top w:w="70" w:type="dxa"/>
              <w:left w:w="95" w:type="dxa"/>
              <w:bottom w:w="70" w:type="dxa"/>
              <w:right w:w="95" w:type="dxa"/>
            </w:tcMar>
          </w:tcPr>
          <w:p w14:paraId="507D5CED" w14:textId="77777777" w:rsidR="00770552" w:rsidRPr="002704E0" w:rsidRDefault="00000000">
            <w:pPr>
              <w:spacing w:after="40"/>
              <w:rPr>
                <w:sz w:val="18"/>
                <w:szCs w:val="20"/>
                <w:lang w:val="pl-PL"/>
              </w:rPr>
            </w:pPr>
            <w:r w:rsidRPr="002704E0">
              <w:rPr>
                <w:b/>
                <w:color w:val="000000"/>
                <w:sz w:val="14"/>
                <w:szCs w:val="20"/>
                <w:lang w:val="pl-PL"/>
              </w:rPr>
              <w:t>KRYTERIA SUKCESU</w:t>
            </w:r>
          </w:p>
          <w:p w14:paraId="7462E090" w14:textId="77777777" w:rsidR="00770552" w:rsidRPr="002704E0" w:rsidRDefault="00000000">
            <w:pPr>
              <w:pStyle w:val="Listapunktowana"/>
              <w:spacing w:after="22" w:line="245" w:lineRule="auto"/>
              <w:ind w:left="158" w:hanging="130"/>
              <w:rPr>
                <w:sz w:val="18"/>
                <w:szCs w:val="20"/>
                <w:lang w:val="pl-PL"/>
              </w:rPr>
            </w:pPr>
            <w:r w:rsidRPr="002704E0">
              <w:rPr>
                <w:color w:val="000000"/>
                <w:sz w:val="12"/>
                <w:szCs w:val="20"/>
                <w:lang w:val="pl-PL"/>
              </w:rPr>
              <w:t>przyjmuje i utrzymuje prawidłową pozycję w ruchu oraz podczas codziennych czynności</w:t>
            </w:r>
          </w:p>
          <w:p w14:paraId="104DE6CE" w14:textId="77777777" w:rsidR="00770552" w:rsidRPr="002704E0" w:rsidRDefault="00000000">
            <w:pPr>
              <w:pStyle w:val="Listapunktowana"/>
              <w:spacing w:after="22" w:line="245" w:lineRule="auto"/>
              <w:ind w:left="158" w:hanging="130"/>
              <w:rPr>
                <w:sz w:val="18"/>
                <w:szCs w:val="20"/>
                <w:lang w:val="pl-PL"/>
              </w:rPr>
            </w:pPr>
            <w:r w:rsidRPr="002704E0">
              <w:rPr>
                <w:color w:val="000000"/>
                <w:sz w:val="12"/>
                <w:szCs w:val="20"/>
                <w:lang w:val="pl-PL"/>
              </w:rPr>
              <w:t>dobiera ćwiczenie do grupy mięśniowej lub zdolności motorycznej</w:t>
            </w:r>
          </w:p>
          <w:p w14:paraId="179C354B" w14:textId="77777777" w:rsidR="00770552" w:rsidRPr="002704E0" w:rsidRDefault="00000000">
            <w:pPr>
              <w:pStyle w:val="Listapunktowana"/>
              <w:spacing w:after="22" w:line="245" w:lineRule="auto"/>
              <w:ind w:left="158" w:hanging="130"/>
              <w:rPr>
                <w:sz w:val="18"/>
                <w:szCs w:val="20"/>
                <w:lang w:val="pl-PL"/>
              </w:rPr>
            </w:pPr>
            <w:r w:rsidRPr="002704E0">
              <w:rPr>
                <w:color w:val="000000"/>
                <w:sz w:val="12"/>
                <w:szCs w:val="20"/>
                <w:lang w:val="pl-PL"/>
              </w:rPr>
              <w:t>reguluje tempo, zakres i liczbę powtórzeń zgodnie z możliwościami</w:t>
            </w:r>
          </w:p>
          <w:p w14:paraId="5EB54A86" w14:textId="77777777" w:rsidR="00770552" w:rsidRPr="002704E0" w:rsidRDefault="00000000">
            <w:pPr>
              <w:pStyle w:val="Listapunktowana"/>
              <w:spacing w:after="22" w:line="245" w:lineRule="auto"/>
              <w:ind w:left="158" w:hanging="130"/>
              <w:rPr>
                <w:sz w:val="18"/>
                <w:szCs w:val="20"/>
                <w:lang w:val="pl-PL"/>
              </w:rPr>
            </w:pPr>
            <w:r w:rsidRPr="002704E0">
              <w:rPr>
                <w:color w:val="000000"/>
                <w:sz w:val="12"/>
                <w:szCs w:val="20"/>
                <w:lang w:val="pl-PL"/>
              </w:rPr>
              <w:t>bezpiecznie współpracuje z partnerem</w:t>
            </w:r>
          </w:p>
          <w:p w14:paraId="6BF8CD12" w14:textId="77777777" w:rsidR="00770552" w:rsidRPr="002704E0" w:rsidRDefault="00000000">
            <w:pPr>
              <w:pStyle w:val="Listapunktowana"/>
              <w:spacing w:after="22" w:line="245" w:lineRule="auto"/>
              <w:ind w:left="158" w:hanging="130"/>
              <w:rPr>
                <w:sz w:val="18"/>
                <w:szCs w:val="20"/>
                <w:lang w:val="pl-PL"/>
              </w:rPr>
            </w:pPr>
            <w:r w:rsidRPr="002704E0">
              <w:rPr>
                <w:color w:val="000000"/>
                <w:sz w:val="12"/>
                <w:szCs w:val="20"/>
                <w:lang w:val="pl-PL"/>
              </w:rPr>
              <w:t>planuje i prowadzi zrównoważony fragment rozgrzewki</w:t>
            </w:r>
          </w:p>
        </w:tc>
        <w:tc>
          <w:tcPr>
            <w:tcW w:w="4968" w:type="dxa"/>
            <w:tcBorders>
              <w:top w:val="single" w:sz="6" w:space="0" w:color="808080"/>
              <w:left w:val="single" w:sz="6" w:space="0" w:color="808080"/>
              <w:bottom w:val="single" w:sz="6" w:space="0" w:color="808080"/>
              <w:right w:val="single" w:sz="6" w:space="0" w:color="808080"/>
            </w:tcBorders>
            <w:shd w:val="clear" w:color="auto" w:fill="F2F2F2"/>
            <w:tcMar>
              <w:top w:w="70" w:type="dxa"/>
              <w:left w:w="95" w:type="dxa"/>
              <w:bottom w:w="70" w:type="dxa"/>
              <w:right w:w="95" w:type="dxa"/>
            </w:tcMar>
          </w:tcPr>
          <w:p w14:paraId="42E015F0" w14:textId="77777777" w:rsidR="00770552" w:rsidRPr="002704E0" w:rsidRDefault="00000000">
            <w:pPr>
              <w:spacing w:after="40"/>
              <w:rPr>
                <w:sz w:val="18"/>
                <w:szCs w:val="20"/>
                <w:lang w:val="pl-PL"/>
              </w:rPr>
            </w:pPr>
            <w:r w:rsidRPr="002704E0">
              <w:rPr>
                <w:b/>
                <w:color w:val="000000"/>
                <w:sz w:val="14"/>
                <w:szCs w:val="20"/>
                <w:lang w:val="pl-PL"/>
              </w:rPr>
              <w:t>MOŻLIWE DOWODY OSIĄGNIĘCIA UMIEJĘTNOŚCI</w:t>
            </w:r>
          </w:p>
          <w:p w14:paraId="29B66F55" w14:textId="77777777" w:rsidR="00770552" w:rsidRPr="002704E0" w:rsidRDefault="00000000">
            <w:pPr>
              <w:spacing w:after="30"/>
              <w:rPr>
                <w:sz w:val="18"/>
                <w:szCs w:val="20"/>
                <w:lang w:val="pl-PL"/>
              </w:rPr>
            </w:pPr>
            <w:r w:rsidRPr="002704E0">
              <w:rPr>
                <w:i/>
                <w:color w:val="333333"/>
                <w:sz w:val="12"/>
                <w:szCs w:val="20"/>
                <w:lang w:val="pl-PL"/>
              </w:rPr>
              <w:t>Uczeń może pokazać tę umiejętność między innymi poprzez:</w:t>
            </w:r>
          </w:p>
          <w:p w14:paraId="56D9CCDF" w14:textId="77777777" w:rsidR="00770552" w:rsidRPr="002704E0" w:rsidRDefault="00000000">
            <w:pPr>
              <w:pStyle w:val="Listapunktowana"/>
              <w:spacing w:after="22" w:line="245" w:lineRule="auto"/>
              <w:ind w:left="158" w:hanging="130"/>
              <w:rPr>
                <w:sz w:val="18"/>
                <w:szCs w:val="20"/>
                <w:lang w:val="pl-PL"/>
              </w:rPr>
            </w:pPr>
            <w:r w:rsidRPr="002704E0">
              <w:rPr>
                <w:color w:val="000000"/>
                <w:sz w:val="12"/>
                <w:szCs w:val="20"/>
                <w:lang w:val="pl-PL"/>
              </w:rPr>
              <w:t xml:space="preserve">Wykonanie: ćwiczenie akrobatyczne, posturalne, </w:t>
            </w:r>
            <w:proofErr w:type="spellStart"/>
            <w:r w:rsidRPr="002704E0">
              <w:rPr>
                <w:color w:val="000000"/>
                <w:sz w:val="12"/>
                <w:szCs w:val="20"/>
                <w:lang w:val="pl-PL"/>
              </w:rPr>
              <w:t>gibkościowe</w:t>
            </w:r>
            <w:proofErr w:type="spellEnd"/>
            <w:r w:rsidRPr="002704E0">
              <w:rPr>
                <w:color w:val="000000"/>
                <w:sz w:val="12"/>
                <w:szCs w:val="20"/>
                <w:lang w:val="pl-PL"/>
              </w:rPr>
              <w:t xml:space="preserve"> lub koordynacyjne</w:t>
            </w:r>
          </w:p>
          <w:p w14:paraId="7C955B4D" w14:textId="77777777" w:rsidR="00770552" w:rsidRPr="002704E0" w:rsidRDefault="00000000">
            <w:pPr>
              <w:pStyle w:val="Listapunktowana"/>
              <w:spacing w:after="22" w:line="245" w:lineRule="auto"/>
              <w:ind w:left="158" w:hanging="130"/>
              <w:rPr>
                <w:sz w:val="18"/>
                <w:szCs w:val="20"/>
                <w:lang w:val="pl-PL"/>
              </w:rPr>
            </w:pPr>
            <w:r w:rsidRPr="002704E0">
              <w:rPr>
                <w:color w:val="000000"/>
                <w:sz w:val="12"/>
                <w:szCs w:val="20"/>
                <w:lang w:val="pl-PL"/>
              </w:rPr>
              <w:t>Prowadzenie: krótki fragment rozgrzewki z pomocą planu</w:t>
            </w:r>
          </w:p>
          <w:p w14:paraId="08DCA671" w14:textId="77777777" w:rsidR="00770552" w:rsidRPr="002704E0" w:rsidRDefault="00000000">
            <w:pPr>
              <w:pStyle w:val="Listapunktowana"/>
              <w:spacing w:after="22" w:line="245" w:lineRule="auto"/>
              <w:ind w:left="158" w:hanging="130"/>
              <w:rPr>
                <w:sz w:val="18"/>
                <w:szCs w:val="20"/>
                <w:lang w:val="pl-PL"/>
              </w:rPr>
            </w:pPr>
            <w:r w:rsidRPr="002704E0">
              <w:rPr>
                <w:color w:val="000000"/>
                <w:sz w:val="12"/>
                <w:szCs w:val="20"/>
                <w:lang w:val="pl-PL"/>
              </w:rPr>
              <w:t>Obserwacja: pozycja, zakres ruchu, oddech, bezpieczeństwo i postęp</w:t>
            </w:r>
          </w:p>
          <w:p w14:paraId="13E9EE22" w14:textId="77777777" w:rsidR="00770552" w:rsidRPr="002704E0" w:rsidRDefault="00000000">
            <w:pPr>
              <w:pStyle w:val="Listapunktowana"/>
              <w:spacing w:after="22" w:line="245" w:lineRule="auto"/>
              <w:ind w:left="158" w:hanging="130"/>
              <w:rPr>
                <w:sz w:val="18"/>
                <w:szCs w:val="20"/>
                <w:lang w:val="pl-PL"/>
              </w:rPr>
            </w:pPr>
            <w:r w:rsidRPr="002704E0">
              <w:rPr>
                <w:color w:val="000000"/>
                <w:sz w:val="12"/>
                <w:szCs w:val="20"/>
                <w:lang w:val="pl-PL"/>
              </w:rPr>
              <w:t>Refleksja: wskazanie celu ćwiczenia i elementu do poprawy</w:t>
            </w:r>
          </w:p>
        </w:tc>
      </w:tr>
    </w:tbl>
    <w:p w14:paraId="7E01D55E" w14:textId="77777777" w:rsidR="00770552" w:rsidRPr="002704E0" w:rsidRDefault="00770552">
      <w:pPr>
        <w:rPr>
          <w:sz w:val="18"/>
          <w:szCs w:val="20"/>
          <w:lang w:val="pl-PL"/>
        </w:rPr>
      </w:pPr>
    </w:p>
    <w:p w14:paraId="27635FC0" w14:textId="77777777" w:rsidR="00770552" w:rsidRPr="002704E0" w:rsidRDefault="00000000">
      <w:pPr>
        <w:spacing w:before="40" w:after="40"/>
        <w:rPr>
          <w:sz w:val="18"/>
          <w:szCs w:val="20"/>
          <w:lang w:val="pl-PL"/>
        </w:rPr>
      </w:pPr>
      <w:r w:rsidRPr="002704E0">
        <w:rPr>
          <w:b/>
          <w:color w:val="000000"/>
          <w:sz w:val="18"/>
          <w:szCs w:val="20"/>
          <w:lang w:val="pl-PL"/>
        </w:rPr>
        <w:t>SKALA OSIĄGNIĘĆ 2–6</w:t>
      </w:r>
    </w:p>
    <w:tbl>
      <w:tblPr>
        <w:tblW w:w="0" w:type="auto"/>
        <w:jc w:val="center"/>
        <w:tblLayout w:type="fixed"/>
        <w:tblLook w:val="04A0" w:firstRow="1" w:lastRow="0" w:firstColumn="1" w:lastColumn="0" w:noHBand="0" w:noVBand="1"/>
      </w:tblPr>
      <w:tblGrid>
        <w:gridCol w:w="3038"/>
        <w:gridCol w:w="3038"/>
        <w:gridCol w:w="3038"/>
        <w:gridCol w:w="3038"/>
        <w:gridCol w:w="3038"/>
      </w:tblGrid>
      <w:tr w:rsidR="00770552" w:rsidRPr="002704E0" w14:paraId="70EC8E91" w14:textId="77777777">
        <w:trPr>
          <w:tblHeader/>
          <w:jc w:val="center"/>
        </w:trPr>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2A5D121B" w14:textId="77777777" w:rsidR="00770552" w:rsidRPr="002704E0" w:rsidRDefault="00000000">
            <w:pPr>
              <w:jc w:val="center"/>
              <w:rPr>
                <w:sz w:val="18"/>
                <w:szCs w:val="20"/>
                <w:lang w:val="pl-PL"/>
              </w:rPr>
            </w:pPr>
            <w:r w:rsidRPr="002704E0">
              <w:rPr>
                <w:b/>
                <w:color w:val="000000"/>
                <w:sz w:val="24"/>
                <w:szCs w:val="20"/>
                <w:lang w:val="pl-PL"/>
              </w:rPr>
              <w:t>2</w:t>
            </w:r>
          </w:p>
          <w:p w14:paraId="4F8C68FA" w14:textId="77777777" w:rsidR="00770552" w:rsidRPr="002704E0" w:rsidRDefault="00000000">
            <w:pPr>
              <w:spacing w:line="216" w:lineRule="auto"/>
              <w:jc w:val="center"/>
              <w:rPr>
                <w:sz w:val="18"/>
                <w:szCs w:val="20"/>
                <w:lang w:val="pl-PL"/>
              </w:rPr>
            </w:pPr>
            <w:r w:rsidRPr="002704E0">
              <w:rPr>
                <w:b/>
                <w:color w:val="000000"/>
                <w:sz w:val="11"/>
                <w:szCs w:val="20"/>
                <w:lang w:val="pl-PL"/>
              </w:rPr>
              <w:t>Z POMOCĄ</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58A4307C" w14:textId="77777777" w:rsidR="00770552" w:rsidRPr="002704E0" w:rsidRDefault="00000000">
            <w:pPr>
              <w:jc w:val="center"/>
              <w:rPr>
                <w:sz w:val="18"/>
                <w:szCs w:val="20"/>
                <w:lang w:val="pl-PL"/>
              </w:rPr>
            </w:pPr>
            <w:r w:rsidRPr="002704E0">
              <w:rPr>
                <w:b/>
                <w:color w:val="000000"/>
                <w:sz w:val="24"/>
                <w:szCs w:val="20"/>
                <w:lang w:val="pl-PL"/>
              </w:rPr>
              <w:t>3</w:t>
            </w:r>
          </w:p>
          <w:p w14:paraId="2DE4F3F1" w14:textId="77777777" w:rsidR="00770552" w:rsidRPr="002704E0" w:rsidRDefault="00000000">
            <w:pPr>
              <w:spacing w:line="216" w:lineRule="auto"/>
              <w:jc w:val="center"/>
              <w:rPr>
                <w:sz w:val="18"/>
                <w:szCs w:val="20"/>
                <w:lang w:val="pl-PL"/>
              </w:rPr>
            </w:pPr>
            <w:r w:rsidRPr="002704E0">
              <w:rPr>
                <w:b/>
                <w:color w:val="000000"/>
                <w:sz w:val="11"/>
                <w:szCs w:val="20"/>
                <w:lang w:val="pl-PL"/>
              </w:rPr>
              <w:t>SAMODZIELNIE</w:t>
            </w:r>
            <w:r w:rsidRPr="002704E0">
              <w:rPr>
                <w:b/>
                <w:color w:val="000000"/>
                <w:sz w:val="11"/>
                <w:szCs w:val="20"/>
                <w:lang w:val="pl-PL"/>
              </w:rPr>
              <w:br/>
              <w:t>W TYPOWEJ SYTUACJI</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436F37CC" w14:textId="77777777" w:rsidR="00770552" w:rsidRPr="002704E0" w:rsidRDefault="00000000">
            <w:pPr>
              <w:jc w:val="center"/>
              <w:rPr>
                <w:sz w:val="18"/>
                <w:szCs w:val="20"/>
                <w:lang w:val="pl-PL"/>
              </w:rPr>
            </w:pPr>
            <w:r w:rsidRPr="002704E0">
              <w:rPr>
                <w:b/>
                <w:color w:val="000000"/>
                <w:sz w:val="24"/>
                <w:szCs w:val="20"/>
                <w:lang w:val="pl-PL"/>
              </w:rPr>
              <w:t>4</w:t>
            </w:r>
          </w:p>
          <w:p w14:paraId="1CBC5F62" w14:textId="77777777" w:rsidR="00770552" w:rsidRPr="002704E0" w:rsidRDefault="00000000">
            <w:pPr>
              <w:spacing w:line="216" w:lineRule="auto"/>
              <w:jc w:val="center"/>
              <w:rPr>
                <w:sz w:val="18"/>
                <w:szCs w:val="20"/>
                <w:lang w:val="pl-PL"/>
              </w:rPr>
            </w:pPr>
            <w:r w:rsidRPr="002704E0">
              <w:rPr>
                <w:b/>
                <w:color w:val="000000"/>
                <w:sz w:val="11"/>
                <w:szCs w:val="20"/>
                <w:lang w:val="pl-PL"/>
              </w:rPr>
              <w:t>POPRAWNIE</w:t>
            </w:r>
            <w:r w:rsidRPr="002704E0">
              <w:rPr>
                <w:b/>
                <w:color w:val="000000"/>
                <w:sz w:val="11"/>
                <w:szCs w:val="20"/>
                <w:lang w:val="pl-PL"/>
              </w:rPr>
              <w:br/>
              <w:t>I ŚWIADOMIE</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01A3F704" w14:textId="77777777" w:rsidR="00770552" w:rsidRPr="002704E0" w:rsidRDefault="00000000">
            <w:pPr>
              <w:jc w:val="center"/>
              <w:rPr>
                <w:sz w:val="18"/>
                <w:szCs w:val="20"/>
                <w:lang w:val="pl-PL"/>
              </w:rPr>
            </w:pPr>
            <w:r w:rsidRPr="002704E0">
              <w:rPr>
                <w:b/>
                <w:color w:val="000000"/>
                <w:sz w:val="24"/>
                <w:szCs w:val="20"/>
                <w:lang w:val="pl-PL"/>
              </w:rPr>
              <w:t>5</w:t>
            </w:r>
          </w:p>
          <w:p w14:paraId="0A4801B7" w14:textId="77777777" w:rsidR="00770552" w:rsidRPr="002704E0" w:rsidRDefault="00000000">
            <w:pPr>
              <w:spacing w:line="216" w:lineRule="auto"/>
              <w:jc w:val="center"/>
              <w:rPr>
                <w:sz w:val="18"/>
                <w:szCs w:val="20"/>
                <w:lang w:val="pl-PL"/>
              </w:rPr>
            </w:pPr>
            <w:r w:rsidRPr="002704E0">
              <w:rPr>
                <w:b/>
                <w:color w:val="000000"/>
                <w:sz w:val="11"/>
                <w:szCs w:val="20"/>
                <w:lang w:val="pl-PL"/>
              </w:rPr>
              <w:t>SPRAWNIE, SAMODZIELNIE</w:t>
            </w:r>
            <w:r w:rsidRPr="002704E0">
              <w:rPr>
                <w:b/>
                <w:color w:val="000000"/>
                <w:sz w:val="11"/>
                <w:szCs w:val="20"/>
                <w:lang w:val="pl-PL"/>
              </w:rPr>
              <w:br/>
              <w:t>I CELOWO</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077671DF" w14:textId="77777777" w:rsidR="00770552" w:rsidRPr="002704E0" w:rsidRDefault="00000000">
            <w:pPr>
              <w:jc w:val="center"/>
              <w:rPr>
                <w:sz w:val="18"/>
                <w:szCs w:val="20"/>
                <w:lang w:val="pl-PL"/>
              </w:rPr>
            </w:pPr>
            <w:r w:rsidRPr="002704E0">
              <w:rPr>
                <w:b/>
                <w:color w:val="000000"/>
                <w:sz w:val="24"/>
                <w:szCs w:val="20"/>
                <w:lang w:val="pl-PL"/>
              </w:rPr>
              <w:t>6</w:t>
            </w:r>
          </w:p>
          <w:p w14:paraId="65FB3351" w14:textId="77777777" w:rsidR="00770552" w:rsidRPr="002704E0" w:rsidRDefault="00000000">
            <w:pPr>
              <w:spacing w:line="216" w:lineRule="auto"/>
              <w:jc w:val="center"/>
              <w:rPr>
                <w:sz w:val="18"/>
                <w:szCs w:val="20"/>
                <w:lang w:val="pl-PL"/>
              </w:rPr>
            </w:pPr>
            <w:r w:rsidRPr="002704E0">
              <w:rPr>
                <w:b/>
                <w:color w:val="000000"/>
                <w:sz w:val="11"/>
                <w:szCs w:val="20"/>
                <w:lang w:val="pl-PL"/>
              </w:rPr>
              <w:t>TWÓRCZO</w:t>
            </w:r>
            <w:r w:rsidRPr="002704E0">
              <w:rPr>
                <w:b/>
                <w:color w:val="000000"/>
                <w:sz w:val="11"/>
                <w:szCs w:val="20"/>
                <w:lang w:val="pl-PL"/>
              </w:rPr>
              <w:br/>
              <w:t>I ODPOWIEDZIALNIE</w:t>
            </w:r>
          </w:p>
        </w:tc>
      </w:tr>
      <w:tr w:rsidR="00770552" w:rsidRPr="00047F0F" w14:paraId="2548CF11" w14:textId="77777777">
        <w:trPr>
          <w:cantSplit/>
          <w:jc w:val="center"/>
        </w:trPr>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3E2634A1" w14:textId="77777777" w:rsidR="00770552" w:rsidRPr="002704E0" w:rsidRDefault="00000000">
            <w:pPr>
              <w:pStyle w:val="Listapunktowana"/>
              <w:spacing w:after="36" w:line="245" w:lineRule="auto"/>
              <w:ind w:left="158" w:hanging="130"/>
              <w:rPr>
                <w:sz w:val="18"/>
                <w:szCs w:val="20"/>
                <w:lang w:val="pl-PL"/>
              </w:rPr>
            </w:pPr>
            <w:r w:rsidRPr="002704E0">
              <w:rPr>
                <w:color w:val="000000"/>
                <w:sz w:val="12"/>
                <w:szCs w:val="20"/>
                <w:lang w:val="pl-PL"/>
              </w:rPr>
              <w:t>z pomocą wykonuje ćwiczenia i rozpoznaje ich cel</w:t>
            </w:r>
          </w:p>
          <w:p w14:paraId="5ABDEA51" w14:textId="77777777" w:rsidR="00770552" w:rsidRPr="002704E0" w:rsidRDefault="00000000">
            <w:pPr>
              <w:pStyle w:val="Listapunktowana"/>
              <w:spacing w:after="36" w:line="245" w:lineRule="auto"/>
              <w:ind w:left="158" w:hanging="130"/>
              <w:rPr>
                <w:sz w:val="18"/>
                <w:szCs w:val="20"/>
                <w:lang w:val="pl-PL"/>
              </w:rPr>
            </w:pPr>
            <w:r w:rsidRPr="002704E0">
              <w:rPr>
                <w:color w:val="000000"/>
                <w:sz w:val="12"/>
                <w:szCs w:val="20"/>
                <w:lang w:val="pl-PL"/>
              </w:rPr>
              <w:t>koryguje pozycję po wskazaniu</w:t>
            </w:r>
          </w:p>
          <w:p w14:paraId="42D2F97F" w14:textId="77777777" w:rsidR="00770552" w:rsidRPr="002704E0" w:rsidRDefault="00000000">
            <w:pPr>
              <w:pStyle w:val="Listapunktowana"/>
              <w:spacing w:after="36" w:line="245" w:lineRule="auto"/>
              <w:ind w:left="158" w:hanging="130"/>
              <w:rPr>
                <w:sz w:val="18"/>
                <w:szCs w:val="20"/>
                <w:lang w:val="pl-PL"/>
              </w:rPr>
            </w:pPr>
            <w:r w:rsidRPr="002704E0">
              <w:rPr>
                <w:color w:val="000000"/>
                <w:sz w:val="12"/>
                <w:szCs w:val="20"/>
                <w:lang w:val="pl-PL"/>
              </w:rPr>
              <w:t>prowadzi pojedyncze ćwiczenie według wzoru</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32BA4F56" w14:textId="77777777" w:rsidR="00770552" w:rsidRPr="002704E0" w:rsidRDefault="00000000">
            <w:pPr>
              <w:pStyle w:val="Listapunktowana"/>
              <w:spacing w:after="36" w:line="245" w:lineRule="auto"/>
              <w:ind w:left="158" w:hanging="130"/>
              <w:rPr>
                <w:sz w:val="18"/>
                <w:szCs w:val="20"/>
                <w:lang w:val="pl-PL"/>
              </w:rPr>
            </w:pPr>
            <w:r w:rsidRPr="002704E0">
              <w:rPr>
                <w:color w:val="000000"/>
                <w:sz w:val="12"/>
                <w:szCs w:val="20"/>
                <w:lang w:val="pl-PL"/>
              </w:rPr>
              <w:t>samodzielnie wykonuje zestaw w typowej sytuacji</w:t>
            </w:r>
          </w:p>
          <w:p w14:paraId="308253AF" w14:textId="77777777" w:rsidR="00770552" w:rsidRPr="002704E0" w:rsidRDefault="00000000">
            <w:pPr>
              <w:pStyle w:val="Listapunktowana"/>
              <w:spacing w:after="36" w:line="245" w:lineRule="auto"/>
              <w:ind w:left="158" w:hanging="130"/>
              <w:rPr>
                <w:sz w:val="18"/>
                <w:szCs w:val="20"/>
                <w:lang w:val="pl-PL"/>
              </w:rPr>
            </w:pPr>
            <w:r w:rsidRPr="002704E0">
              <w:rPr>
                <w:color w:val="000000"/>
                <w:sz w:val="12"/>
                <w:szCs w:val="20"/>
                <w:lang w:val="pl-PL"/>
              </w:rPr>
              <w:t>dobiera ćwiczenie do wskazanego celu</w:t>
            </w:r>
          </w:p>
          <w:p w14:paraId="12D13851" w14:textId="77777777" w:rsidR="00770552" w:rsidRPr="002704E0" w:rsidRDefault="00000000">
            <w:pPr>
              <w:pStyle w:val="Listapunktowana"/>
              <w:spacing w:after="36" w:line="245" w:lineRule="auto"/>
              <w:ind w:left="158" w:hanging="130"/>
              <w:rPr>
                <w:sz w:val="18"/>
                <w:szCs w:val="20"/>
                <w:lang w:val="pl-PL"/>
              </w:rPr>
            </w:pPr>
            <w:r w:rsidRPr="002704E0">
              <w:rPr>
                <w:color w:val="000000"/>
                <w:sz w:val="12"/>
                <w:szCs w:val="20"/>
                <w:lang w:val="pl-PL"/>
              </w:rPr>
              <w:t>prowadzi prosty fragment rozgrzewki</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7F6A49CC" w14:textId="77777777" w:rsidR="00770552" w:rsidRPr="002704E0" w:rsidRDefault="00000000">
            <w:pPr>
              <w:pStyle w:val="Listapunktowana"/>
              <w:spacing w:after="36" w:line="245" w:lineRule="auto"/>
              <w:ind w:left="158" w:hanging="130"/>
              <w:rPr>
                <w:sz w:val="18"/>
                <w:szCs w:val="20"/>
                <w:lang w:val="pl-PL"/>
              </w:rPr>
            </w:pPr>
            <w:r w:rsidRPr="002704E0">
              <w:rPr>
                <w:color w:val="000000"/>
                <w:sz w:val="12"/>
                <w:szCs w:val="20"/>
                <w:lang w:val="pl-PL"/>
              </w:rPr>
              <w:t>poprawnie łączy ćwiczenia i reguluje obciążenie</w:t>
            </w:r>
          </w:p>
          <w:p w14:paraId="2B9E172A" w14:textId="77777777" w:rsidR="00770552" w:rsidRPr="002704E0" w:rsidRDefault="00000000">
            <w:pPr>
              <w:pStyle w:val="Listapunktowana"/>
              <w:spacing w:after="36" w:line="245" w:lineRule="auto"/>
              <w:ind w:left="158" w:hanging="130"/>
              <w:rPr>
                <w:sz w:val="18"/>
                <w:szCs w:val="20"/>
                <w:lang w:val="pl-PL"/>
              </w:rPr>
            </w:pPr>
            <w:r w:rsidRPr="002704E0">
              <w:rPr>
                <w:color w:val="000000"/>
                <w:sz w:val="12"/>
                <w:szCs w:val="20"/>
                <w:lang w:val="pl-PL"/>
              </w:rPr>
              <w:t>kontroluje technikę własną i partnera</w:t>
            </w:r>
          </w:p>
          <w:p w14:paraId="6AEB6A11" w14:textId="77777777" w:rsidR="00770552" w:rsidRPr="002704E0" w:rsidRDefault="00000000">
            <w:pPr>
              <w:pStyle w:val="Listapunktowana"/>
              <w:spacing w:after="36" w:line="245" w:lineRule="auto"/>
              <w:ind w:left="158" w:hanging="130"/>
              <w:rPr>
                <w:sz w:val="18"/>
                <w:szCs w:val="20"/>
                <w:lang w:val="pl-PL"/>
              </w:rPr>
            </w:pPr>
            <w:r w:rsidRPr="002704E0">
              <w:rPr>
                <w:color w:val="000000"/>
                <w:sz w:val="12"/>
                <w:szCs w:val="20"/>
                <w:lang w:val="pl-PL"/>
              </w:rPr>
              <w:t>wyjaśnia kolejność rozgrzewki</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6450F6C6" w14:textId="77777777" w:rsidR="00770552" w:rsidRPr="002704E0" w:rsidRDefault="00000000">
            <w:pPr>
              <w:pStyle w:val="Listapunktowana"/>
              <w:spacing w:after="36" w:line="245" w:lineRule="auto"/>
              <w:ind w:left="158" w:hanging="130"/>
              <w:rPr>
                <w:sz w:val="18"/>
                <w:szCs w:val="20"/>
                <w:lang w:val="pl-PL"/>
              </w:rPr>
            </w:pPr>
            <w:r w:rsidRPr="002704E0">
              <w:rPr>
                <w:color w:val="000000"/>
                <w:sz w:val="12"/>
                <w:szCs w:val="20"/>
                <w:lang w:val="pl-PL"/>
              </w:rPr>
              <w:t>sprawnie dobiera warianty do możliwości</w:t>
            </w:r>
          </w:p>
          <w:p w14:paraId="1117F9A7" w14:textId="77777777" w:rsidR="00770552" w:rsidRPr="002704E0" w:rsidRDefault="00000000">
            <w:pPr>
              <w:pStyle w:val="Listapunktowana"/>
              <w:spacing w:after="36" w:line="245" w:lineRule="auto"/>
              <w:ind w:left="158" w:hanging="130"/>
              <w:rPr>
                <w:sz w:val="18"/>
                <w:szCs w:val="20"/>
                <w:lang w:val="pl-PL"/>
              </w:rPr>
            </w:pPr>
            <w:r w:rsidRPr="002704E0">
              <w:rPr>
                <w:color w:val="000000"/>
                <w:sz w:val="12"/>
                <w:szCs w:val="20"/>
                <w:lang w:val="pl-PL"/>
              </w:rPr>
              <w:t>samodzielnie poprawia błędy</w:t>
            </w:r>
          </w:p>
          <w:p w14:paraId="5FD12879" w14:textId="77777777" w:rsidR="00770552" w:rsidRPr="002704E0" w:rsidRDefault="00000000">
            <w:pPr>
              <w:pStyle w:val="Listapunktowana"/>
              <w:spacing w:after="36" w:line="245" w:lineRule="auto"/>
              <w:ind w:left="158" w:hanging="130"/>
              <w:rPr>
                <w:sz w:val="18"/>
                <w:szCs w:val="20"/>
                <w:lang w:val="pl-PL"/>
              </w:rPr>
            </w:pPr>
            <w:r w:rsidRPr="002704E0">
              <w:rPr>
                <w:color w:val="000000"/>
                <w:sz w:val="12"/>
                <w:szCs w:val="20"/>
                <w:lang w:val="pl-PL"/>
              </w:rPr>
              <w:t>prowadzi bezpieczny fragment i reaguje na grupę</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760A9B9F" w14:textId="77777777" w:rsidR="00770552" w:rsidRPr="002704E0" w:rsidRDefault="00000000">
            <w:pPr>
              <w:pStyle w:val="Listapunktowana"/>
              <w:spacing w:after="36" w:line="245" w:lineRule="auto"/>
              <w:ind w:left="158" w:hanging="130"/>
              <w:rPr>
                <w:sz w:val="18"/>
                <w:szCs w:val="20"/>
                <w:lang w:val="pl-PL"/>
              </w:rPr>
            </w:pPr>
            <w:r w:rsidRPr="002704E0">
              <w:rPr>
                <w:color w:val="000000"/>
                <w:sz w:val="12"/>
                <w:szCs w:val="20"/>
                <w:lang w:val="pl-PL"/>
              </w:rPr>
              <w:t>projektuje i modyfikuje mini-zestaw</w:t>
            </w:r>
          </w:p>
          <w:p w14:paraId="100111A9" w14:textId="77777777" w:rsidR="00770552" w:rsidRPr="002704E0" w:rsidRDefault="00000000">
            <w:pPr>
              <w:pStyle w:val="Listapunktowana"/>
              <w:spacing w:after="36" w:line="245" w:lineRule="auto"/>
              <w:ind w:left="158" w:hanging="130"/>
              <w:rPr>
                <w:sz w:val="18"/>
                <w:szCs w:val="20"/>
                <w:lang w:val="pl-PL"/>
              </w:rPr>
            </w:pPr>
            <w:r w:rsidRPr="002704E0">
              <w:rPr>
                <w:color w:val="000000"/>
                <w:sz w:val="12"/>
                <w:szCs w:val="20"/>
                <w:lang w:val="pl-PL"/>
              </w:rPr>
              <w:t>uzasadnia dobór obciążenia i kolejności</w:t>
            </w:r>
          </w:p>
          <w:p w14:paraId="140F2D48" w14:textId="77777777" w:rsidR="00770552" w:rsidRPr="002704E0" w:rsidRDefault="00000000">
            <w:pPr>
              <w:pStyle w:val="Listapunktowana"/>
              <w:spacing w:after="36" w:line="245" w:lineRule="auto"/>
              <w:ind w:left="158" w:hanging="130"/>
              <w:rPr>
                <w:sz w:val="18"/>
                <w:szCs w:val="20"/>
                <w:lang w:val="pl-PL"/>
              </w:rPr>
            </w:pPr>
            <w:r w:rsidRPr="002704E0">
              <w:rPr>
                <w:color w:val="000000"/>
                <w:sz w:val="12"/>
                <w:szCs w:val="20"/>
                <w:lang w:val="pl-PL"/>
              </w:rPr>
              <w:t>ocenia efekt i proponuje dalszy rozwój</w:t>
            </w:r>
          </w:p>
        </w:tc>
      </w:tr>
    </w:tbl>
    <w:p w14:paraId="753C8395" w14:textId="77777777" w:rsidR="00770552" w:rsidRPr="002704E0" w:rsidRDefault="00000000">
      <w:pPr>
        <w:spacing w:before="50"/>
        <w:rPr>
          <w:color w:val="000000"/>
          <w:sz w:val="13"/>
          <w:szCs w:val="20"/>
          <w:lang w:val="pl-PL"/>
        </w:rPr>
      </w:pPr>
      <w:r w:rsidRPr="002704E0">
        <w:rPr>
          <w:b/>
          <w:color w:val="000000"/>
          <w:sz w:val="13"/>
          <w:szCs w:val="20"/>
          <w:lang w:val="pl-PL"/>
        </w:rPr>
        <w:t xml:space="preserve">Ważne: </w:t>
      </w:r>
      <w:r w:rsidRPr="002704E0">
        <w:rPr>
          <w:color w:val="000000"/>
          <w:sz w:val="13"/>
          <w:szCs w:val="20"/>
          <w:lang w:val="pl-PL"/>
        </w:rPr>
        <w:t>Nie ocenia się budowy ciała ani naturalnej siły, gibkości czy zwinności.</w:t>
      </w:r>
    </w:p>
    <w:p w14:paraId="2D90E51D" w14:textId="77777777" w:rsidR="002704E0" w:rsidRPr="002704E0" w:rsidRDefault="002704E0">
      <w:pPr>
        <w:spacing w:before="50"/>
        <w:rPr>
          <w:color w:val="000000"/>
          <w:sz w:val="13"/>
          <w:szCs w:val="20"/>
          <w:lang w:val="pl-PL"/>
        </w:rPr>
      </w:pPr>
    </w:p>
    <w:p w14:paraId="2AB25849" w14:textId="77777777" w:rsidR="002704E0" w:rsidRPr="002704E0" w:rsidRDefault="002704E0">
      <w:pPr>
        <w:spacing w:before="50"/>
        <w:rPr>
          <w:sz w:val="18"/>
          <w:szCs w:val="20"/>
          <w:lang w:val="pl-PL"/>
        </w:rPr>
      </w:pPr>
    </w:p>
    <w:tbl>
      <w:tblPr>
        <w:tblW w:w="0" w:type="auto"/>
        <w:jc w:val="center"/>
        <w:tblLayout w:type="fixed"/>
        <w:tblLook w:val="04A0" w:firstRow="1" w:lastRow="0" w:firstColumn="1" w:lastColumn="0" w:noHBand="0" w:noVBand="1"/>
      </w:tblPr>
      <w:tblGrid>
        <w:gridCol w:w="936"/>
        <w:gridCol w:w="14256"/>
      </w:tblGrid>
      <w:tr w:rsidR="002704E0" w:rsidRPr="009A615A" w14:paraId="08F68D77" w14:textId="77777777" w:rsidTr="00E437A4">
        <w:trPr>
          <w:jc w:val="center"/>
        </w:trPr>
        <w:tc>
          <w:tcPr>
            <w:tcW w:w="936" w:type="dxa"/>
            <w:tcBorders>
              <w:top w:val="single" w:sz="8" w:space="0" w:color="000000"/>
              <w:left w:val="single" w:sz="8" w:space="0" w:color="000000"/>
              <w:bottom w:val="single" w:sz="8" w:space="0" w:color="000000"/>
              <w:right w:val="single" w:sz="8" w:space="0" w:color="000000"/>
            </w:tcBorders>
            <w:shd w:val="clear" w:color="auto" w:fill="000000"/>
            <w:tcMar>
              <w:top w:w="80" w:type="dxa"/>
              <w:left w:w="110" w:type="dxa"/>
              <w:bottom w:w="80" w:type="dxa"/>
              <w:right w:w="110" w:type="dxa"/>
            </w:tcMar>
          </w:tcPr>
          <w:p w14:paraId="16F1BEB1" w14:textId="77777777" w:rsidR="002704E0" w:rsidRPr="002704E0" w:rsidRDefault="002704E0" w:rsidP="00E437A4">
            <w:pPr>
              <w:jc w:val="center"/>
              <w:rPr>
                <w:sz w:val="18"/>
                <w:szCs w:val="20"/>
                <w:lang w:val="pl-PL"/>
              </w:rPr>
            </w:pPr>
            <w:r w:rsidRPr="002704E0">
              <w:rPr>
                <w:b/>
                <w:color w:val="FFFFFF"/>
                <w:sz w:val="36"/>
                <w:szCs w:val="20"/>
                <w:lang w:val="pl-PL"/>
              </w:rPr>
              <w:t>2</w:t>
            </w:r>
          </w:p>
        </w:tc>
        <w:tc>
          <w:tcPr>
            <w:tcW w:w="14256" w:type="dxa"/>
            <w:tcBorders>
              <w:top w:val="single" w:sz="8" w:space="0" w:color="000000"/>
              <w:left w:val="single" w:sz="8" w:space="0" w:color="000000"/>
              <w:bottom w:val="single" w:sz="8" w:space="0" w:color="000000"/>
              <w:right w:val="single" w:sz="8" w:space="0" w:color="000000"/>
            </w:tcBorders>
            <w:tcMar>
              <w:top w:w="80" w:type="dxa"/>
              <w:left w:w="110" w:type="dxa"/>
              <w:bottom w:w="80" w:type="dxa"/>
              <w:right w:w="110" w:type="dxa"/>
            </w:tcMar>
          </w:tcPr>
          <w:p w14:paraId="532D3B6E" w14:textId="77777777" w:rsidR="002704E0" w:rsidRPr="002704E0" w:rsidRDefault="002704E0" w:rsidP="00E437A4">
            <w:pPr>
              <w:rPr>
                <w:sz w:val="18"/>
                <w:szCs w:val="20"/>
                <w:lang w:val="pl-PL"/>
              </w:rPr>
            </w:pPr>
            <w:r w:rsidRPr="002704E0">
              <w:rPr>
                <w:b/>
                <w:color w:val="000000"/>
                <w:sz w:val="28"/>
                <w:szCs w:val="20"/>
                <w:lang w:val="pl-PL"/>
              </w:rPr>
              <w:t>GRY ZESPOŁOWE I REKREACYJNE</w:t>
            </w:r>
          </w:p>
          <w:p w14:paraId="094DCE78" w14:textId="77777777" w:rsidR="002704E0" w:rsidRPr="002704E0" w:rsidRDefault="002704E0" w:rsidP="00E437A4">
            <w:pPr>
              <w:rPr>
                <w:sz w:val="18"/>
                <w:szCs w:val="20"/>
                <w:lang w:val="pl-PL"/>
              </w:rPr>
            </w:pPr>
            <w:r w:rsidRPr="002704E0">
              <w:rPr>
                <w:i/>
                <w:color w:val="333333"/>
                <w:sz w:val="16"/>
                <w:szCs w:val="20"/>
                <w:lang w:val="pl-PL"/>
              </w:rPr>
              <w:t>Łączenie techniki z prostą taktyką, samodzielne pełnienie ról i organizacja gry.</w:t>
            </w:r>
            <w:r w:rsidRPr="0009332E">
              <w:rPr>
                <w:b/>
                <w:color w:val="4B4B4B"/>
                <w:sz w:val="12"/>
                <w:lang w:val="pl-PL"/>
              </w:rPr>
              <w:t xml:space="preserve">  </w:t>
            </w:r>
            <w:proofErr w:type="gramStart"/>
            <w:r>
              <w:rPr>
                <w:b/>
                <w:color w:val="4B4B4B"/>
                <w:sz w:val="12"/>
              </w:rPr>
              <w:t>|  PODSTAWA</w:t>
            </w:r>
            <w:proofErr w:type="gramEnd"/>
            <w:r>
              <w:rPr>
                <w:b/>
                <w:color w:val="4B4B4B"/>
                <w:sz w:val="12"/>
              </w:rPr>
              <w:t xml:space="preserve">: </w:t>
            </w:r>
            <w:r>
              <w:rPr>
                <w:i/>
                <w:color w:val="4B4B4B"/>
                <w:sz w:val="12"/>
              </w:rPr>
              <w:t>PP 2017/2025, WF kl. V–VI, II.1–5.</w:t>
            </w:r>
          </w:p>
        </w:tc>
      </w:tr>
    </w:tbl>
    <w:p w14:paraId="759DC6B9" w14:textId="77777777" w:rsidR="002704E0" w:rsidRPr="002704E0" w:rsidRDefault="002704E0" w:rsidP="002704E0">
      <w:pPr>
        <w:rPr>
          <w:sz w:val="18"/>
          <w:szCs w:val="20"/>
          <w:lang w:val="pl-PL"/>
        </w:rPr>
      </w:pPr>
    </w:p>
    <w:tbl>
      <w:tblPr>
        <w:tblW w:w="0" w:type="auto"/>
        <w:jc w:val="center"/>
        <w:tblLayout w:type="fixed"/>
        <w:tblLook w:val="04A0" w:firstRow="1" w:lastRow="0" w:firstColumn="1" w:lastColumn="0" w:noHBand="0" w:noVBand="1"/>
      </w:tblPr>
      <w:tblGrid>
        <w:gridCol w:w="5256"/>
        <w:gridCol w:w="4968"/>
        <w:gridCol w:w="4968"/>
      </w:tblGrid>
      <w:tr w:rsidR="002704E0" w:rsidRPr="00047F0F" w14:paraId="682C9895" w14:textId="77777777" w:rsidTr="00E437A4">
        <w:trPr>
          <w:jc w:val="center"/>
        </w:trPr>
        <w:tc>
          <w:tcPr>
            <w:tcW w:w="5256" w:type="dxa"/>
            <w:tcBorders>
              <w:top w:val="single" w:sz="6" w:space="0" w:color="808080"/>
              <w:left w:val="single" w:sz="6" w:space="0" w:color="808080"/>
              <w:bottom w:val="single" w:sz="6" w:space="0" w:color="808080"/>
              <w:right w:val="single" w:sz="6" w:space="0" w:color="808080"/>
            </w:tcBorders>
            <w:shd w:val="clear" w:color="auto" w:fill="F2F2F2"/>
            <w:tcMar>
              <w:top w:w="70" w:type="dxa"/>
              <w:left w:w="95" w:type="dxa"/>
              <w:bottom w:w="70" w:type="dxa"/>
              <w:right w:w="95" w:type="dxa"/>
            </w:tcMar>
          </w:tcPr>
          <w:p w14:paraId="40DDA5C3" w14:textId="77777777" w:rsidR="002704E0" w:rsidRPr="002704E0" w:rsidRDefault="002704E0" w:rsidP="00E437A4">
            <w:pPr>
              <w:spacing w:after="40"/>
              <w:rPr>
                <w:sz w:val="18"/>
                <w:szCs w:val="20"/>
                <w:lang w:val="pl-PL"/>
              </w:rPr>
            </w:pPr>
            <w:r w:rsidRPr="002704E0">
              <w:rPr>
                <w:b/>
                <w:color w:val="000000"/>
                <w:sz w:val="14"/>
                <w:szCs w:val="20"/>
                <w:lang w:val="pl-PL"/>
              </w:rPr>
              <w:t>ZAKRES WYMAGANIA</w:t>
            </w:r>
          </w:p>
          <w:p w14:paraId="122CFBBD" w14:textId="77777777" w:rsidR="002704E0" w:rsidRPr="002704E0" w:rsidRDefault="002704E0" w:rsidP="00E437A4">
            <w:pPr>
              <w:pStyle w:val="Listapunktowana"/>
              <w:spacing w:after="22" w:line="245" w:lineRule="auto"/>
              <w:ind w:left="158" w:hanging="130"/>
              <w:rPr>
                <w:sz w:val="18"/>
                <w:szCs w:val="20"/>
                <w:lang w:val="pl-PL"/>
              </w:rPr>
            </w:pPr>
            <w:r w:rsidRPr="002704E0">
              <w:rPr>
                <w:color w:val="000000"/>
                <w:sz w:val="12"/>
                <w:szCs w:val="20"/>
                <w:lang w:val="pl-PL"/>
              </w:rPr>
              <w:t>omawia i stosuje przepisy wybranych gier oraz podstawowe nazewnictwo</w:t>
            </w:r>
          </w:p>
          <w:p w14:paraId="62C24997" w14:textId="77777777" w:rsidR="002704E0" w:rsidRPr="002704E0" w:rsidRDefault="002704E0" w:rsidP="00E437A4">
            <w:pPr>
              <w:pStyle w:val="Listapunktowana"/>
              <w:spacing w:after="22" w:line="245" w:lineRule="auto"/>
              <w:ind w:left="158" w:hanging="130"/>
              <w:rPr>
                <w:sz w:val="18"/>
                <w:szCs w:val="20"/>
                <w:lang w:val="pl-PL"/>
              </w:rPr>
            </w:pPr>
            <w:r w:rsidRPr="002704E0">
              <w:rPr>
                <w:color w:val="000000"/>
                <w:sz w:val="12"/>
                <w:szCs w:val="20"/>
                <w:lang w:val="pl-PL"/>
              </w:rPr>
              <w:t>wykonuje podstawowe elementy koszykówki, piłki nożnej, piłki ręcznej i siatkówki</w:t>
            </w:r>
          </w:p>
          <w:p w14:paraId="528E0E14" w14:textId="77777777" w:rsidR="002704E0" w:rsidRPr="002704E0" w:rsidRDefault="002704E0" w:rsidP="00E437A4">
            <w:pPr>
              <w:pStyle w:val="Listapunktowana"/>
              <w:spacing w:after="22" w:line="245" w:lineRule="auto"/>
              <w:ind w:left="158" w:hanging="130"/>
              <w:rPr>
                <w:sz w:val="18"/>
                <w:szCs w:val="20"/>
                <w:lang w:val="pl-PL"/>
              </w:rPr>
            </w:pPr>
            <w:r w:rsidRPr="002704E0">
              <w:rPr>
                <w:color w:val="000000"/>
                <w:sz w:val="12"/>
                <w:szCs w:val="20"/>
                <w:lang w:val="pl-PL"/>
              </w:rPr>
              <w:t>uczestniczy w co najmniej dwóch innych grach zespołowych lub rekreacyjnych</w:t>
            </w:r>
          </w:p>
          <w:p w14:paraId="2EBF0882" w14:textId="77777777" w:rsidR="002704E0" w:rsidRPr="002704E0" w:rsidRDefault="002704E0" w:rsidP="00E437A4">
            <w:pPr>
              <w:pStyle w:val="Listapunktowana"/>
              <w:spacing w:after="22" w:line="245" w:lineRule="auto"/>
              <w:ind w:left="158" w:hanging="130"/>
              <w:rPr>
                <w:sz w:val="18"/>
                <w:szCs w:val="20"/>
                <w:lang w:val="pl-PL"/>
              </w:rPr>
            </w:pPr>
            <w:r w:rsidRPr="002704E0">
              <w:rPr>
                <w:color w:val="000000"/>
                <w:sz w:val="12"/>
                <w:szCs w:val="20"/>
                <w:lang w:val="pl-PL"/>
              </w:rPr>
              <w:t xml:space="preserve">uczestniczy w </w:t>
            </w:r>
            <w:proofErr w:type="spellStart"/>
            <w:r w:rsidRPr="002704E0">
              <w:rPr>
                <w:color w:val="000000"/>
                <w:sz w:val="12"/>
                <w:szCs w:val="20"/>
                <w:lang w:val="pl-PL"/>
              </w:rPr>
              <w:t>minigrach</w:t>
            </w:r>
            <w:proofErr w:type="spellEnd"/>
            <w:r w:rsidRPr="002704E0">
              <w:rPr>
                <w:color w:val="000000"/>
                <w:sz w:val="12"/>
                <w:szCs w:val="20"/>
                <w:lang w:val="pl-PL"/>
              </w:rPr>
              <w:t xml:space="preserve"> oraz grach szkolnych i uproszczonych</w:t>
            </w:r>
          </w:p>
          <w:p w14:paraId="71B624A3" w14:textId="77777777" w:rsidR="002704E0" w:rsidRPr="002704E0" w:rsidRDefault="002704E0" w:rsidP="00E437A4">
            <w:pPr>
              <w:pStyle w:val="Listapunktowana"/>
              <w:spacing w:after="22" w:line="245" w:lineRule="auto"/>
              <w:ind w:left="158" w:hanging="130"/>
              <w:rPr>
                <w:sz w:val="18"/>
                <w:szCs w:val="20"/>
                <w:lang w:val="pl-PL"/>
              </w:rPr>
            </w:pPr>
            <w:r w:rsidRPr="002704E0">
              <w:rPr>
                <w:color w:val="000000"/>
                <w:sz w:val="12"/>
                <w:szCs w:val="20"/>
                <w:lang w:val="pl-PL"/>
              </w:rPr>
              <w:t>współorganizuje wśród rówieśników co najmniej jedną prostą grę</w:t>
            </w:r>
          </w:p>
        </w:tc>
        <w:tc>
          <w:tcPr>
            <w:tcW w:w="4968" w:type="dxa"/>
            <w:tcBorders>
              <w:top w:val="single" w:sz="6" w:space="0" w:color="808080"/>
              <w:left w:val="single" w:sz="6" w:space="0" w:color="808080"/>
              <w:bottom w:val="single" w:sz="6" w:space="0" w:color="808080"/>
              <w:right w:val="single" w:sz="6" w:space="0" w:color="808080"/>
            </w:tcBorders>
            <w:shd w:val="clear" w:color="auto" w:fill="E7E6E6"/>
            <w:tcMar>
              <w:top w:w="70" w:type="dxa"/>
              <w:left w:w="95" w:type="dxa"/>
              <w:bottom w:w="70" w:type="dxa"/>
              <w:right w:w="95" w:type="dxa"/>
            </w:tcMar>
          </w:tcPr>
          <w:p w14:paraId="73A87101" w14:textId="77777777" w:rsidR="002704E0" w:rsidRPr="002704E0" w:rsidRDefault="002704E0" w:rsidP="00E437A4">
            <w:pPr>
              <w:spacing w:after="40"/>
              <w:rPr>
                <w:sz w:val="18"/>
                <w:szCs w:val="20"/>
                <w:lang w:val="pl-PL"/>
              </w:rPr>
            </w:pPr>
            <w:r w:rsidRPr="002704E0">
              <w:rPr>
                <w:b/>
                <w:color w:val="000000"/>
                <w:sz w:val="14"/>
                <w:szCs w:val="20"/>
                <w:lang w:val="pl-PL"/>
              </w:rPr>
              <w:t>KRYTERIA SUKCESU</w:t>
            </w:r>
          </w:p>
          <w:p w14:paraId="200433DE" w14:textId="77777777" w:rsidR="002704E0" w:rsidRPr="002704E0" w:rsidRDefault="002704E0" w:rsidP="00E437A4">
            <w:pPr>
              <w:pStyle w:val="Listapunktowana"/>
              <w:spacing w:after="22" w:line="245" w:lineRule="auto"/>
              <w:ind w:left="158" w:hanging="130"/>
              <w:rPr>
                <w:sz w:val="18"/>
                <w:szCs w:val="20"/>
                <w:lang w:val="pl-PL"/>
              </w:rPr>
            </w:pPr>
            <w:r w:rsidRPr="002704E0">
              <w:rPr>
                <w:color w:val="000000"/>
                <w:sz w:val="12"/>
                <w:szCs w:val="20"/>
                <w:lang w:val="pl-PL"/>
              </w:rPr>
              <w:t>wykonuje podstawowe elementy techniczne w ruchu i prostej presji przeciwnika</w:t>
            </w:r>
          </w:p>
          <w:p w14:paraId="5C4692E7" w14:textId="77777777" w:rsidR="002704E0" w:rsidRPr="002704E0" w:rsidRDefault="002704E0" w:rsidP="00E437A4">
            <w:pPr>
              <w:pStyle w:val="Listapunktowana"/>
              <w:spacing w:after="22" w:line="245" w:lineRule="auto"/>
              <w:ind w:left="158" w:hanging="130"/>
              <w:rPr>
                <w:sz w:val="18"/>
                <w:szCs w:val="20"/>
                <w:lang w:val="pl-PL"/>
              </w:rPr>
            </w:pPr>
            <w:r w:rsidRPr="002704E0">
              <w:rPr>
                <w:color w:val="000000"/>
                <w:sz w:val="12"/>
                <w:szCs w:val="20"/>
                <w:lang w:val="pl-PL"/>
              </w:rPr>
              <w:t>zajmuje właściwe miejsce w ataku lub obronie</w:t>
            </w:r>
          </w:p>
          <w:p w14:paraId="1A7E9E28" w14:textId="77777777" w:rsidR="002704E0" w:rsidRPr="002704E0" w:rsidRDefault="002704E0" w:rsidP="00E437A4">
            <w:pPr>
              <w:pStyle w:val="Listapunktowana"/>
              <w:spacing w:after="22" w:line="245" w:lineRule="auto"/>
              <w:ind w:left="158" w:hanging="130"/>
              <w:rPr>
                <w:sz w:val="18"/>
                <w:szCs w:val="20"/>
                <w:lang w:val="pl-PL"/>
              </w:rPr>
            </w:pPr>
            <w:r w:rsidRPr="002704E0">
              <w:rPr>
                <w:color w:val="000000"/>
                <w:sz w:val="12"/>
                <w:szCs w:val="20"/>
                <w:lang w:val="pl-PL"/>
              </w:rPr>
              <w:t>podejmuje decyzję o podaniu, ruchu, rzucie lub zabezpieczeniu przestrzeni</w:t>
            </w:r>
          </w:p>
          <w:p w14:paraId="06863023" w14:textId="77777777" w:rsidR="002704E0" w:rsidRPr="002704E0" w:rsidRDefault="002704E0" w:rsidP="00E437A4">
            <w:pPr>
              <w:pStyle w:val="Listapunktowana"/>
              <w:spacing w:after="22" w:line="245" w:lineRule="auto"/>
              <w:ind w:left="158" w:hanging="130"/>
              <w:rPr>
                <w:sz w:val="18"/>
                <w:szCs w:val="20"/>
                <w:lang w:val="pl-PL"/>
              </w:rPr>
            </w:pPr>
            <w:r w:rsidRPr="002704E0">
              <w:rPr>
                <w:color w:val="000000"/>
                <w:sz w:val="12"/>
                <w:szCs w:val="20"/>
                <w:lang w:val="pl-PL"/>
              </w:rPr>
              <w:t>stosuje przepisy i reaguje na decyzje sędziego</w:t>
            </w:r>
          </w:p>
          <w:p w14:paraId="64F16CC1" w14:textId="77777777" w:rsidR="002704E0" w:rsidRPr="002704E0" w:rsidRDefault="002704E0" w:rsidP="00E437A4">
            <w:pPr>
              <w:pStyle w:val="Listapunktowana"/>
              <w:spacing w:after="22" w:line="245" w:lineRule="auto"/>
              <w:ind w:left="158" w:hanging="130"/>
              <w:rPr>
                <w:sz w:val="18"/>
                <w:szCs w:val="20"/>
                <w:lang w:val="pl-PL"/>
              </w:rPr>
            </w:pPr>
            <w:r w:rsidRPr="002704E0">
              <w:rPr>
                <w:color w:val="000000"/>
                <w:sz w:val="12"/>
                <w:szCs w:val="20"/>
                <w:lang w:val="pl-PL"/>
              </w:rPr>
              <w:t>organizuje prostą grę z podziałem ról</w:t>
            </w:r>
          </w:p>
        </w:tc>
        <w:tc>
          <w:tcPr>
            <w:tcW w:w="4968" w:type="dxa"/>
            <w:tcBorders>
              <w:top w:val="single" w:sz="6" w:space="0" w:color="808080"/>
              <w:left w:val="single" w:sz="6" w:space="0" w:color="808080"/>
              <w:bottom w:val="single" w:sz="6" w:space="0" w:color="808080"/>
              <w:right w:val="single" w:sz="6" w:space="0" w:color="808080"/>
            </w:tcBorders>
            <w:shd w:val="clear" w:color="auto" w:fill="F2F2F2"/>
            <w:tcMar>
              <w:top w:w="70" w:type="dxa"/>
              <w:left w:w="95" w:type="dxa"/>
              <w:bottom w:w="70" w:type="dxa"/>
              <w:right w:w="95" w:type="dxa"/>
            </w:tcMar>
          </w:tcPr>
          <w:p w14:paraId="1CE6113D" w14:textId="77777777" w:rsidR="002704E0" w:rsidRPr="002704E0" w:rsidRDefault="002704E0" w:rsidP="00E437A4">
            <w:pPr>
              <w:spacing w:after="40"/>
              <w:rPr>
                <w:sz w:val="18"/>
                <w:szCs w:val="20"/>
                <w:lang w:val="pl-PL"/>
              </w:rPr>
            </w:pPr>
            <w:r w:rsidRPr="002704E0">
              <w:rPr>
                <w:b/>
                <w:color w:val="000000"/>
                <w:sz w:val="14"/>
                <w:szCs w:val="20"/>
                <w:lang w:val="pl-PL"/>
              </w:rPr>
              <w:t>MOŻLIWE DOWODY OSIĄGNIĘCIA UMIEJĘTNOŚCI</w:t>
            </w:r>
          </w:p>
          <w:p w14:paraId="413024EE" w14:textId="77777777" w:rsidR="002704E0" w:rsidRPr="002704E0" w:rsidRDefault="002704E0" w:rsidP="00E437A4">
            <w:pPr>
              <w:spacing w:after="30"/>
              <w:rPr>
                <w:sz w:val="18"/>
                <w:szCs w:val="20"/>
                <w:lang w:val="pl-PL"/>
              </w:rPr>
            </w:pPr>
            <w:r w:rsidRPr="002704E0">
              <w:rPr>
                <w:i/>
                <w:color w:val="333333"/>
                <w:sz w:val="12"/>
                <w:szCs w:val="20"/>
                <w:lang w:val="pl-PL"/>
              </w:rPr>
              <w:t>Uczeń może pokazać tę umiejętność między innymi poprzez:</w:t>
            </w:r>
          </w:p>
          <w:p w14:paraId="6F059B25" w14:textId="77777777" w:rsidR="002704E0" w:rsidRPr="002704E0" w:rsidRDefault="002704E0" w:rsidP="00E437A4">
            <w:pPr>
              <w:pStyle w:val="Listapunktowana"/>
              <w:spacing w:after="22" w:line="245" w:lineRule="auto"/>
              <w:ind w:left="158" w:hanging="130"/>
              <w:rPr>
                <w:sz w:val="18"/>
                <w:szCs w:val="20"/>
                <w:lang w:val="pl-PL"/>
              </w:rPr>
            </w:pPr>
            <w:r w:rsidRPr="002704E0">
              <w:rPr>
                <w:color w:val="000000"/>
                <w:sz w:val="12"/>
                <w:szCs w:val="20"/>
                <w:lang w:val="pl-PL"/>
              </w:rPr>
              <w:t xml:space="preserve">Gra: fragment gry, </w:t>
            </w:r>
            <w:proofErr w:type="spellStart"/>
            <w:r w:rsidRPr="002704E0">
              <w:rPr>
                <w:color w:val="000000"/>
                <w:sz w:val="12"/>
                <w:szCs w:val="20"/>
                <w:lang w:val="pl-PL"/>
              </w:rPr>
              <w:t>minigra</w:t>
            </w:r>
            <w:proofErr w:type="spellEnd"/>
            <w:r w:rsidRPr="002704E0">
              <w:rPr>
                <w:color w:val="000000"/>
                <w:sz w:val="12"/>
                <w:szCs w:val="20"/>
                <w:lang w:val="pl-PL"/>
              </w:rPr>
              <w:t>, gra uproszczona lub rekreacyjna</w:t>
            </w:r>
          </w:p>
          <w:p w14:paraId="451DCEBB" w14:textId="77777777" w:rsidR="002704E0" w:rsidRPr="002704E0" w:rsidRDefault="002704E0" w:rsidP="00E437A4">
            <w:pPr>
              <w:pStyle w:val="Listapunktowana"/>
              <w:spacing w:after="22" w:line="245" w:lineRule="auto"/>
              <w:ind w:left="158" w:hanging="130"/>
              <w:rPr>
                <w:sz w:val="18"/>
                <w:szCs w:val="20"/>
                <w:lang w:val="pl-PL"/>
              </w:rPr>
            </w:pPr>
            <w:r w:rsidRPr="002704E0">
              <w:rPr>
                <w:color w:val="000000"/>
                <w:sz w:val="12"/>
                <w:szCs w:val="20"/>
                <w:lang w:val="pl-PL"/>
              </w:rPr>
              <w:t>Technika: zadanie z piłką lub innym przyborem w miejscu i ruchu</w:t>
            </w:r>
          </w:p>
          <w:p w14:paraId="2390B22E" w14:textId="77777777" w:rsidR="002704E0" w:rsidRPr="002704E0" w:rsidRDefault="002704E0" w:rsidP="00E437A4">
            <w:pPr>
              <w:pStyle w:val="Listapunktowana"/>
              <w:spacing w:after="22" w:line="245" w:lineRule="auto"/>
              <w:ind w:left="158" w:hanging="130"/>
              <w:rPr>
                <w:sz w:val="18"/>
                <w:szCs w:val="20"/>
                <w:lang w:val="pl-PL"/>
              </w:rPr>
            </w:pPr>
            <w:r w:rsidRPr="002704E0">
              <w:rPr>
                <w:color w:val="000000"/>
                <w:sz w:val="12"/>
                <w:szCs w:val="20"/>
                <w:lang w:val="pl-PL"/>
              </w:rPr>
              <w:t>Rola: zawodnik, sędzia pomocniczy, organizator lub osoba objaśniająca regułę</w:t>
            </w:r>
          </w:p>
          <w:p w14:paraId="011044D0" w14:textId="77777777" w:rsidR="002704E0" w:rsidRPr="002704E0" w:rsidRDefault="002704E0" w:rsidP="00E437A4">
            <w:pPr>
              <w:pStyle w:val="Listapunktowana"/>
              <w:spacing w:after="22" w:line="245" w:lineRule="auto"/>
              <w:ind w:left="158" w:hanging="130"/>
              <w:rPr>
                <w:sz w:val="18"/>
                <w:szCs w:val="20"/>
                <w:lang w:val="pl-PL"/>
              </w:rPr>
            </w:pPr>
            <w:r w:rsidRPr="002704E0">
              <w:rPr>
                <w:color w:val="000000"/>
                <w:sz w:val="12"/>
                <w:szCs w:val="20"/>
                <w:lang w:val="pl-PL"/>
              </w:rPr>
              <w:t>Obserwacja: decyzje, współpraca, komunikacja i stosowanie przepisów</w:t>
            </w:r>
          </w:p>
        </w:tc>
      </w:tr>
    </w:tbl>
    <w:p w14:paraId="11E66EBD" w14:textId="77777777" w:rsidR="002704E0" w:rsidRPr="002704E0" w:rsidRDefault="002704E0" w:rsidP="002704E0">
      <w:pPr>
        <w:rPr>
          <w:sz w:val="18"/>
          <w:szCs w:val="20"/>
          <w:lang w:val="pl-PL"/>
        </w:rPr>
      </w:pPr>
    </w:p>
    <w:p w14:paraId="50330919" w14:textId="77777777" w:rsidR="002704E0" w:rsidRPr="002704E0" w:rsidRDefault="002704E0" w:rsidP="002704E0">
      <w:pPr>
        <w:spacing w:before="40" w:after="40"/>
        <w:rPr>
          <w:sz w:val="18"/>
          <w:szCs w:val="20"/>
          <w:lang w:val="pl-PL"/>
        </w:rPr>
      </w:pPr>
      <w:r w:rsidRPr="002704E0">
        <w:rPr>
          <w:b/>
          <w:color w:val="000000"/>
          <w:sz w:val="18"/>
          <w:szCs w:val="20"/>
          <w:lang w:val="pl-PL"/>
        </w:rPr>
        <w:t>SKALA OSIĄGNIĘĆ 2–6</w:t>
      </w:r>
    </w:p>
    <w:tbl>
      <w:tblPr>
        <w:tblW w:w="0" w:type="auto"/>
        <w:jc w:val="center"/>
        <w:tblLayout w:type="fixed"/>
        <w:tblLook w:val="04A0" w:firstRow="1" w:lastRow="0" w:firstColumn="1" w:lastColumn="0" w:noHBand="0" w:noVBand="1"/>
      </w:tblPr>
      <w:tblGrid>
        <w:gridCol w:w="3038"/>
        <w:gridCol w:w="3038"/>
        <w:gridCol w:w="3038"/>
        <w:gridCol w:w="3038"/>
        <w:gridCol w:w="3038"/>
      </w:tblGrid>
      <w:tr w:rsidR="002704E0" w:rsidRPr="002704E0" w14:paraId="02DDC49D" w14:textId="77777777" w:rsidTr="00E437A4">
        <w:trPr>
          <w:tblHeader/>
          <w:jc w:val="center"/>
        </w:trPr>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50F0E603" w14:textId="77777777" w:rsidR="002704E0" w:rsidRPr="002704E0" w:rsidRDefault="002704E0" w:rsidP="00E437A4">
            <w:pPr>
              <w:jc w:val="center"/>
              <w:rPr>
                <w:sz w:val="18"/>
                <w:szCs w:val="20"/>
                <w:lang w:val="pl-PL"/>
              </w:rPr>
            </w:pPr>
            <w:r w:rsidRPr="002704E0">
              <w:rPr>
                <w:b/>
                <w:color w:val="000000"/>
                <w:sz w:val="24"/>
                <w:szCs w:val="20"/>
                <w:lang w:val="pl-PL"/>
              </w:rPr>
              <w:t>2</w:t>
            </w:r>
          </w:p>
          <w:p w14:paraId="44B4EA70" w14:textId="77777777" w:rsidR="002704E0" w:rsidRPr="002704E0" w:rsidRDefault="002704E0" w:rsidP="00E437A4">
            <w:pPr>
              <w:spacing w:line="216" w:lineRule="auto"/>
              <w:jc w:val="center"/>
              <w:rPr>
                <w:sz w:val="18"/>
                <w:szCs w:val="20"/>
                <w:lang w:val="pl-PL"/>
              </w:rPr>
            </w:pPr>
            <w:r w:rsidRPr="002704E0">
              <w:rPr>
                <w:b/>
                <w:color w:val="000000"/>
                <w:sz w:val="11"/>
                <w:szCs w:val="20"/>
                <w:lang w:val="pl-PL"/>
              </w:rPr>
              <w:t>Z POMOCĄ</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6B92B35C" w14:textId="77777777" w:rsidR="002704E0" w:rsidRPr="002704E0" w:rsidRDefault="002704E0" w:rsidP="00E437A4">
            <w:pPr>
              <w:jc w:val="center"/>
              <w:rPr>
                <w:sz w:val="18"/>
                <w:szCs w:val="20"/>
                <w:lang w:val="pl-PL"/>
              </w:rPr>
            </w:pPr>
            <w:r w:rsidRPr="002704E0">
              <w:rPr>
                <w:b/>
                <w:color w:val="000000"/>
                <w:sz w:val="24"/>
                <w:szCs w:val="20"/>
                <w:lang w:val="pl-PL"/>
              </w:rPr>
              <w:t>3</w:t>
            </w:r>
          </w:p>
          <w:p w14:paraId="75F7C71B" w14:textId="77777777" w:rsidR="002704E0" w:rsidRPr="002704E0" w:rsidRDefault="002704E0" w:rsidP="00E437A4">
            <w:pPr>
              <w:spacing w:line="216" w:lineRule="auto"/>
              <w:jc w:val="center"/>
              <w:rPr>
                <w:sz w:val="18"/>
                <w:szCs w:val="20"/>
                <w:lang w:val="pl-PL"/>
              </w:rPr>
            </w:pPr>
            <w:r w:rsidRPr="002704E0">
              <w:rPr>
                <w:b/>
                <w:color w:val="000000"/>
                <w:sz w:val="11"/>
                <w:szCs w:val="20"/>
                <w:lang w:val="pl-PL"/>
              </w:rPr>
              <w:t>SAMODZIELNIE</w:t>
            </w:r>
            <w:r w:rsidRPr="002704E0">
              <w:rPr>
                <w:b/>
                <w:color w:val="000000"/>
                <w:sz w:val="11"/>
                <w:szCs w:val="20"/>
                <w:lang w:val="pl-PL"/>
              </w:rPr>
              <w:br/>
              <w:t>W TYPOWEJ SYTUACJI</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3D9E4C39" w14:textId="77777777" w:rsidR="002704E0" w:rsidRPr="002704E0" w:rsidRDefault="002704E0" w:rsidP="00E437A4">
            <w:pPr>
              <w:jc w:val="center"/>
              <w:rPr>
                <w:sz w:val="18"/>
                <w:szCs w:val="20"/>
                <w:lang w:val="pl-PL"/>
              </w:rPr>
            </w:pPr>
            <w:r w:rsidRPr="002704E0">
              <w:rPr>
                <w:b/>
                <w:color w:val="000000"/>
                <w:sz w:val="24"/>
                <w:szCs w:val="20"/>
                <w:lang w:val="pl-PL"/>
              </w:rPr>
              <w:t>4</w:t>
            </w:r>
          </w:p>
          <w:p w14:paraId="7CDEF275" w14:textId="77777777" w:rsidR="002704E0" w:rsidRPr="002704E0" w:rsidRDefault="002704E0" w:rsidP="00E437A4">
            <w:pPr>
              <w:spacing w:line="216" w:lineRule="auto"/>
              <w:jc w:val="center"/>
              <w:rPr>
                <w:sz w:val="18"/>
                <w:szCs w:val="20"/>
                <w:lang w:val="pl-PL"/>
              </w:rPr>
            </w:pPr>
            <w:r w:rsidRPr="002704E0">
              <w:rPr>
                <w:b/>
                <w:color w:val="000000"/>
                <w:sz w:val="11"/>
                <w:szCs w:val="20"/>
                <w:lang w:val="pl-PL"/>
              </w:rPr>
              <w:t>POPRAWNIE</w:t>
            </w:r>
            <w:r w:rsidRPr="002704E0">
              <w:rPr>
                <w:b/>
                <w:color w:val="000000"/>
                <w:sz w:val="11"/>
                <w:szCs w:val="20"/>
                <w:lang w:val="pl-PL"/>
              </w:rPr>
              <w:br/>
              <w:t>I ŚWIADOMIE</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100864D9" w14:textId="77777777" w:rsidR="002704E0" w:rsidRPr="002704E0" w:rsidRDefault="002704E0" w:rsidP="00E437A4">
            <w:pPr>
              <w:jc w:val="center"/>
              <w:rPr>
                <w:sz w:val="18"/>
                <w:szCs w:val="20"/>
                <w:lang w:val="pl-PL"/>
              </w:rPr>
            </w:pPr>
            <w:r w:rsidRPr="002704E0">
              <w:rPr>
                <w:b/>
                <w:color w:val="000000"/>
                <w:sz w:val="24"/>
                <w:szCs w:val="20"/>
                <w:lang w:val="pl-PL"/>
              </w:rPr>
              <w:t>5</w:t>
            </w:r>
          </w:p>
          <w:p w14:paraId="2D119381" w14:textId="77777777" w:rsidR="002704E0" w:rsidRPr="002704E0" w:rsidRDefault="002704E0" w:rsidP="00E437A4">
            <w:pPr>
              <w:spacing w:line="216" w:lineRule="auto"/>
              <w:jc w:val="center"/>
              <w:rPr>
                <w:sz w:val="18"/>
                <w:szCs w:val="20"/>
                <w:lang w:val="pl-PL"/>
              </w:rPr>
            </w:pPr>
            <w:r w:rsidRPr="002704E0">
              <w:rPr>
                <w:b/>
                <w:color w:val="000000"/>
                <w:sz w:val="11"/>
                <w:szCs w:val="20"/>
                <w:lang w:val="pl-PL"/>
              </w:rPr>
              <w:t>SPRAWNIE, SAMODZIELNIE</w:t>
            </w:r>
            <w:r w:rsidRPr="002704E0">
              <w:rPr>
                <w:b/>
                <w:color w:val="000000"/>
                <w:sz w:val="11"/>
                <w:szCs w:val="20"/>
                <w:lang w:val="pl-PL"/>
              </w:rPr>
              <w:br/>
              <w:t>I CELOWO</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165477F5" w14:textId="77777777" w:rsidR="002704E0" w:rsidRPr="002704E0" w:rsidRDefault="002704E0" w:rsidP="00E437A4">
            <w:pPr>
              <w:jc w:val="center"/>
              <w:rPr>
                <w:sz w:val="18"/>
                <w:szCs w:val="20"/>
                <w:lang w:val="pl-PL"/>
              </w:rPr>
            </w:pPr>
            <w:r w:rsidRPr="002704E0">
              <w:rPr>
                <w:b/>
                <w:color w:val="000000"/>
                <w:sz w:val="24"/>
                <w:szCs w:val="20"/>
                <w:lang w:val="pl-PL"/>
              </w:rPr>
              <w:t>6</w:t>
            </w:r>
          </w:p>
          <w:p w14:paraId="418ABF68" w14:textId="77777777" w:rsidR="002704E0" w:rsidRPr="002704E0" w:rsidRDefault="002704E0" w:rsidP="00E437A4">
            <w:pPr>
              <w:spacing w:line="216" w:lineRule="auto"/>
              <w:jc w:val="center"/>
              <w:rPr>
                <w:sz w:val="18"/>
                <w:szCs w:val="20"/>
                <w:lang w:val="pl-PL"/>
              </w:rPr>
            </w:pPr>
            <w:r w:rsidRPr="002704E0">
              <w:rPr>
                <w:b/>
                <w:color w:val="000000"/>
                <w:sz w:val="11"/>
                <w:szCs w:val="20"/>
                <w:lang w:val="pl-PL"/>
              </w:rPr>
              <w:t>TWÓRCZO</w:t>
            </w:r>
            <w:r w:rsidRPr="002704E0">
              <w:rPr>
                <w:b/>
                <w:color w:val="000000"/>
                <w:sz w:val="11"/>
                <w:szCs w:val="20"/>
                <w:lang w:val="pl-PL"/>
              </w:rPr>
              <w:br/>
              <w:t>I ODPOWIEDZIALNIE</w:t>
            </w:r>
          </w:p>
        </w:tc>
      </w:tr>
      <w:tr w:rsidR="002704E0" w:rsidRPr="00047F0F" w14:paraId="790B75EB" w14:textId="77777777" w:rsidTr="00E437A4">
        <w:trPr>
          <w:cantSplit/>
          <w:jc w:val="center"/>
        </w:trPr>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10CC679F" w14:textId="77777777" w:rsidR="002704E0" w:rsidRPr="002704E0" w:rsidRDefault="002704E0" w:rsidP="00E437A4">
            <w:pPr>
              <w:pStyle w:val="Listapunktowana"/>
              <w:spacing w:after="36" w:line="245" w:lineRule="auto"/>
              <w:ind w:left="158" w:hanging="130"/>
              <w:rPr>
                <w:sz w:val="18"/>
                <w:szCs w:val="20"/>
                <w:lang w:val="pl-PL"/>
              </w:rPr>
            </w:pPr>
            <w:r w:rsidRPr="002704E0">
              <w:rPr>
                <w:color w:val="000000"/>
                <w:sz w:val="12"/>
                <w:szCs w:val="20"/>
                <w:lang w:val="pl-PL"/>
              </w:rPr>
              <w:t>z pomocą wykonuje element techniczny i rolę</w:t>
            </w:r>
          </w:p>
          <w:p w14:paraId="0CAFF52A" w14:textId="77777777" w:rsidR="002704E0" w:rsidRPr="002704E0" w:rsidRDefault="002704E0" w:rsidP="00E437A4">
            <w:pPr>
              <w:pStyle w:val="Listapunktowana"/>
              <w:spacing w:after="36" w:line="245" w:lineRule="auto"/>
              <w:ind w:left="158" w:hanging="130"/>
              <w:rPr>
                <w:sz w:val="18"/>
                <w:szCs w:val="20"/>
                <w:lang w:val="pl-PL"/>
              </w:rPr>
            </w:pPr>
            <w:r w:rsidRPr="002704E0">
              <w:rPr>
                <w:color w:val="000000"/>
                <w:sz w:val="12"/>
                <w:szCs w:val="20"/>
                <w:lang w:val="pl-PL"/>
              </w:rPr>
              <w:t>stosuje regułę po przypomnieniu</w:t>
            </w:r>
          </w:p>
          <w:p w14:paraId="555D11CA" w14:textId="77777777" w:rsidR="002704E0" w:rsidRPr="002704E0" w:rsidRDefault="002704E0" w:rsidP="00E437A4">
            <w:pPr>
              <w:pStyle w:val="Listapunktowana"/>
              <w:spacing w:after="36" w:line="245" w:lineRule="auto"/>
              <w:ind w:left="158" w:hanging="130"/>
              <w:rPr>
                <w:sz w:val="18"/>
                <w:szCs w:val="20"/>
                <w:lang w:val="pl-PL"/>
              </w:rPr>
            </w:pPr>
            <w:r w:rsidRPr="002704E0">
              <w:rPr>
                <w:color w:val="000000"/>
                <w:sz w:val="12"/>
                <w:szCs w:val="20"/>
                <w:lang w:val="pl-PL"/>
              </w:rPr>
              <w:t>koryguje ustawienie po wskazaniu</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6E8061CC" w14:textId="77777777" w:rsidR="002704E0" w:rsidRPr="002704E0" w:rsidRDefault="002704E0" w:rsidP="00E437A4">
            <w:pPr>
              <w:pStyle w:val="Listapunktowana"/>
              <w:spacing w:after="36" w:line="245" w:lineRule="auto"/>
              <w:ind w:left="158" w:hanging="130"/>
              <w:rPr>
                <w:sz w:val="18"/>
                <w:szCs w:val="20"/>
                <w:lang w:val="pl-PL"/>
              </w:rPr>
            </w:pPr>
            <w:r w:rsidRPr="002704E0">
              <w:rPr>
                <w:color w:val="000000"/>
                <w:sz w:val="12"/>
                <w:szCs w:val="20"/>
                <w:lang w:val="pl-PL"/>
              </w:rPr>
              <w:t>samodzielnie wykonuje czynności w typowej grze</w:t>
            </w:r>
          </w:p>
          <w:p w14:paraId="4E34D322" w14:textId="77777777" w:rsidR="002704E0" w:rsidRPr="002704E0" w:rsidRDefault="002704E0" w:rsidP="00E437A4">
            <w:pPr>
              <w:pStyle w:val="Listapunktowana"/>
              <w:spacing w:after="36" w:line="245" w:lineRule="auto"/>
              <w:ind w:left="158" w:hanging="130"/>
              <w:rPr>
                <w:sz w:val="18"/>
                <w:szCs w:val="20"/>
                <w:lang w:val="pl-PL"/>
              </w:rPr>
            </w:pPr>
            <w:r w:rsidRPr="002704E0">
              <w:rPr>
                <w:color w:val="000000"/>
                <w:sz w:val="12"/>
                <w:szCs w:val="20"/>
                <w:lang w:val="pl-PL"/>
              </w:rPr>
              <w:t>pełni przydzieloną rolę</w:t>
            </w:r>
          </w:p>
          <w:p w14:paraId="5B949B4A" w14:textId="77777777" w:rsidR="002704E0" w:rsidRPr="002704E0" w:rsidRDefault="002704E0" w:rsidP="00E437A4">
            <w:pPr>
              <w:pStyle w:val="Listapunktowana"/>
              <w:spacing w:after="36" w:line="245" w:lineRule="auto"/>
              <w:ind w:left="158" w:hanging="130"/>
              <w:rPr>
                <w:sz w:val="18"/>
                <w:szCs w:val="20"/>
                <w:lang w:val="pl-PL"/>
              </w:rPr>
            </w:pPr>
            <w:r w:rsidRPr="002704E0">
              <w:rPr>
                <w:color w:val="000000"/>
                <w:sz w:val="12"/>
                <w:szCs w:val="20"/>
                <w:lang w:val="pl-PL"/>
              </w:rPr>
              <w:t>przestrzega przepisów</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6F163AD9" w14:textId="77777777" w:rsidR="002704E0" w:rsidRPr="002704E0" w:rsidRDefault="002704E0" w:rsidP="00E437A4">
            <w:pPr>
              <w:pStyle w:val="Listapunktowana"/>
              <w:spacing w:after="36" w:line="245" w:lineRule="auto"/>
              <w:ind w:left="158" w:hanging="130"/>
              <w:rPr>
                <w:sz w:val="18"/>
                <w:szCs w:val="20"/>
                <w:lang w:val="pl-PL"/>
              </w:rPr>
            </w:pPr>
            <w:r w:rsidRPr="002704E0">
              <w:rPr>
                <w:color w:val="000000"/>
                <w:sz w:val="12"/>
                <w:szCs w:val="20"/>
                <w:lang w:val="pl-PL"/>
              </w:rPr>
              <w:t>poprawnie łączy technikę z prostą decyzją taktyczną</w:t>
            </w:r>
          </w:p>
          <w:p w14:paraId="42DC9649" w14:textId="77777777" w:rsidR="002704E0" w:rsidRPr="002704E0" w:rsidRDefault="002704E0" w:rsidP="00E437A4">
            <w:pPr>
              <w:pStyle w:val="Listapunktowana"/>
              <w:spacing w:after="36" w:line="245" w:lineRule="auto"/>
              <w:ind w:left="158" w:hanging="130"/>
              <w:rPr>
                <w:sz w:val="18"/>
                <w:szCs w:val="20"/>
                <w:lang w:val="pl-PL"/>
              </w:rPr>
            </w:pPr>
            <w:r w:rsidRPr="002704E0">
              <w:rPr>
                <w:color w:val="000000"/>
                <w:sz w:val="12"/>
                <w:szCs w:val="20"/>
                <w:lang w:val="pl-PL"/>
              </w:rPr>
              <w:t>współpracuje w ataku i obronie</w:t>
            </w:r>
          </w:p>
          <w:p w14:paraId="237E4750" w14:textId="77777777" w:rsidR="002704E0" w:rsidRPr="002704E0" w:rsidRDefault="002704E0" w:rsidP="00E437A4">
            <w:pPr>
              <w:pStyle w:val="Listapunktowana"/>
              <w:spacing w:after="36" w:line="245" w:lineRule="auto"/>
              <w:ind w:left="158" w:hanging="130"/>
              <w:rPr>
                <w:sz w:val="18"/>
                <w:szCs w:val="20"/>
                <w:lang w:val="pl-PL"/>
              </w:rPr>
            </w:pPr>
            <w:r w:rsidRPr="002704E0">
              <w:rPr>
                <w:color w:val="000000"/>
                <w:sz w:val="12"/>
                <w:szCs w:val="20"/>
                <w:lang w:val="pl-PL"/>
              </w:rPr>
              <w:t>pomaga w organizacji gry</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3E8284E8" w14:textId="77777777" w:rsidR="002704E0" w:rsidRPr="002704E0" w:rsidRDefault="002704E0" w:rsidP="00E437A4">
            <w:pPr>
              <w:pStyle w:val="Listapunktowana"/>
              <w:spacing w:after="36" w:line="245" w:lineRule="auto"/>
              <w:ind w:left="158" w:hanging="130"/>
              <w:rPr>
                <w:sz w:val="18"/>
                <w:szCs w:val="20"/>
                <w:lang w:val="pl-PL"/>
              </w:rPr>
            </w:pPr>
            <w:r w:rsidRPr="002704E0">
              <w:rPr>
                <w:color w:val="000000"/>
                <w:sz w:val="12"/>
                <w:szCs w:val="20"/>
                <w:lang w:val="pl-PL"/>
              </w:rPr>
              <w:t>sprawnie wybiera rozwiązanie do sytuacji</w:t>
            </w:r>
          </w:p>
          <w:p w14:paraId="30317EA4" w14:textId="77777777" w:rsidR="002704E0" w:rsidRPr="002704E0" w:rsidRDefault="002704E0" w:rsidP="00E437A4">
            <w:pPr>
              <w:pStyle w:val="Listapunktowana"/>
              <w:spacing w:after="36" w:line="245" w:lineRule="auto"/>
              <w:ind w:left="158" w:hanging="130"/>
              <w:rPr>
                <w:sz w:val="18"/>
                <w:szCs w:val="20"/>
                <w:lang w:val="pl-PL"/>
              </w:rPr>
            </w:pPr>
            <w:r w:rsidRPr="002704E0">
              <w:rPr>
                <w:color w:val="000000"/>
                <w:sz w:val="12"/>
                <w:szCs w:val="20"/>
                <w:lang w:val="pl-PL"/>
              </w:rPr>
              <w:t>analizuje przebieg i koryguje działanie</w:t>
            </w:r>
          </w:p>
          <w:p w14:paraId="75D4228E" w14:textId="77777777" w:rsidR="002704E0" w:rsidRPr="002704E0" w:rsidRDefault="002704E0" w:rsidP="00E437A4">
            <w:pPr>
              <w:pStyle w:val="Listapunktowana"/>
              <w:spacing w:after="36" w:line="245" w:lineRule="auto"/>
              <w:ind w:left="158" w:hanging="130"/>
              <w:rPr>
                <w:sz w:val="18"/>
                <w:szCs w:val="20"/>
                <w:lang w:val="pl-PL"/>
              </w:rPr>
            </w:pPr>
            <w:r w:rsidRPr="002704E0">
              <w:rPr>
                <w:color w:val="000000"/>
                <w:sz w:val="12"/>
                <w:szCs w:val="20"/>
                <w:lang w:val="pl-PL"/>
              </w:rPr>
              <w:t>prowadzi fragment gry lub sędziuje</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663E9EA4" w14:textId="77777777" w:rsidR="002704E0" w:rsidRPr="002704E0" w:rsidRDefault="002704E0" w:rsidP="00E437A4">
            <w:pPr>
              <w:pStyle w:val="Listapunktowana"/>
              <w:spacing w:after="36" w:line="245" w:lineRule="auto"/>
              <w:ind w:left="158" w:hanging="130"/>
              <w:rPr>
                <w:sz w:val="18"/>
                <w:szCs w:val="20"/>
                <w:lang w:val="pl-PL"/>
              </w:rPr>
            </w:pPr>
            <w:r w:rsidRPr="002704E0">
              <w:rPr>
                <w:color w:val="000000"/>
                <w:sz w:val="12"/>
                <w:szCs w:val="20"/>
                <w:lang w:val="pl-PL"/>
              </w:rPr>
              <w:t>modyfikuje rozwiązanie lub regułę</w:t>
            </w:r>
          </w:p>
          <w:p w14:paraId="0B58D991" w14:textId="77777777" w:rsidR="002704E0" w:rsidRPr="002704E0" w:rsidRDefault="002704E0" w:rsidP="00E437A4">
            <w:pPr>
              <w:pStyle w:val="Listapunktowana"/>
              <w:spacing w:after="36" w:line="245" w:lineRule="auto"/>
              <w:ind w:left="158" w:hanging="130"/>
              <w:rPr>
                <w:sz w:val="18"/>
                <w:szCs w:val="20"/>
                <w:lang w:val="pl-PL"/>
              </w:rPr>
            </w:pPr>
            <w:r w:rsidRPr="002704E0">
              <w:rPr>
                <w:color w:val="000000"/>
                <w:sz w:val="12"/>
                <w:szCs w:val="20"/>
                <w:lang w:val="pl-PL"/>
              </w:rPr>
              <w:t>organizuje aktywność włączającą różne osoby</w:t>
            </w:r>
          </w:p>
          <w:p w14:paraId="6A9F36F0" w14:textId="77777777" w:rsidR="002704E0" w:rsidRPr="002704E0" w:rsidRDefault="002704E0" w:rsidP="00E437A4">
            <w:pPr>
              <w:pStyle w:val="Listapunktowana"/>
              <w:spacing w:after="36" w:line="245" w:lineRule="auto"/>
              <w:ind w:left="158" w:hanging="130"/>
              <w:rPr>
                <w:sz w:val="18"/>
                <w:szCs w:val="20"/>
                <w:lang w:val="pl-PL"/>
              </w:rPr>
            </w:pPr>
            <w:r w:rsidRPr="002704E0">
              <w:rPr>
                <w:color w:val="000000"/>
                <w:sz w:val="12"/>
                <w:szCs w:val="20"/>
                <w:lang w:val="pl-PL"/>
              </w:rPr>
              <w:t>ocenia sprawiedliwość i skuteczność zasad</w:t>
            </w:r>
          </w:p>
        </w:tc>
      </w:tr>
    </w:tbl>
    <w:p w14:paraId="47B7A551" w14:textId="77777777" w:rsidR="002704E0" w:rsidRPr="002704E0" w:rsidRDefault="002704E0" w:rsidP="002704E0">
      <w:pPr>
        <w:spacing w:before="50"/>
        <w:rPr>
          <w:sz w:val="18"/>
          <w:szCs w:val="20"/>
          <w:lang w:val="pl-PL"/>
        </w:rPr>
      </w:pPr>
      <w:r w:rsidRPr="002704E0">
        <w:rPr>
          <w:b/>
          <w:color w:val="000000"/>
          <w:sz w:val="13"/>
          <w:szCs w:val="20"/>
          <w:lang w:val="pl-PL"/>
        </w:rPr>
        <w:t xml:space="preserve">Ważne: </w:t>
      </w:r>
      <w:r w:rsidRPr="002704E0">
        <w:rPr>
          <w:color w:val="000000"/>
          <w:sz w:val="13"/>
          <w:szCs w:val="20"/>
          <w:lang w:val="pl-PL"/>
        </w:rPr>
        <w:t>Nie wymaga się mistrzowskiego wykonania wszystkich elementów gier.</w:t>
      </w:r>
    </w:p>
    <w:p w14:paraId="6B4DF275" w14:textId="77777777" w:rsidR="00770552" w:rsidRPr="002704E0" w:rsidRDefault="002704E0">
      <w:pPr>
        <w:rPr>
          <w:sz w:val="18"/>
          <w:szCs w:val="20"/>
          <w:lang w:val="pl-PL"/>
        </w:rPr>
      </w:pPr>
      <w:r w:rsidRPr="002704E0">
        <w:rPr>
          <w:sz w:val="18"/>
          <w:szCs w:val="20"/>
          <w:lang w:val="pl-PL"/>
        </w:rPr>
        <w:br w:type="page"/>
      </w:r>
    </w:p>
    <w:tbl>
      <w:tblPr>
        <w:tblW w:w="0" w:type="auto"/>
        <w:jc w:val="center"/>
        <w:tblLayout w:type="fixed"/>
        <w:tblLook w:val="04A0" w:firstRow="1" w:lastRow="0" w:firstColumn="1" w:lastColumn="0" w:noHBand="0" w:noVBand="1"/>
      </w:tblPr>
      <w:tblGrid>
        <w:gridCol w:w="936"/>
        <w:gridCol w:w="14256"/>
      </w:tblGrid>
      <w:tr w:rsidR="00770552" w:rsidRPr="009A615A" w14:paraId="300D20A9" w14:textId="77777777">
        <w:trPr>
          <w:jc w:val="center"/>
        </w:trPr>
        <w:tc>
          <w:tcPr>
            <w:tcW w:w="936" w:type="dxa"/>
            <w:tcBorders>
              <w:top w:val="single" w:sz="8" w:space="0" w:color="000000"/>
              <w:left w:val="single" w:sz="8" w:space="0" w:color="000000"/>
              <w:bottom w:val="single" w:sz="8" w:space="0" w:color="000000"/>
              <w:right w:val="single" w:sz="8" w:space="0" w:color="000000"/>
            </w:tcBorders>
            <w:shd w:val="clear" w:color="auto" w:fill="000000"/>
            <w:tcMar>
              <w:top w:w="80" w:type="dxa"/>
              <w:left w:w="110" w:type="dxa"/>
              <w:bottom w:w="80" w:type="dxa"/>
              <w:right w:w="110" w:type="dxa"/>
            </w:tcMar>
          </w:tcPr>
          <w:p w14:paraId="285B7122" w14:textId="77777777" w:rsidR="00770552" w:rsidRPr="002704E0" w:rsidRDefault="00000000">
            <w:pPr>
              <w:jc w:val="center"/>
              <w:rPr>
                <w:sz w:val="18"/>
                <w:szCs w:val="20"/>
                <w:lang w:val="pl-PL"/>
              </w:rPr>
            </w:pPr>
            <w:r w:rsidRPr="002704E0">
              <w:rPr>
                <w:b/>
                <w:color w:val="FFFFFF"/>
                <w:sz w:val="36"/>
                <w:szCs w:val="20"/>
                <w:lang w:val="pl-PL"/>
              </w:rPr>
              <w:lastRenderedPageBreak/>
              <w:t>3</w:t>
            </w:r>
          </w:p>
        </w:tc>
        <w:tc>
          <w:tcPr>
            <w:tcW w:w="14256" w:type="dxa"/>
            <w:tcBorders>
              <w:top w:val="single" w:sz="8" w:space="0" w:color="000000"/>
              <w:left w:val="single" w:sz="8" w:space="0" w:color="000000"/>
              <w:bottom w:val="single" w:sz="8" w:space="0" w:color="000000"/>
              <w:right w:val="single" w:sz="8" w:space="0" w:color="000000"/>
            </w:tcBorders>
            <w:tcMar>
              <w:top w:w="80" w:type="dxa"/>
              <w:left w:w="110" w:type="dxa"/>
              <w:bottom w:w="80" w:type="dxa"/>
              <w:right w:w="110" w:type="dxa"/>
            </w:tcMar>
          </w:tcPr>
          <w:p w14:paraId="570FFE4A" w14:textId="77777777" w:rsidR="00770552" w:rsidRPr="002704E0" w:rsidRDefault="00000000">
            <w:pPr>
              <w:rPr>
                <w:sz w:val="18"/>
                <w:szCs w:val="20"/>
                <w:lang w:val="pl-PL"/>
              </w:rPr>
            </w:pPr>
            <w:r w:rsidRPr="002704E0">
              <w:rPr>
                <w:b/>
                <w:color w:val="000000"/>
                <w:sz w:val="28"/>
                <w:szCs w:val="20"/>
                <w:lang w:val="pl-PL"/>
              </w:rPr>
              <w:t>LEKKOATLETYKA</w:t>
            </w:r>
          </w:p>
          <w:p w14:paraId="1B9B4E07" w14:textId="77777777" w:rsidR="00770552" w:rsidRPr="002704E0" w:rsidRDefault="00000000">
            <w:pPr>
              <w:rPr>
                <w:sz w:val="18"/>
                <w:szCs w:val="20"/>
                <w:lang w:val="pl-PL"/>
              </w:rPr>
            </w:pPr>
            <w:r w:rsidRPr="002704E0">
              <w:rPr>
                <w:i/>
                <w:color w:val="333333"/>
                <w:sz w:val="16"/>
                <w:szCs w:val="20"/>
                <w:lang w:val="pl-PL"/>
              </w:rPr>
              <w:t>Doskonalenie techniki i świadome dostosowywanie tempa, trasy oraz sposobu wykonania.</w:t>
            </w:r>
            <w:r w:rsidRPr="0009332E">
              <w:rPr>
                <w:b/>
                <w:color w:val="4B4B4B"/>
                <w:sz w:val="12"/>
                <w:lang w:val="pl-PL"/>
              </w:rPr>
              <w:t xml:space="preserve">  </w:t>
            </w:r>
            <w:proofErr w:type="gramStart"/>
            <w:r>
              <w:rPr>
                <w:b/>
                <w:color w:val="4B4B4B"/>
                <w:sz w:val="12"/>
              </w:rPr>
              <w:t>|  PODSTAWA</w:t>
            </w:r>
            <w:proofErr w:type="gramEnd"/>
            <w:r>
              <w:rPr>
                <w:b/>
                <w:color w:val="4B4B4B"/>
                <w:sz w:val="12"/>
              </w:rPr>
              <w:t xml:space="preserve">: </w:t>
            </w:r>
            <w:r>
              <w:rPr>
                <w:i/>
                <w:color w:val="4B4B4B"/>
                <w:sz w:val="12"/>
              </w:rPr>
              <w:t>PP 2017/2025, WF kl. V–VI, III.1–7.</w:t>
            </w:r>
          </w:p>
        </w:tc>
      </w:tr>
    </w:tbl>
    <w:p w14:paraId="02AABD21" w14:textId="77777777" w:rsidR="00770552" w:rsidRPr="002704E0" w:rsidRDefault="00770552">
      <w:pPr>
        <w:rPr>
          <w:sz w:val="18"/>
          <w:szCs w:val="20"/>
          <w:lang w:val="pl-PL"/>
        </w:rPr>
      </w:pPr>
    </w:p>
    <w:tbl>
      <w:tblPr>
        <w:tblW w:w="0" w:type="auto"/>
        <w:jc w:val="center"/>
        <w:tblLayout w:type="fixed"/>
        <w:tblLook w:val="04A0" w:firstRow="1" w:lastRow="0" w:firstColumn="1" w:lastColumn="0" w:noHBand="0" w:noVBand="1"/>
      </w:tblPr>
      <w:tblGrid>
        <w:gridCol w:w="5256"/>
        <w:gridCol w:w="4968"/>
        <w:gridCol w:w="4968"/>
      </w:tblGrid>
      <w:tr w:rsidR="00770552" w:rsidRPr="00047F0F" w14:paraId="10F008EE" w14:textId="77777777">
        <w:trPr>
          <w:jc w:val="center"/>
        </w:trPr>
        <w:tc>
          <w:tcPr>
            <w:tcW w:w="5256" w:type="dxa"/>
            <w:tcBorders>
              <w:top w:val="single" w:sz="6" w:space="0" w:color="808080"/>
              <w:left w:val="single" w:sz="6" w:space="0" w:color="808080"/>
              <w:bottom w:val="single" w:sz="6" w:space="0" w:color="808080"/>
              <w:right w:val="single" w:sz="6" w:space="0" w:color="808080"/>
            </w:tcBorders>
            <w:shd w:val="clear" w:color="auto" w:fill="F2F2F2"/>
            <w:tcMar>
              <w:top w:w="70" w:type="dxa"/>
              <w:left w:w="95" w:type="dxa"/>
              <w:bottom w:w="70" w:type="dxa"/>
              <w:right w:w="95" w:type="dxa"/>
            </w:tcMar>
          </w:tcPr>
          <w:p w14:paraId="6B264445" w14:textId="77777777" w:rsidR="00770552" w:rsidRPr="002704E0" w:rsidRDefault="00000000">
            <w:pPr>
              <w:spacing w:after="40"/>
              <w:rPr>
                <w:sz w:val="18"/>
                <w:szCs w:val="20"/>
                <w:lang w:val="pl-PL"/>
              </w:rPr>
            </w:pPr>
            <w:r w:rsidRPr="002704E0">
              <w:rPr>
                <w:b/>
                <w:color w:val="000000"/>
                <w:sz w:val="14"/>
                <w:szCs w:val="20"/>
                <w:lang w:val="pl-PL"/>
              </w:rPr>
              <w:t>ZAKRES WYMAGANIA</w:t>
            </w:r>
          </w:p>
          <w:p w14:paraId="36160E7E" w14:textId="77777777" w:rsidR="00770552" w:rsidRPr="002704E0" w:rsidRDefault="00000000">
            <w:pPr>
              <w:pStyle w:val="Listapunktowana"/>
              <w:spacing w:after="22" w:line="245" w:lineRule="auto"/>
              <w:ind w:left="158" w:hanging="130"/>
              <w:rPr>
                <w:sz w:val="18"/>
                <w:szCs w:val="20"/>
                <w:lang w:val="pl-PL"/>
              </w:rPr>
            </w:pPr>
            <w:r w:rsidRPr="002704E0">
              <w:rPr>
                <w:color w:val="000000"/>
                <w:sz w:val="12"/>
                <w:szCs w:val="20"/>
                <w:lang w:val="pl-PL"/>
              </w:rPr>
              <w:t>uczestniczy w zabawach szybkościowych rozwijających reakcję i wybieg startowy</w:t>
            </w:r>
          </w:p>
          <w:p w14:paraId="0736D942" w14:textId="77777777" w:rsidR="00770552" w:rsidRPr="002704E0" w:rsidRDefault="00000000">
            <w:pPr>
              <w:pStyle w:val="Listapunktowana"/>
              <w:spacing w:after="22" w:line="245" w:lineRule="auto"/>
              <w:ind w:left="158" w:hanging="130"/>
              <w:rPr>
                <w:sz w:val="18"/>
                <w:szCs w:val="20"/>
                <w:lang w:val="pl-PL"/>
              </w:rPr>
            </w:pPr>
            <w:r w:rsidRPr="002704E0">
              <w:rPr>
                <w:color w:val="000000"/>
                <w:sz w:val="12"/>
                <w:szCs w:val="20"/>
                <w:lang w:val="pl-PL"/>
              </w:rPr>
              <w:t>wykonuje bieg krótki ze startu niskiego oraz bieg przez przeszkody</w:t>
            </w:r>
          </w:p>
          <w:p w14:paraId="5E397884" w14:textId="77777777" w:rsidR="00770552" w:rsidRPr="002704E0" w:rsidRDefault="00000000">
            <w:pPr>
              <w:pStyle w:val="Listapunktowana"/>
              <w:spacing w:after="22" w:line="245" w:lineRule="auto"/>
              <w:ind w:left="158" w:hanging="130"/>
              <w:rPr>
                <w:sz w:val="18"/>
                <w:szCs w:val="20"/>
                <w:lang w:val="pl-PL"/>
              </w:rPr>
            </w:pPr>
            <w:r w:rsidRPr="002704E0">
              <w:rPr>
                <w:color w:val="000000"/>
                <w:sz w:val="12"/>
                <w:szCs w:val="20"/>
                <w:lang w:val="pl-PL"/>
              </w:rPr>
              <w:t>wykonuje pchnięcie i rzut zamachowy piłką z miejsca i krótkiego rozbiegu</w:t>
            </w:r>
          </w:p>
          <w:p w14:paraId="5DD13AFD" w14:textId="77777777" w:rsidR="00770552" w:rsidRPr="002704E0" w:rsidRDefault="00000000">
            <w:pPr>
              <w:pStyle w:val="Listapunktowana"/>
              <w:spacing w:after="22" w:line="245" w:lineRule="auto"/>
              <w:ind w:left="158" w:hanging="130"/>
              <w:rPr>
                <w:sz w:val="18"/>
                <w:szCs w:val="20"/>
                <w:lang w:val="pl-PL"/>
              </w:rPr>
            </w:pPr>
            <w:r w:rsidRPr="002704E0">
              <w:rPr>
                <w:color w:val="000000"/>
                <w:sz w:val="12"/>
                <w:szCs w:val="20"/>
                <w:lang w:val="pl-PL"/>
              </w:rPr>
              <w:t>pokonuje trasę marszobiegu lub biegu terenowego</w:t>
            </w:r>
          </w:p>
          <w:p w14:paraId="3ED0F059" w14:textId="77777777" w:rsidR="00770552" w:rsidRPr="002704E0" w:rsidRDefault="00000000">
            <w:pPr>
              <w:pStyle w:val="Listapunktowana"/>
              <w:spacing w:after="22" w:line="245" w:lineRule="auto"/>
              <w:ind w:left="158" w:hanging="130"/>
              <w:rPr>
                <w:sz w:val="18"/>
                <w:szCs w:val="20"/>
                <w:lang w:val="pl-PL"/>
              </w:rPr>
            </w:pPr>
            <w:r w:rsidRPr="002704E0">
              <w:rPr>
                <w:color w:val="000000"/>
                <w:sz w:val="12"/>
                <w:szCs w:val="20"/>
                <w:lang w:val="pl-PL"/>
              </w:rPr>
              <w:t>przekazuje pałeczkę w miejscu i lekkim biegu</w:t>
            </w:r>
          </w:p>
          <w:p w14:paraId="70A16A82" w14:textId="77777777" w:rsidR="00770552" w:rsidRPr="002704E0" w:rsidRDefault="00000000">
            <w:pPr>
              <w:pStyle w:val="Listapunktowana"/>
              <w:spacing w:after="22" w:line="245" w:lineRule="auto"/>
              <w:ind w:left="158" w:hanging="130"/>
              <w:rPr>
                <w:sz w:val="18"/>
                <w:szCs w:val="20"/>
                <w:lang w:val="pl-PL"/>
              </w:rPr>
            </w:pPr>
            <w:r w:rsidRPr="002704E0">
              <w:rPr>
                <w:color w:val="000000"/>
                <w:sz w:val="12"/>
                <w:szCs w:val="20"/>
                <w:lang w:val="pl-PL"/>
              </w:rPr>
              <w:t xml:space="preserve">wykonuje skok w dal </w:t>
            </w:r>
            <w:proofErr w:type="spellStart"/>
            <w:r w:rsidRPr="002704E0">
              <w:rPr>
                <w:color w:val="000000"/>
                <w:sz w:val="12"/>
                <w:szCs w:val="20"/>
                <w:lang w:val="pl-PL"/>
              </w:rPr>
              <w:t>jednonóż</w:t>
            </w:r>
            <w:proofErr w:type="spellEnd"/>
            <w:r w:rsidRPr="002704E0">
              <w:rPr>
                <w:color w:val="000000"/>
                <w:sz w:val="12"/>
                <w:szCs w:val="20"/>
                <w:lang w:val="pl-PL"/>
              </w:rPr>
              <w:t xml:space="preserve"> z krótkiego rozbiegu</w:t>
            </w:r>
          </w:p>
        </w:tc>
        <w:tc>
          <w:tcPr>
            <w:tcW w:w="4968" w:type="dxa"/>
            <w:tcBorders>
              <w:top w:val="single" w:sz="6" w:space="0" w:color="808080"/>
              <w:left w:val="single" w:sz="6" w:space="0" w:color="808080"/>
              <w:bottom w:val="single" w:sz="6" w:space="0" w:color="808080"/>
              <w:right w:val="single" w:sz="6" w:space="0" w:color="808080"/>
            </w:tcBorders>
            <w:shd w:val="clear" w:color="auto" w:fill="E7E6E6"/>
            <w:tcMar>
              <w:top w:w="70" w:type="dxa"/>
              <w:left w:w="95" w:type="dxa"/>
              <w:bottom w:w="70" w:type="dxa"/>
              <w:right w:w="95" w:type="dxa"/>
            </w:tcMar>
          </w:tcPr>
          <w:p w14:paraId="7B7FF7CE" w14:textId="77777777" w:rsidR="00770552" w:rsidRPr="002704E0" w:rsidRDefault="00000000">
            <w:pPr>
              <w:spacing w:after="40"/>
              <w:rPr>
                <w:sz w:val="18"/>
                <w:szCs w:val="20"/>
                <w:lang w:val="pl-PL"/>
              </w:rPr>
            </w:pPr>
            <w:r w:rsidRPr="002704E0">
              <w:rPr>
                <w:b/>
                <w:color w:val="000000"/>
                <w:sz w:val="14"/>
                <w:szCs w:val="20"/>
                <w:lang w:val="pl-PL"/>
              </w:rPr>
              <w:t>KRYTERIA SUKCESU</w:t>
            </w:r>
          </w:p>
          <w:p w14:paraId="7752A054" w14:textId="77777777" w:rsidR="00770552" w:rsidRPr="002704E0" w:rsidRDefault="00000000">
            <w:pPr>
              <w:pStyle w:val="Listapunktowana"/>
              <w:spacing w:after="22" w:line="245" w:lineRule="auto"/>
              <w:ind w:left="158" w:hanging="130"/>
              <w:rPr>
                <w:sz w:val="18"/>
                <w:szCs w:val="20"/>
                <w:lang w:val="pl-PL"/>
              </w:rPr>
            </w:pPr>
            <w:r w:rsidRPr="002704E0">
              <w:rPr>
                <w:color w:val="000000"/>
                <w:sz w:val="12"/>
                <w:szCs w:val="20"/>
                <w:lang w:val="pl-PL"/>
              </w:rPr>
              <w:t>wykonuje zadania lekkoatletyczne w ustalonych fazach ruchu</w:t>
            </w:r>
          </w:p>
          <w:p w14:paraId="37DDB884" w14:textId="77777777" w:rsidR="00770552" w:rsidRPr="002704E0" w:rsidRDefault="00000000">
            <w:pPr>
              <w:pStyle w:val="Listapunktowana"/>
              <w:spacing w:after="22" w:line="245" w:lineRule="auto"/>
              <w:ind w:left="158" w:hanging="130"/>
              <w:rPr>
                <w:sz w:val="18"/>
                <w:szCs w:val="20"/>
                <w:lang w:val="pl-PL"/>
              </w:rPr>
            </w:pPr>
            <w:r w:rsidRPr="002704E0">
              <w:rPr>
                <w:color w:val="000000"/>
                <w:sz w:val="12"/>
                <w:szCs w:val="20"/>
                <w:lang w:val="pl-PL"/>
              </w:rPr>
              <w:t>stosuje bezpieczny start, tor, rozbieg, odbicie, lądowanie i strefę rzutu</w:t>
            </w:r>
          </w:p>
          <w:p w14:paraId="4FFC7F7C" w14:textId="77777777" w:rsidR="00770552" w:rsidRPr="002704E0" w:rsidRDefault="00000000">
            <w:pPr>
              <w:pStyle w:val="Listapunktowana"/>
              <w:spacing w:after="22" w:line="245" w:lineRule="auto"/>
              <w:ind w:left="158" w:hanging="130"/>
              <w:rPr>
                <w:sz w:val="18"/>
                <w:szCs w:val="20"/>
                <w:lang w:val="pl-PL"/>
              </w:rPr>
            </w:pPr>
            <w:r w:rsidRPr="002704E0">
              <w:rPr>
                <w:color w:val="000000"/>
                <w:sz w:val="12"/>
                <w:szCs w:val="20"/>
                <w:lang w:val="pl-PL"/>
              </w:rPr>
              <w:t>dobiera tempo marszobiegu do swoich możliwości</w:t>
            </w:r>
          </w:p>
          <w:p w14:paraId="24B3A897" w14:textId="77777777" w:rsidR="00770552" w:rsidRPr="002704E0" w:rsidRDefault="00000000">
            <w:pPr>
              <w:pStyle w:val="Listapunktowana"/>
              <w:spacing w:after="22" w:line="245" w:lineRule="auto"/>
              <w:ind w:left="158" w:hanging="130"/>
              <w:rPr>
                <w:sz w:val="18"/>
                <w:szCs w:val="20"/>
                <w:lang w:val="pl-PL"/>
              </w:rPr>
            </w:pPr>
            <w:r w:rsidRPr="002704E0">
              <w:rPr>
                <w:color w:val="000000"/>
                <w:sz w:val="12"/>
                <w:szCs w:val="20"/>
                <w:lang w:val="pl-PL"/>
              </w:rPr>
              <w:t>współpracuje w sztafecie i bezpiecznie przekazuje pałeczkę</w:t>
            </w:r>
          </w:p>
          <w:p w14:paraId="1B577BF4" w14:textId="77777777" w:rsidR="00770552" w:rsidRPr="002704E0" w:rsidRDefault="00000000">
            <w:pPr>
              <w:pStyle w:val="Listapunktowana"/>
              <w:spacing w:after="22" w:line="245" w:lineRule="auto"/>
              <w:ind w:left="158" w:hanging="130"/>
              <w:rPr>
                <w:sz w:val="18"/>
                <w:szCs w:val="20"/>
                <w:lang w:val="pl-PL"/>
              </w:rPr>
            </w:pPr>
            <w:r w:rsidRPr="002704E0">
              <w:rPr>
                <w:color w:val="000000"/>
                <w:sz w:val="12"/>
                <w:szCs w:val="20"/>
                <w:lang w:val="pl-PL"/>
              </w:rPr>
              <w:t>analizuje technikę na podstawie ustalonych kryteriów</w:t>
            </w:r>
          </w:p>
        </w:tc>
        <w:tc>
          <w:tcPr>
            <w:tcW w:w="4968" w:type="dxa"/>
            <w:tcBorders>
              <w:top w:val="single" w:sz="6" w:space="0" w:color="808080"/>
              <w:left w:val="single" w:sz="6" w:space="0" w:color="808080"/>
              <w:bottom w:val="single" w:sz="6" w:space="0" w:color="808080"/>
              <w:right w:val="single" w:sz="6" w:space="0" w:color="808080"/>
            </w:tcBorders>
            <w:shd w:val="clear" w:color="auto" w:fill="F2F2F2"/>
            <w:tcMar>
              <w:top w:w="70" w:type="dxa"/>
              <w:left w:w="95" w:type="dxa"/>
              <w:bottom w:w="70" w:type="dxa"/>
              <w:right w:w="95" w:type="dxa"/>
            </w:tcMar>
          </w:tcPr>
          <w:p w14:paraId="063B03FB" w14:textId="77777777" w:rsidR="00770552" w:rsidRPr="002704E0" w:rsidRDefault="00000000">
            <w:pPr>
              <w:spacing w:after="40"/>
              <w:rPr>
                <w:sz w:val="18"/>
                <w:szCs w:val="20"/>
                <w:lang w:val="pl-PL"/>
              </w:rPr>
            </w:pPr>
            <w:r w:rsidRPr="002704E0">
              <w:rPr>
                <w:b/>
                <w:color w:val="000000"/>
                <w:sz w:val="14"/>
                <w:szCs w:val="20"/>
                <w:lang w:val="pl-PL"/>
              </w:rPr>
              <w:t>MOŻLIWE DOWODY OSIĄGNIĘCIA UMIEJĘTNOŚCI</w:t>
            </w:r>
          </w:p>
          <w:p w14:paraId="21145A79" w14:textId="77777777" w:rsidR="00770552" w:rsidRPr="002704E0" w:rsidRDefault="00000000">
            <w:pPr>
              <w:spacing w:after="30"/>
              <w:rPr>
                <w:sz w:val="18"/>
                <w:szCs w:val="20"/>
                <w:lang w:val="pl-PL"/>
              </w:rPr>
            </w:pPr>
            <w:r w:rsidRPr="002704E0">
              <w:rPr>
                <w:i/>
                <w:color w:val="333333"/>
                <w:sz w:val="12"/>
                <w:szCs w:val="20"/>
                <w:lang w:val="pl-PL"/>
              </w:rPr>
              <w:t>Uczeń może pokazać tę umiejętność między innymi poprzez:</w:t>
            </w:r>
          </w:p>
          <w:p w14:paraId="24DFA6D4" w14:textId="77777777" w:rsidR="00770552" w:rsidRPr="002704E0" w:rsidRDefault="00000000">
            <w:pPr>
              <w:pStyle w:val="Listapunktowana"/>
              <w:spacing w:after="22" w:line="245" w:lineRule="auto"/>
              <w:ind w:left="158" w:hanging="130"/>
              <w:rPr>
                <w:sz w:val="18"/>
                <w:szCs w:val="20"/>
                <w:lang w:val="pl-PL"/>
              </w:rPr>
            </w:pPr>
            <w:r w:rsidRPr="002704E0">
              <w:rPr>
                <w:color w:val="000000"/>
                <w:sz w:val="12"/>
                <w:szCs w:val="20"/>
                <w:lang w:val="pl-PL"/>
              </w:rPr>
              <w:t>Wykonanie: start niski, bieg, przeszkody, skok, rzut lub pchnięcie</w:t>
            </w:r>
          </w:p>
          <w:p w14:paraId="330FE8CF" w14:textId="77777777" w:rsidR="00770552" w:rsidRPr="002704E0" w:rsidRDefault="00000000">
            <w:pPr>
              <w:pStyle w:val="Listapunktowana"/>
              <w:spacing w:after="22" w:line="245" w:lineRule="auto"/>
              <w:ind w:left="158" w:hanging="130"/>
              <w:rPr>
                <w:sz w:val="18"/>
                <w:szCs w:val="20"/>
                <w:lang w:val="pl-PL"/>
              </w:rPr>
            </w:pPr>
            <w:r w:rsidRPr="002704E0">
              <w:rPr>
                <w:color w:val="000000"/>
                <w:sz w:val="12"/>
                <w:szCs w:val="20"/>
                <w:lang w:val="pl-PL"/>
              </w:rPr>
              <w:t>Aktywność: sztafeta, marszobieg lub bieg terenowy</w:t>
            </w:r>
          </w:p>
          <w:p w14:paraId="04632638" w14:textId="77777777" w:rsidR="00770552" w:rsidRPr="002704E0" w:rsidRDefault="00000000">
            <w:pPr>
              <w:pStyle w:val="Listapunktowana"/>
              <w:spacing w:after="22" w:line="245" w:lineRule="auto"/>
              <w:ind w:left="158" w:hanging="130"/>
              <w:rPr>
                <w:sz w:val="18"/>
                <w:szCs w:val="20"/>
                <w:lang w:val="pl-PL"/>
              </w:rPr>
            </w:pPr>
            <w:r w:rsidRPr="002704E0">
              <w:rPr>
                <w:color w:val="000000"/>
                <w:sz w:val="12"/>
                <w:szCs w:val="20"/>
                <w:lang w:val="pl-PL"/>
              </w:rPr>
              <w:t>Pomiar: czas lub odległość użyte do analizy własnego postępu</w:t>
            </w:r>
          </w:p>
          <w:p w14:paraId="6ABDDDBA" w14:textId="77777777" w:rsidR="00770552" w:rsidRPr="002704E0" w:rsidRDefault="00000000">
            <w:pPr>
              <w:pStyle w:val="Listapunktowana"/>
              <w:spacing w:after="22" w:line="245" w:lineRule="auto"/>
              <w:ind w:left="158" w:hanging="130"/>
              <w:rPr>
                <w:sz w:val="18"/>
                <w:szCs w:val="20"/>
                <w:lang w:val="pl-PL"/>
              </w:rPr>
            </w:pPr>
            <w:r w:rsidRPr="002704E0">
              <w:rPr>
                <w:color w:val="000000"/>
                <w:sz w:val="12"/>
                <w:szCs w:val="20"/>
                <w:lang w:val="pl-PL"/>
              </w:rPr>
              <w:t>Refleksja: wskazanie elementu techniki i sposobu poprawy</w:t>
            </w:r>
          </w:p>
        </w:tc>
      </w:tr>
    </w:tbl>
    <w:p w14:paraId="63935C90" w14:textId="77777777" w:rsidR="00770552" w:rsidRPr="002704E0" w:rsidRDefault="00770552">
      <w:pPr>
        <w:rPr>
          <w:sz w:val="18"/>
          <w:szCs w:val="20"/>
          <w:lang w:val="pl-PL"/>
        </w:rPr>
      </w:pPr>
    </w:p>
    <w:p w14:paraId="2752F2CE" w14:textId="77777777" w:rsidR="00770552" w:rsidRPr="002704E0" w:rsidRDefault="00000000">
      <w:pPr>
        <w:spacing w:before="40" w:after="40"/>
        <w:rPr>
          <w:sz w:val="18"/>
          <w:szCs w:val="20"/>
          <w:lang w:val="pl-PL"/>
        </w:rPr>
      </w:pPr>
      <w:r w:rsidRPr="002704E0">
        <w:rPr>
          <w:b/>
          <w:color w:val="000000"/>
          <w:sz w:val="18"/>
          <w:szCs w:val="20"/>
          <w:lang w:val="pl-PL"/>
        </w:rPr>
        <w:t>SKALA OSIĄGNIĘĆ 2–6</w:t>
      </w:r>
    </w:p>
    <w:tbl>
      <w:tblPr>
        <w:tblW w:w="0" w:type="auto"/>
        <w:jc w:val="center"/>
        <w:tblLayout w:type="fixed"/>
        <w:tblLook w:val="04A0" w:firstRow="1" w:lastRow="0" w:firstColumn="1" w:lastColumn="0" w:noHBand="0" w:noVBand="1"/>
      </w:tblPr>
      <w:tblGrid>
        <w:gridCol w:w="3038"/>
        <w:gridCol w:w="3038"/>
        <w:gridCol w:w="3038"/>
        <w:gridCol w:w="3038"/>
        <w:gridCol w:w="3038"/>
      </w:tblGrid>
      <w:tr w:rsidR="00770552" w:rsidRPr="002704E0" w14:paraId="2A762B56" w14:textId="77777777">
        <w:trPr>
          <w:tblHeader/>
          <w:jc w:val="center"/>
        </w:trPr>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3439914B" w14:textId="77777777" w:rsidR="00770552" w:rsidRPr="002704E0" w:rsidRDefault="00000000">
            <w:pPr>
              <w:jc w:val="center"/>
              <w:rPr>
                <w:sz w:val="18"/>
                <w:szCs w:val="20"/>
                <w:lang w:val="pl-PL"/>
              </w:rPr>
            </w:pPr>
            <w:r w:rsidRPr="002704E0">
              <w:rPr>
                <w:b/>
                <w:color w:val="000000"/>
                <w:sz w:val="24"/>
                <w:szCs w:val="20"/>
                <w:lang w:val="pl-PL"/>
              </w:rPr>
              <w:t>2</w:t>
            </w:r>
          </w:p>
          <w:p w14:paraId="1F87B687" w14:textId="77777777" w:rsidR="00770552" w:rsidRPr="002704E0" w:rsidRDefault="00000000">
            <w:pPr>
              <w:spacing w:line="216" w:lineRule="auto"/>
              <w:jc w:val="center"/>
              <w:rPr>
                <w:sz w:val="18"/>
                <w:szCs w:val="20"/>
                <w:lang w:val="pl-PL"/>
              </w:rPr>
            </w:pPr>
            <w:r w:rsidRPr="002704E0">
              <w:rPr>
                <w:b/>
                <w:color w:val="000000"/>
                <w:sz w:val="11"/>
                <w:szCs w:val="20"/>
                <w:lang w:val="pl-PL"/>
              </w:rPr>
              <w:t>Z POMOCĄ</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34720913" w14:textId="77777777" w:rsidR="00770552" w:rsidRPr="002704E0" w:rsidRDefault="00000000">
            <w:pPr>
              <w:jc w:val="center"/>
              <w:rPr>
                <w:sz w:val="18"/>
                <w:szCs w:val="20"/>
                <w:lang w:val="pl-PL"/>
              </w:rPr>
            </w:pPr>
            <w:r w:rsidRPr="002704E0">
              <w:rPr>
                <w:b/>
                <w:color w:val="000000"/>
                <w:sz w:val="24"/>
                <w:szCs w:val="20"/>
                <w:lang w:val="pl-PL"/>
              </w:rPr>
              <w:t>3</w:t>
            </w:r>
          </w:p>
          <w:p w14:paraId="15D2E1F1" w14:textId="77777777" w:rsidR="00770552" w:rsidRPr="002704E0" w:rsidRDefault="00000000">
            <w:pPr>
              <w:spacing w:line="216" w:lineRule="auto"/>
              <w:jc w:val="center"/>
              <w:rPr>
                <w:sz w:val="18"/>
                <w:szCs w:val="20"/>
                <w:lang w:val="pl-PL"/>
              </w:rPr>
            </w:pPr>
            <w:r w:rsidRPr="002704E0">
              <w:rPr>
                <w:b/>
                <w:color w:val="000000"/>
                <w:sz w:val="11"/>
                <w:szCs w:val="20"/>
                <w:lang w:val="pl-PL"/>
              </w:rPr>
              <w:t>SAMODZIELNIE</w:t>
            </w:r>
            <w:r w:rsidRPr="002704E0">
              <w:rPr>
                <w:b/>
                <w:color w:val="000000"/>
                <w:sz w:val="11"/>
                <w:szCs w:val="20"/>
                <w:lang w:val="pl-PL"/>
              </w:rPr>
              <w:br/>
              <w:t>W TYPOWEJ SYTUACJI</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56328B54" w14:textId="77777777" w:rsidR="00770552" w:rsidRPr="002704E0" w:rsidRDefault="00000000">
            <w:pPr>
              <w:jc w:val="center"/>
              <w:rPr>
                <w:sz w:val="18"/>
                <w:szCs w:val="20"/>
                <w:lang w:val="pl-PL"/>
              </w:rPr>
            </w:pPr>
            <w:r w:rsidRPr="002704E0">
              <w:rPr>
                <w:b/>
                <w:color w:val="000000"/>
                <w:sz w:val="24"/>
                <w:szCs w:val="20"/>
                <w:lang w:val="pl-PL"/>
              </w:rPr>
              <w:t>4</w:t>
            </w:r>
          </w:p>
          <w:p w14:paraId="6C17F8DE" w14:textId="77777777" w:rsidR="00770552" w:rsidRPr="002704E0" w:rsidRDefault="00000000">
            <w:pPr>
              <w:spacing w:line="216" w:lineRule="auto"/>
              <w:jc w:val="center"/>
              <w:rPr>
                <w:sz w:val="18"/>
                <w:szCs w:val="20"/>
                <w:lang w:val="pl-PL"/>
              </w:rPr>
            </w:pPr>
            <w:r w:rsidRPr="002704E0">
              <w:rPr>
                <w:b/>
                <w:color w:val="000000"/>
                <w:sz w:val="11"/>
                <w:szCs w:val="20"/>
                <w:lang w:val="pl-PL"/>
              </w:rPr>
              <w:t>POPRAWNIE</w:t>
            </w:r>
            <w:r w:rsidRPr="002704E0">
              <w:rPr>
                <w:b/>
                <w:color w:val="000000"/>
                <w:sz w:val="11"/>
                <w:szCs w:val="20"/>
                <w:lang w:val="pl-PL"/>
              </w:rPr>
              <w:br/>
              <w:t>I ŚWIADOMIE</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6EB3574E" w14:textId="77777777" w:rsidR="00770552" w:rsidRPr="002704E0" w:rsidRDefault="00000000">
            <w:pPr>
              <w:jc w:val="center"/>
              <w:rPr>
                <w:sz w:val="18"/>
                <w:szCs w:val="20"/>
                <w:lang w:val="pl-PL"/>
              </w:rPr>
            </w:pPr>
            <w:r w:rsidRPr="002704E0">
              <w:rPr>
                <w:b/>
                <w:color w:val="000000"/>
                <w:sz w:val="24"/>
                <w:szCs w:val="20"/>
                <w:lang w:val="pl-PL"/>
              </w:rPr>
              <w:t>5</w:t>
            </w:r>
          </w:p>
          <w:p w14:paraId="71293282" w14:textId="77777777" w:rsidR="00770552" w:rsidRPr="002704E0" w:rsidRDefault="00000000">
            <w:pPr>
              <w:spacing w:line="216" w:lineRule="auto"/>
              <w:jc w:val="center"/>
              <w:rPr>
                <w:sz w:val="18"/>
                <w:szCs w:val="20"/>
                <w:lang w:val="pl-PL"/>
              </w:rPr>
            </w:pPr>
            <w:r w:rsidRPr="002704E0">
              <w:rPr>
                <w:b/>
                <w:color w:val="000000"/>
                <w:sz w:val="11"/>
                <w:szCs w:val="20"/>
                <w:lang w:val="pl-PL"/>
              </w:rPr>
              <w:t>SPRAWNIE, SAMODZIELNIE</w:t>
            </w:r>
            <w:r w:rsidRPr="002704E0">
              <w:rPr>
                <w:b/>
                <w:color w:val="000000"/>
                <w:sz w:val="11"/>
                <w:szCs w:val="20"/>
                <w:lang w:val="pl-PL"/>
              </w:rPr>
              <w:br/>
              <w:t>I CELOWO</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5483AA13" w14:textId="77777777" w:rsidR="00770552" w:rsidRPr="002704E0" w:rsidRDefault="00000000">
            <w:pPr>
              <w:jc w:val="center"/>
              <w:rPr>
                <w:sz w:val="18"/>
                <w:szCs w:val="20"/>
                <w:lang w:val="pl-PL"/>
              </w:rPr>
            </w:pPr>
            <w:r w:rsidRPr="002704E0">
              <w:rPr>
                <w:b/>
                <w:color w:val="000000"/>
                <w:sz w:val="24"/>
                <w:szCs w:val="20"/>
                <w:lang w:val="pl-PL"/>
              </w:rPr>
              <w:t>6</w:t>
            </w:r>
          </w:p>
          <w:p w14:paraId="5A2076B0" w14:textId="77777777" w:rsidR="00770552" w:rsidRPr="002704E0" w:rsidRDefault="00000000">
            <w:pPr>
              <w:spacing w:line="216" w:lineRule="auto"/>
              <w:jc w:val="center"/>
              <w:rPr>
                <w:sz w:val="18"/>
                <w:szCs w:val="20"/>
                <w:lang w:val="pl-PL"/>
              </w:rPr>
            </w:pPr>
            <w:r w:rsidRPr="002704E0">
              <w:rPr>
                <w:b/>
                <w:color w:val="000000"/>
                <w:sz w:val="11"/>
                <w:szCs w:val="20"/>
                <w:lang w:val="pl-PL"/>
              </w:rPr>
              <w:t>TWÓRCZO</w:t>
            </w:r>
            <w:r w:rsidRPr="002704E0">
              <w:rPr>
                <w:b/>
                <w:color w:val="000000"/>
                <w:sz w:val="11"/>
                <w:szCs w:val="20"/>
                <w:lang w:val="pl-PL"/>
              </w:rPr>
              <w:br/>
              <w:t>I ODPOWIEDZIALNIE</w:t>
            </w:r>
          </w:p>
        </w:tc>
      </w:tr>
      <w:tr w:rsidR="00770552" w:rsidRPr="00047F0F" w14:paraId="31EBE707" w14:textId="77777777">
        <w:trPr>
          <w:cantSplit/>
          <w:jc w:val="center"/>
        </w:trPr>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12693D37" w14:textId="77777777" w:rsidR="00770552" w:rsidRPr="002704E0" w:rsidRDefault="00000000">
            <w:pPr>
              <w:pStyle w:val="Listapunktowana"/>
              <w:spacing w:after="36" w:line="245" w:lineRule="auto"/>
              <w:ind w:left="158" w:hanging="130"/>
              <w:rPr>
                <w:sz w:val="18"/>
                <w:szCs w:val="20"/>
                <w:lang w:val="pl-PL"/>
              </w:rPr>
            </w:pPr>
            <w:r w:rsidRPr="002704E0">
              <w:rPr>
                <w:color w:val="000000"/>
                <w:sz w:val="12"/>
                <w:szCs w:val="20"/>
                <w:lang w:val="pl-PL"/>
              </w:rPr>
              <w:t>z pomocą wykonuje zadanie i zachowuje strefę bezpieczeństwa</w:t>
            </w:r>
          </w:p>
          <w:p w14:paraId="6A5E1895" w14:textId="77777777" w:rsidR="00770552" w:rsidRPr="002704E0" w:rsidRDefault="00000000">
            <w:pPr>
              <w:pStyle w:val="Listapunktowana"/>
              <w:spacing w:after="36" w:line="245" w:lineRule="auto"/>
              <w:ind w:left="158" w:hanging="130"/>
              <w:rPr>
                <w:sz w:val="18"/>
                <w:szCs w:val="20"/>
                <w:lang w:val="pl-PL"/>
              </w:rPr>
            </w:pPr>
            <w:r w:rsidRPr="002704E0">
              <w:rPr>
                <w:color w:val="000000"/>
                <w:sz w:val="12"/>
                <w:szCs w:val="20"/>
                <w:lang w:val="pl-PL"/>
              </w:rPr>
              <w:t>koryguje fazę ruchu po wskazaniu</w:t>
            </w:r>
          </w:p>
          <w:p w14:paraId="36E1EF69" w14:textId="77777777" w:rsidR="00770552" w:rsidRPr="002704E0" w:rsidRDefault="00000000">
            <w:pPr>
              <w:pStyle w:val="Listapunktowana"/>
              <w:spacing w:after="36" w:line="245" w:lineRule="auto"/>
              <w:ind w:left="158" w:hanging="130"/>
              <w:rPr>
                <w:sz w:val="18"/>
                <w:szCs w:val="20"/>
                <w:lang w:val="pl-PL"/>
              </w:rPr>
            </w:pPr>
            <w:r w:rsidRPr="002704E0">
              <w:rPr>
                <w:color w:val="000000"/>
                <w:sz w:val="12"/>
                <w:szCs w:val="20"/>
                <w:lang w:val="pl-PL"/>
              </w:rPr>
              <w:t>uczestniczy w marszobiegu lub sztafecie</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14AA5C79" w14:textId="77777777" w:rsidR="00770552" w:rsidRPr="002704E0" w:rsidRDefault="00000000">
            <w:pPr>
              <w:pStyle w:val="Listapunktowana"/>
              <w:spacing w:after="36" w:line="245" w:lineRule="auto"/>
              <w:ind w:left="158" w:hanging="130"/>
              <w:rPr>
                <w:sz w:val="18"/>
                <w:szCs w:val="20"/>
                <w:lang w:val="pl-PL"/>
              </w:rPr>
            </w:pPr>
            <w:r w:rsidRPr="002704E0">
              <w:rPr>
                <w:color w:val="000000"/>
                <w:sz w:val="12"/>
                <w:szCs w:val="20"/>
                <w:lang w:val="pl-PL"/>
              </w:rPr>
              <w:t>samodzielnie wykonuje poznane konkurencje</w:t>
            </w:r>
          </w:p>
          <w:p w14:paraId="66AA52D0" w14:textId="77777777" w:rsidR="00770552" w:rsidRPr="002704E0" w:rsidRDefault="00000000">
            <w:pPr>
              <w:pStyle w:val="Listapunktowana"/>
              <w:spacing w:after="36" w:line="245" w:lineRule="auto"/>
              <w:ind w:left="158" w:hanging="130"/>
              <w:rPr>
                <w:sz w:val="18"/>
                <w:szCs w:val="20"/>
                <w:lang w:val="pl-PL"/>
              </w:rPr>
            </w:pPr>
            <w:r w:rsidRPr="002704E0">
              <w:rPr>
                <w:color w:val="000000"/>
                <w:sz w:val="12"/>
                <w:szCs w:val="20"/>
                <w:lang w:val="pl-PL"/>
              </w:rPr>
              <w:t>dobiera podstawowe tempo</w:t>
            </w:r>
          </w:p>
          <w:p w14:paraId="2F37F2FE" w14:textId="77777777" w:rsidR="00770552" w:rsidRPr="002704E0" w:rsidRDefault="00000000">
            <w:pPr>
              <w:pStyle w:val="Listapunktowana"/>
              <w:spacing w:after="36" w:line="245" w:lineRule="auto"/>
              <w:ind w:left="158" w:hanging="130"/>
              <w:rPr>
                <w:sz w:val="18"/>
                <w:szCs w:val="20"/>
                <w:lang w:val="pl-PL"/>
              </w:rPr>
            </w:pPr>
            <w:r w:rsidRPr="002704E0">
              <w:rPr>
                <w:color w:val="000000"/>
                <w:sz w:val="12"/>
                <w:szCs w:val="20"/>
                <w:lang w:val="pl-PL"/>
              </w:rPr>
              <w:t>stosuje wskazówkę techniczną</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1071D6AA" w14:textId="77777777" w:rsidR="00770552" w:rsidRPr="002704E0" w:rsidRDefault="00000000">
            <w:pPr>
              <w:pStyle w:val="Listapunktowana"/>
              <w:spacing w:after="36" w:line="245" w:lineRule="auto"/>
              <w:ind w:left="158" w:hanging="130"/>
              <w:rPr>
                <w:sz w:val="18"/>
                <w:szCs w:val="20"/>
                <w:lang w:val="pl-PL"/>
              </w:rPr>
            </w:pPr>
            <w:r w:rsidRPr="002704E0">
              <w:rPr>
                <w:color w:val="000000"/>
                <w:sz w:val="12"/>
                <w:szCs w:val="20"/>
                <w:lang w:val="pl-PL"/>
              </w:rPr>
              <w:t>poprawnie łączy fazy ruchu</w:t>
            </w:r>
          </w:p>
          <w:p w14:paraId="7A44E9CF" w14:textId="77777777" w:rsidR="00770552" w:rsidRPr="002704E0" w:rsidRDefault="00000000">
            <w:pPr>
              <w:pStyle w:val="Listapunktowana"/>
              <w:spacing w:after="36" w:line="245" w:lineRule="auto"/>
              <w:ind w:left="158" w:hanging="130"/>
              <w:rPr>
                <w:sz w:val="18"/>
                <w:szCs w:val="20"/>
                <w:lang w:val="pl-PL"/>
              </w:rPr>
            </w:pPr>
            <w:r w:rsidRPr="002704E0">
              <w:rPr>
                <w:color w:val="000000"/>
                <w:sz w:val="12"/>
                <w:szCs w:val="20"/>
                <w:lang w:val="pl-PL"/>
              </w:rPr>
              <w:t>dostosowuje tempo i wariant do możliwości</w:t>
            </w:r>
          </w:p>
          <w:p w14:paraId="40CA90ED" w14:textId="77777777" w:rsidR="00770552" w:rsidRPr="002704E0" w:rsidRDefault="00000000">
            <w:pPr>
              <w:pStyle w:val="Listapunktowana"/>
              <w:spacing w:after="36" w:line="245" w:lineRule="auto"/>
              <w:ind w:left="158" w:hanging="130"/>
              <w:rPr>
                <w:sz w:val="18"/>
                <w:szCs w:val="20"/>
                <w:lang w:val="pl-PL"/>
              </w:rPr>
            </w:pPr>
            <w:r w:rsidRPr="002704E0">
              <w:rPr>
                <w:color w:val="000000"/>
                <w:sz w:val="12"/>
                <w:szCs w:val="20"/>
                <w:lang w:val="pl-PL"/>
              </w:rPr>
              <w:t>porównuje technikę własnych prób</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3626AF23" w14:textId="77777777" w:rsidR="00770552" w:rsidRPr="002704E0" w:rsidRDefault="00000000">
            <w:pPr>
              <w:pStyle w:val="Listapunktowana"/>
              <w:spacing w:after="36" w:line="245" w:lineRule="auto"/>
              <w:ind w:left="158" w:hanging="130"/>
              <w:rPr>
                <w:sz w:val="18"/>
                <w:szCs w:val="20"/>
                <w:lang w:val="pl-PL"/>
              </w:rPr>
            </w:pPr>
            <w:r w:rsidRPr="002704E0">
              <w:rPr>
                <w:color w:val="000000"/>
                <w:sz w:val="12"/>
                <w:szCs w:val="20"/>
                <w:lang w:val="pl-PL"/>
              </w:rPr>
              <w:t>sprawnie wykonuje i samodzielnie koryguje technikę</w:t>
            </w:r>
          </w:p>
          <w:p w14:paraId="05199FCB" w14:textId="77777777" w:rsidR="00770552" w:rsidRPr="002704E0" w:rsidRDefault="00000000">
            <w:pPr>
              <w:pStyle w:val="Listapunktowana"/>
              <w:spacing w:after="36" w:line="245" w:lineRule="auto"/>
              <w:ind w:left="158" w:hanging="130"/>
              <w:rPr>
                <w:sz w:val="18"/>
                <w:szCs w:val="20"/>
                <w:lang w:val="pl-PL"/>
              </w:rPr>
            </w:pPr>
            <w:r w:rsidRPr="002704E0">
              <w:rPr>
                <w:color w:val="000000"/>
                <w:sz w:val="12"/>
                <w:szCs w:val="20"/>
                <w:lang w:val="pl-PL"/>
              </w:rPr>
              <w:t>uzasadnia strategię tempa lub rozbiegu</w:t>
            </w:r>
          </w:p>
          <w:p w14:paraId="4313EC90" w14:textId="77777777" w:rsidR="00770552" w:rsidRPr="002704E0" w:rsidRDefault="00000000">
            <w:pPr>
              <w:pStyle w:val="Listapunktowana"/>
              <w:spacing w:after="36" w:line="245" w:lineRule="auto"/>
              <w:ind w:left="158" w:hanging="130"/>
              <w:rPr>
                <w:sz w:val="18"/>
                <w:szCs w:val="20"/>
                <w:lang w:val="pl-PL"/>
              </w:rPr>
            </w:pPr>
            <w:r w:rsidRPr="002704E0">
              <w:rPr>
                <w:color w:val="000000"/>
                <w:sz w:val="12"/>
                <w:szCs w:val="20"/>
                <w:lang w:val="pl-PL"/>
              </w:rPr>
              <w:t>wykorzystuje pomiar do planowania poprawy</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6E672488" w14:textId="77777777" w:rsidR="00770552" w:rsidRPr="002704E0" w:rsidRDefault="00000000">
            <w:pPr>
              <w:pStyle w:val="Listapunktowana"/>
              <w:spacing w:after="36" w:line="245" w:lineRule="auto"/>
              <w:ind w:left="158" w:hanging="130"/>
              <w:rPr>
                <w:sz w:val="18"/>
                <w:szCs w:val="20"/>
                <w:lang w:val="pl-PL"/>
              </w:rPr>
            </w:pPr>
            <w:r w:rsidRPr="002704E0">
              <w:rPr>
                <w:color w:val="000000"/>
                <w:sz w:val="12"/>
                <w:szCs w:val="20"/>
                <w:lang w:val="pl-PL"/>
              </w:rPr>
              <w:t>projektuje ćwiczenie doskonalące wybraną fazę</w:t>
            </w:r>
          </w:p>
          <w:p w14:paraId="05F1558B" w14:textId="77777777" w:rsidR="00770552" w:rsidRPr="002704E0" w:rsidRDefault="00000000">
            <w:pPr>
              <w:pStyle w:val="Listapunktowana"/>
              <w:spacing w:after="36" w:line="245" w:lineRule="auto"/>
              <w:ind w:left="158" w:hanging="130"/>
              <w:rPr>
                <w:sz w:val="18"/>
                <w:szCs w:val="20"/>
                <w:lang w:val="pl-PL"/>
              </w:rPr>
            </w:pPr>
            <w:r w:rsidRPr="002704E0">
              <w:rPr>
                <w:color w:val="000000"/>
                <w:sz w:val="12"/>
                <w:szCs w:val="20"/>
                <w:lang w:val="pl-PL"/>
              </w:rPr>
              <w:t>modyfikuje zadanie zgodnie z celem</w:t>
            </w:r>
          </w:p>
          <w:p w14:paraId="166B6AC6" w14:textId="77777777" w:rsidR="00770552" w:rsidRPr="002704E0" w:rsidRDefault="00000000">
            <w:pPr>
              <w:pStyle w:val="Listapunktowana"/>
              <w:spacing w:after="36" w:line="245" w:lineRule="auto"/>
              <w:ind w:left="158" w:hanging="130"/>
              <w:rPr>
                <w:sz w:val="18"/>
                <w:szCs w:val="20"/>
                <w:lang w:val="pl-PL"/>
              </w:rPr>
            </w:pPr>
            <w:r w:rsidRPr="002704E0">
              <w:rPr>
                <w:color w:val="000000"/>
                <w:sz w:val="12"/>
                <w:szCs w:val="20"/>
                <w:lang w:val="pl-PL"/>
              </w:rPr>
              <w:t>organizuje bezpieczne stanowisko dla grupy</w:t>
            </w:r>
          </w:p>
        </w:tc>
      </w:tr>
    </w:tbl>
    <w:p w14:paraId="420ABAC1" w14:textId="77777777" w:rsidR="00770552" w:rsidRPr="002704E0" w:rsidRDefault="00000000">
      <w:pPr>
        <w:spacing w:before="50"/>
        <w:rPr>
          <w:color w:val="000000"/>
          <w:sz w:val="13"/>
          <w:szCs w:val="20"/>
          <w:lang w:val="pl-PL"/>
        </w:rPr>
      </w:pPr>
      <w:r w:rsidRPr="002704E0">
        <w:rPr>
          <w:b/>
          <w:color w:val="000000"/>
          <w:sz w:val="13"/>
          <w:szCs w:val="20"/>
          <w:lang w:val="pl-PL"/>
        </w:rPr>
        <w:t xml:space="preserve">Ważne: </w:t>
      </w:r>
      <w:r w:rsidRPr="002704E0">
        <w:rPr>
          <w:color w:val="000000"/>
          <w:sz w:val="13"/>
          <w:szCs w:val="20"/>
          <w:lang w:val="pl-PL"/>
        </w:rPr>
        <w:t>Czas i odległość są informacją diagnostyczną, a nie automatycznym przelicznikiem stopnia.</w:t>
      </w:r>
    </w:p>
    <w:p w14:paraId="30AB5555" w14:textId="77777777" w:rsidR="002704E0" w:rsidRPr="002704E0" w:rsidRDefault="002704E0">
      <w:pPr>
        <w:spacing w:before="50"/>
        <w:rPr>
          <w:color w:val="000000"/>
          <w:sz w:val="13"/>
          <w:szCs w:val="20"/>
          <w:lang w:val="pl-PL"/>
        </w:rPr>
      </w:pPr>
    </w:p>
    <w:p w14:paraId="37F561D7" w14:textId="77777777" w:rsidR="002704E0" w:rsidRPr="002704E0" w:rsidRDefault="002704E0">
      <w:pPr>
        <w:spacing w:before="50"/>
        <w:rPr>
          <w:sz w:val="18"/>
          <w:szCs w:val="20"/>
          <w:lang w:val="pl-PL"/>
        </w:rPr>
      </w:pPr>
    </w:p>
    <w:tbl>
      <w:tblPr>
        <w:tblW w:w="0" w:type="auto"/>
        <w:jc w:val="center"/>
        <w:tblLayout w:type="fixed"/>
        <w:tblLook w:val="04A0" w:firstRow="1" w:lastRow="0" w:firstColumn="1" w:lastColumn="0" w:noHBand="0" w:noVBand="1"/>
      </w:tblPr>
      <w:tblGrid>
        <w:gridCol w:w="936"/>
        <w:gridCol w:w="14256"/>
      </w:tblGrid>
      <w:tr w:rsidR="002704E0" w:rsidRPr="009A615A" w14:paraId="16706C2C" w14:textId="77777777" w:rsidTr="00E437A4">
        <w:trPr>
          <w:jc w:val="center"/>
        </w:trPr>
        <w:tc>
          <w:tcPr>
            <w:tcW w:w="936" w:type="dxa"/>
            <w:tcBorders>
              <w:top w:val="single" w:sz="8" w:space="0" w:color="000000"/>
              <w:left w:val="single" w:sz="8" w:space="0" w:color="000000"/>
              <w:bottom w:val="single" w:sz="8" w:space="0" w:color="000000"/>
              <w:right w:val="single" w:sz="8" w:space="0" w:color="000000"/>
            </w:tcBorders>
            <w:shd w:val="clear" w:color="auto" w:fill="000000"/>
            <w:tcMar>
              <w:top w:w="80" w:type="dxa"/>
              <w:left w:w="110" w:type="dxa"/>
              <w:bottom w:w="80" w:type="dxa"/>
              <w:right w:w="110" w:type="dxa"/>
            </w:tcMar>
          </w:tcPr>
          <w:p w14:paraId="5BB74547" w14:textId="77777777" w:rsidR="002704E0" w:rsidRPr="002704E0" w:rsidRDefault="002704E0" w:rsidP="00E437A4">
            <w:pPr>
              <w:jc w:val="center"/>
              <w:rPr>
                <w:sz w:val="18"/>
                <w:szCs w:val="20"/>
                <w:lang w:val="pl-PL"/>
              </w:rPr>
            </w:pPr>
            <w:r w:rsidRPr="002704E0">
              <w:rPr>
                <w:b/>
                <w:color w:val="FFFFFF"/>
                <w:sz w:val="36"/>
                <w:szCs w:val="20"/>
                <w:lang w:val="pl-PL"/>
              </w:rPr>
              <w:t>4</w:t>
            </w:r>
          </w:p>
        </w:tc>
        <w:tc>
          <w:tcPr>
            <w:tcW w:w="14256" w:type="dxa"/>
            <w:tcBorders>
              <w:top w:val="single" w:sz="8" w:space="0" w:color="000000"/>
              <w:left w:val="single" w:sz="8" w:space="0" w:color="000000"/>
              <w:bottom w:val="single" w:sz="8" w:space="0" w:color="000000"/>
              <w:right w:val="single" w:sz="8" w:space="0" w:color="000000"/>
            </w:tcBorders>
            <w:tcMar>
              <w:top w:w="80" w:type="dxa"/>
              <w:left w:w="110" w:type="dxa"/>
              <w:bottom w:w="80" w:type="dxa"/>
              <w:right w:w="110" w:type="dxa"/>
            </w:tcMar>
          </w:tcPr>
          <w:p w14:paraId="20E99C45" w14:textId="77777777" w:rsidR="002704E0" w:rsidRPr="002704E0" w:rsidRDefault="002704E0" w:rsidP="00E437A4">
            <w:pPr>
              <w:rPr>
                <w:sz w:val="18"/>
                <w:szCs w:val="20"/>
                <w:lang w:val="pl-PL"/>
              </w:rPr>
            </w:pPr>
            <w:r w:rsidRPr="002704E0">
              <w:rPr>
                <w:b/>
                <w:color w:val="000000"/>
                <w:sz w:val="28"/>
                <w:szCs w:val="20"/>
                <w:lang w:val="pl-PL"/>
              </w:rPr>
              <w:t>TANIEC</w:t>
            </w:r>
          </w:p>
          <w:p w14:paraId="3D1CD6FD" w14:textId="77777777" w:rsidR="002704E0" w:rsidRPr="002704E0" w:rsidRDefault="002704E0" w:rsidP="00E437A4">
            <w:pPr>
              <w:rPr>
                <w:sz w:val="18"/>
                <w:szCs w:val="20"/>
                <w:lang w:val="pl-PL"/>
              </w:rPr>
            </w:pPr>
            <w:r w:rsidRPr="002704E0">
              <w:rPr>
                <w:i/>
                <w:color w:val="333333"/>
                <w:sz w:val="16"/>
                <w:szCs w:val="20"/>
                <w:lang w:val="pl-PL"/>
              </w:rPr>
              <w:t>Płynne łączenie kroków i figur oraz współtworzenie krótkiego układu.</w:t>
            </w:r>
            <w:r w:rsidRPr="0009332E">
              <w:rPr>
                <w:b/>
                <w:color w:val="4B4B4B"/>
                <w:sz w:val="12"/>
                <w:lang w:val="pl-PL"/>
              </w:rPr>
              <w:t xml:space="preserve">  </w:t>
            </w:r>
            <w:proofErr w:type="gramStart"/>
            <w:r>
              <w:rPr>
                <w:b/>
                <w:color w:val="4B4B4B"/>
                <w:sz w:val="12"/>
              </w:rPr>
              <w:t>|  PODSTAWA</w:t>
            </w:r>
            <w:proofErr w:type="gramEnd"/>
            <w:r>
              <w:rPr>
                <w:b/>
                <w:color w:val="4B4B4B"/>
                <w:sz w:val="12"/>
              </w:rPr>
              <w:t xml:space="preserve">: </w:t>
            </w:r>
            <w:r>
              <w:rPr>
                <w:i/>
                <w:color w:val="4B4B4B"/>
                <w:sz w:val="12"/>
              </w:rPr>
              <w:t>PP 2017/2025, WF kl. V–VI, IV.</w:t>
            </w:r>
          </w:p>
        </w:tc>
      </w:tr>
    </w:tbl>
    <w:p w14:paraId="71F299AA" w14:textId="77777777" w:rsidR="002704E0" w:rsidRPr="002704E0" w:rsidRDefault="002704E0" w:rsidP="002704E0">
      <w:pPr>
        <w:rPr>
          <w:sz w:val="18"/>
          <w:szCs w:val="20"/>
          <w:lang w:val="pl-PL"/>
        </w:rPr>
      </w:pPr>
    </w:p>
    <w:tbl>
      <w:tblPr>
        <w:tblW w:w="0" w:type="auto"/>
        <w:jc w:val="center"/>
        <w:tblLayout w:type="fixed"/>
        <w:tblLook w:val="04A0" w:firstRow="1" w:lastRow="0" w:firstColumn="1" w:lastColumn="0" w:noHBand="0" w:noVBand="1"/>
      </w:tblPr>
      <w:tblGrid>
        <w:gridCol w:w="5256"/>
        <w:gridCol w:w="4968"/>
        <w:gridCol w:w="4968"/>
      </w:tblGrid>
      <w:tr w:rsidR="002704E0" w:rsidRPr="00047F0F" w14:paraId="5969043B" w14:textId="77777777" w:rsidTr="00E437A4">
        <w:trPr>
          <w:jc w:val="center"/>
        </w:trPr>
        <w:tc>
          <w:tcPr>
            <w:tcW w:w="5256" w:type="dxa"/>
            <w:tcBorders>
              <w:top w:val="single" w:sz="6" w:space="0" w:color="808080"/>
              <w:left w:val="single" w:sz="6" w:space="0" w:color="808080"/>
              <w:bottom w:val="single" w:sz="6" w:space="0" w:color="808080"/>
              <w:right w:val="single" w:sz="6" w:space="0" w:color="808080"/>
            </w:tcBorders>
            <w:shd w:val="clear" w:color="auto" w:fill="F2F2F2"/>
            <w:tcMar>
              <w:top w:w="70" w:type="dxa"/>
              <w:left w:w="95" w:type="dxa"/>
              <w:bottom w:w="70" w:type="dxa"/>
              <w:right w:w="95" w:type="dxa"/>
            </w:tcMar>
          </w:tcPr>
          <w:p w14:paraId="02FE0C1E" w14:textId="77777777" w:rsidR="002704E0" w:rsidRPr="002704E0" w:rsidRDefault="002704E0" w:rsidP="00E437A4">
            <w:pPr>
              <w:spacing w:after="40"/>
              <w:rPr>
                <w:sz w:val="18"/>
                <w:szCs w:val="20"/>
                <w:lang w:val="pl-PL"/>
              </w:rPr>
            </w:pPr>
            <w:r w:rsidRPr="002704E0">
              <w:rPr>
                <w:b/>
                <w:color w:val="000000"/>
                <w:sz w:val="14"/>
                <w:szCs w:val="20"/>
                <w:lang w:val="pl-PL"/>
              </w:rPr>
              <w:t>ZAKRES WYMAGANIA</w:t>
            </w:r>
          </w:p>
          <w:p w14:paraId="67238A07" w14:textId="77777777" w:rsidR="002704E0" w:rsidRPr="002704E0" w:rsidRDefault="002704E0" w:rsidP="00E437A4">
            <w:pPr>
              <w:pStyle w:val="Listapunktowana"/>
              <w:spacing w:after="22" w:line="245" w:lineRule="auto"/>
              <w:ind w:left="158" w:hanging="130"/>
              <w:rPr>
                <w:sz w:val="18"/>
                <w:szCs w:val="20"/>
                <w:lang w:val="pl-PL"/>
              </w:rPr>
            </w:pPr>
            <w:r w:rsidRPr="002704E0">
              <w:rPr>
                <w:color w:val="000000"/>
                <w:sz w:val="12"/>
                <w:szCs w:val="20"/>
                <w:lang w:val="pl-PL"/>
              </w:rPr>
              <w:t>wykonuje proste kroki i figury wybranych tańców tradycyjnych</w:t>
            </w:r>
          </w:p>
          <w:p w14:paraId="5973120D" w14:textId="77777777" w:rsidR="002704E0" w:rsidRPr="002704E0" w:rsidRDefault="002704E0" w:rsidP="00E437A4">
            <w:pPr>
              <w:pStyle w:val="Listapunktowana"/>
              <w:spacing w:after="22" w:line="245" w:lineRule="auto"/>
              <w:ind w:left="158" w:hanging="130"/>
              <w:rPr>
                <w:sz w:val="18"/>
                <w:szCs w:val="20"/>
                <w:lang w:val="pl-PL"/>
              </w:rPr>
            </w:pPr>
            <w:r w:rsidRPr="002704E0">
              <w:rPr>
                <w:color w:val="000000"/>
                <w:sz w:val="12"/>
                <w:szCs w:val="20"/>
                <w:lang w:val="pl-PL"/>
              </w:rPr>
              <w:t>wykonuje proste kroki i figury wybranych tańców nowoczesnych</w:t>
            </w:r>
          </w:p>
          <w:p w14:paraId="2E884F98" w14:textId="77777777" w:rsidR="002704E0" w:rsidRPr="002704E0" w:rsidRDefault="002704E0" w:rsidP="00E437A4">
            <w:pPr>
              <w:pStyle w:val="Listapunktowana"/>
              <w:spacing w:after="22" w:line="245" w:lineRule="auto"/>
              <w:ind w:left="158" w:hanging="130"/>
              <w:rPr>
                <w:sz w:val="18"/>
                <w:szCs w:val="20"/>
                <w:lang w:val="pl-PL"/>
              </w:rPr>
            </w:pPr>
            <w:r w:rsidRPr="002704E0">
              <w:rPr>
                <w:color w:val="000000"/>
                <w:sz w:val="12"/>
                <w:szCs w:val="20"/>
                <w:lang w:val="pl-PL"/>
              </w:rPr>
              <w:t>łączy ruchy w krótką sekwencję zgodną z rytmem</w:t>
            </w:r>
          </w:p>
          <w:p w14:paraId="3E625003" w14:textId="77777777" w:rsidR="002704E0" w:rsidRPr="002704E0" w:rsidRDefault="002704E0" w:rsidP="00E437A4">
            <w:pPr>
              <w:pStyle w:val="Listapunktowana"/>
              <w:spacing w:after="22" w:line="245" w:lineRule="auto"/>
              <w:ind w:left="158" w:hanging="130"/>
              <w:rPr>
                <w:sz w:val="18"/>
                <w:szCs w:val="20"/>
                <w:lang w:val="pl-PL"/>
              </w:rPr>
            </w:pPr>
            <w:r w:rsidRPr="002704E0">
              <w:rPr>
                <w:color w:val="000000"/>
                <w:sz w:val="12"/>
                <w:szCs w:val="20"/>
                <w:lang w:val="pl-PL"/>
              </w:rPr>
              <w:t>współpracuje w parze lub grupie i bezpiecznie korzysta z przestrzeni</w:t>
            </w:r>
          </w:p>
        </w:tc>
        <w:tc>
          <w:tcPr>
            <w:tcW w:w="4968" w:type="dxa"/>
            <w:tcBorders>
              <w:top w:val="single" w:sz="6" w:space="0" w:color="808080"/>
              <w:left w:val="single" w:sz="6" w:space="0" w:color="808080"/>
              <w:bottom w:val="single" w:sz="6" w:space="0" w:color="808080"/>
              <w:right w:val="single" w:sz="6" w:space="0" w:color="808080"/>
            </w:tcBorders>
            <w:shd w:val="clear" w:color="auto" w:fill="E7E6E6"/>
            <w:tcMar>
              <w:top w:w="70" w:type="dxa"/>
              <w:left w:w="95" w:type="dxa"/>
              <w:bottom w:w="70" w:type="dxa"/>
              <w:right w:w="95" w:type="dxa"/>
            </w:tcMar>
          </w:tcPr>
          <w:p w14:paraId="5CA45C1A" w14:textId="77777777" w:rsidR="002704E0" w:rsidRPr="002704E0" w:rsidRDefault="002704E0" w:rsidP="00E437A4">
            <w:pPr>
              <w:spacing w:after="40"/>
              <w:rPr>
                <w:sz w:val="18"/>
                <w:szCs w:val="20"/>
                <w:lang w:val="pl-PL"/>
              </w:rPr>
            </w:pPr>
            <w:r w:rsidRPr="002704E0">
              <w:rPr>
                <w:b/>
                <w:color w:val="000000"/>
                <w:sz w:val="14"/>
                <w:szCs w:val="20"/>
                <w:lang w:val="pl-PL"/>
              </w:rPr>
              <w:t>KRYTERIA SUKCESU</w:t>
            </w:r>
          </w:p>
          <w:p w14:paraId="286E498F" w14:textId="77777777" w:rsidR="002704E0" w:rsidRPr="002704E0" w:rsidRDefault="002704E0" w:rsidP="00E437A4">
            <w:pPr>
              <w:pStyle w:val="Listapunktowana"/>
              <w:spacing w:after="22" w:line="245" w:lineRule="auto"/>
              <w:ind w:left="158" w:hanging="130"/>
              <w:rPr>
                <w:sz w:val="18"/>
                <w:szCs w:val="20"/>
                <w:lang w:val="pl-PL"/>
              </w:rPr>
            </w:pPr>
            <w:r w:rsidRPr="002704E0">
              <w:rPr>
                <w:color w:val="000000"/>
                <w:sz w:val="12"/>
                <w:szCs w:val="20"/>
                <w:lang w:val="pl-PL"/>
              </w:rPr>
              <w:t>utrzymuje podstawowy rytm i kierunek ruchu</w:t>
            </w:r>
          </w:p>
          <w:p w14:paraId="2A08ACF2" w14:textId="77777777" w:rsidR="002704E0" w:rsidRPr="002704E0" w:rsidRDefault="002704E0" w:rsidP="00E437A4">
            <w:pPr>
              <w:pStyle w:val="Listapunktowana"/>
              <w:spacing w:after="22" w:line="245" w:lineRule="auto"/>
              <w:ind w:left="158" w:hanging="130"/>
              <w:rPr>
                <w:sz w:val="18"/>
                <w:szCs w:val="20"/>
                <w:lang w:val="pl-PL"/>
              </w:rPr>
            </w:pPr>
            <w:r w:rsidRPr="002704E0">
              <w:rPr>
                <w:color w:val="000000"/>
                <w:sz w:val="12"/>
                <w:szCs w:val="20"/>
                <w:lang w:val="pl-PL"/>
              </w:rPr>
              <w:t>odtwarza poznaną sekwencję kroków</w:t>
            </w:r>
          </w:p>
          <w:p w14:paraId="29DF8A05" w14:textId="77777777" w:rsidR="002704E0" w:rsidRPr="002704E0" w:rsidRDefault="002704E0" w:rsidP="00E437A4">
            <w:pPr>
              <w:pStyle w:val="Listapunktowana"/>
              <w:spacing w:after="22" w:line="245" w:lineRule="auto"/>
              <w:ind w:left="158" w:hanging="130"/>
              <w:rPr>
                <w:sz w:val="18"/>
                <w:szCs w:val="20"/>
                <w:lang w:val="pl-PL"/>
              </w:rPr>
            </w:pPr>
            <w:r w:rsidRPr="002704E0">
              <w:rPr>
                <w:color w:val="000000"/>
                <w:sz w:val="12"/>
                <w:szCs w:val="20"/>
                <w:lang w:val="pl-PL"/>
              </w:rPr>
              <w:t>koordynuje ruch z partnerem lub grupą</w:t>
            </w:r>
          </w:p>
          <w:p w14:paraId="7FBEADF1" w14:textId="77777777" w:rsidR="002704E0" w:rsidRPr="002704E0" w:rsidRDefault="002704E0" w:rsidP="00E437A4">
            <w:pPr>
              <w:pStyle w:val="Listapunktowana"/>
              <w:spacing w:after="22" w:line="245" w:lineRule="auto"/>
              <w:ind w:left="158" w:hanging="130"/>
              <w:rPr>
                <w:sz w:val="18"/>
                <w:szCs w:val="20"/>
                <w:lang w:val="pl-PL"/>
              </w:rPr>
            </w:pPr>
            <w:r w:rsidRPr="002704E0">
              <w:rPr>
                <w:color w:val="000000"/>
                <w:sz w:val="12"/>
                <w:szCs w:val="20"/>
                <w:lang w:val="pl-PL"/>
              </w:rPr>
              <w:t>zachowuje bezpieczny dystans</w:t>
            </w:r>
          </w:p>
          <w:p w14:paraId="5123E55E" w14:textId="77777777" w:rsidR="002704E0" w:rsidRPr="002704E0" w:rsidRDefault="002704E0" w:rsidP="00E437A4">
            <w:pPr>
              <w:pStyle w:val="Listapunktowana"/>
              <w:spacing w:after="22" w:line="245" w:lineRule="auto"/>
              <w:ind w:left="158" w:hanging="130"/>
              <w:rPr>
                <w:sz w:val="18"/>
                <w:szCs w:val="20"/>
                <w:lang w:val="pl-PL"/>
              </w:rPr>
            </w:pPr>
            <w:r w:rsidRPr="002704E0">
              <w:rPr>
                <w:color w:val="000000"/>
                <w:sz w:val="12"/>
                <w:szCs w:val="20"/>
                <w:lang w:val="pl-PL"/>
              </w:rPr>
              <w:t>wykorzystuje informację zwrotną do poprawy układu</w:t>
            </w:r>
          </w:p>
        </w:tc>
        <w:tc>
          <w:tcPr>
            <w:tcW w:w="4968" w:type="dxa"/>
            <w:tcBorders>
              <w:top w:val="single" w:sz="6" w:space="0" w:color="808080"/>
              <w:left w:val="single" w:sz="6" w:space="0" w:color="808080"/>
              <w:bottom w:val="single" w:sz="6" w:space="0" w:color="808080"/>
              <w:right w:val="single" w:sz="6" w:space="0" w:color="808080"/>
            </w:tcBorders>
            <w:shd w:val="clear" w:color="auto" w:fill="F2F2F2"/>
            <w:tcMar>
              <w:top w:w="70" w:type="dxa"/>
              <w:left w:w="95" w:type="dxa"/>
              <w:bottom w:w="70" w:type="dxa"/>
              <w:right w:w="95" w:type="dxa"/>
            </w:tcMar>
          </w:tcPr>
          <w:p w14:paraId="692339DD" w14:textId="77777777" w:rsidR="002704E0" w:rsidRPr="002704E0" w:rsidRDefault="002704E0" w:rsidP="00E437A4">
            <w:pPr>
              <w:spacing w:after="40"/>
              <w:rPr>
                <w:sz w:val="18"/>
                <w:szCs w:val="20"/>
                <w:lang w:val="pl-PL"/>
              </w:rPr>
            </w:pPr>
            <w:r w:rsidRPr="002704E0">
              <w:rPr>
                <w:b/>
                <w:color w:val="000000"/>
                <w:sz w:val="14"/>
                <w:szCs w:val="20"/>
                <w:lang w:val="pl-PL"/>
              </w:rPr>
              <w:t>MOŻLIWE DOWODY OSIĄGNIĘCIA UMIEJĘTNOŚCI</w:t>
            </w:r>
          </w:p>
          <w:p w14:paraId="076FB0A6" w14:textId="77777777" w:rsidR="002704E0" w:rsidRPr="002704E0" w:rsidRDefault="002704E0" w:rsidP="00E437A4">
            <w:pPr>
              <w:spacing w:after="30"/>
              <w:rPr>
                <w:sz w:val="18"/>
                <w:szCs w:val="20"/>
                <w:lang w:val="pl-PL"/>
              </w:rPr>
            </w:pPr>
            <w:r w:rsidRPr="002704E0">
              <w:rPr>
                <w:i/>
                <w:color w:val="333333"/>
                <w:sz w:val="12"/>
                <w:szCs w:val="20"/>
                <w:lang w:val="pl-PL"/>
              </w:rPr>
              <w:t>Uczeń może pokazać tę umiejętność między innymi poprzez:</w:t>
            </w:r>
          </w:p>
          <w:p w14:paraId="62D89037" w14:textId="77777777" w:rsidR="002704E0" w:rsidRPr="002704E0" w:rsidRDefault="002704E0" w:rsidP="00E437A4">
            <w:pPr>
              <w:pStyle w:val="Listapunktowana"/>
              <w:spacing w:after="22" w:line="245" w:lineRule="auto"/>
              <w:ind w:left="158" w:hanging="130"/>
              <w:rPr>
                <w:sz w:val="18"/>
                <w:szCs w:val="20"/>
                <w:lang w:val="pl-PL"/>
              </w:rPr>
            </w:pPr>
            <w:r w:rsidRPr="002704E0">
              <w:rPr>
                <w:color w:val="000000"/>
                <w:sz w:val="12"/>
                <w:szCs w:val="20"/>
                <w:lang w:val="pl-PL"/>
              </w:rPr>
              <w:t>Wykonanie: krok, figura, krótka sekwencja lub taniec integracyjny</w:t>
            </w:r>
          </w:p>
          <w:p w14:paraId="29218BDD" w14:textId="77777777" w:rsidR="002704E0" w:rsidRPr="002704E0" w:rsidRDefault="002704E0" w:rsidP="00E437A4">
            <w:pPr>
              <w:pStyle w:val="Listapunktowana"/>
              <w:spacing w:after="22" w:line="245" w:lineRule="auto"/>
              <w:ind w:left="158" w:hanging="130"/>
              <w:rPr>
                <w:sz w:val="18"/>
                <w:szCs w:val="20"/>
                <w:lang w:val="pl-PL"/>
              </w:rPr>
            </w:pPr>
            <w:r w:rsidRPr="002704E0">
              <w:rPr>
                <w:color w:val="000000"/>
                <w:sz w:val="12"/>
                <w:szCs w:val="20"/>
                <w:lang w:val="pl-PL"/>
              </w:rPr>
              <w:t>Praca zespołowa: układ w parze lub grupie</w:t>
            </w:r>
          </w:p>
          <w:p w14:paraId="06FF56C2" w14:textId="77777777" w:rsidR="002704E0" w:rsidRPr="002704E0" w:rsidRDefault="002704E0" w:rsidP="00E437A4">
            <w:pPr>
              <w:pStyle w:val="Listapunktowana"/>
              <w:spacing w:after="22" w:line="245" w:lineRule="auto"/>
              <w:ind w:left="158" w:hanging="130"/>
              <w:rPr>
                <w:sz w:val="18"/>
                <w:szCs w:val="20"/>
                <w:lang w:val="pl-PL"/>
              </w:rPr>
            </w:pPr>
            <w:r w:rsidRPr="002704E0">
              <w:rPr>
                <w:color w:val="000000"/>
                <w:sz w:val="12"/>
                <w:szCs w:val="20"/>
                <w:lang w:val="pl-PL"/>
              </w:rPr>
              <w:t>Prezentacja: pokaz na żywo lub nagranie za zgodą uczestników</w:t>
            </w:r>
          </w:p>
          <w:p w14:paraId="0CB0102B" w14:textId="77777777" w:rsidR="002704E0" w:rsidRPr="002704E0" w:rsidRDefault="002704E0" w:rsidP="00E437A4">
            <w:pPr>
              <w:pStyle w:val="Listapunktowana"/>
              <w:spacing w:after="22" w:line="245" w:lineRule="auto"/>
              <w:ind w:left="158" w:hanging="130"/>
              <w:rPr>
                <w:sz w:val="18"/>
                <w:szCs w:val="20"/>
                <w:lang w:val="pl-PL"/>
              </w:rPr>
            </w:pPr>
            <w:r w:rsidRPr="002704E0">
              <w:rPr>
                <w:color w:val="000000"/>
                <w:sz w:val="12"/>
                <w:szCs w:val="20"/>
                <w:lang w:val="pl-PL"/>
              </w:rPr>
              <w:t>Refleksja: samoocena rytmu, pamięci ruchowej i współpracy</w:t>
            </w:r>
          </w:p>
        </w:tc>
      </w:tr>
    </w:tbl>
    <w:p w14:paraId="2CD437A2" w14:textId="77777777" w:rsidR="002704E0" w:rsidRPr="002704E0" w:rsidRDefault="002704E0" w:rsidP="002704E0">
      <w:pPr>
        <w:rPr>
          <w:sz w:val="18"/>
          <w:szCs w:val="20"/>
          <w:lang w:val="pl-PL"/>
        </w:rPr>
      </w:pPr>
    </w:p>
    <w:p w14:paraId="6467006A" w14:textId="77777777" w:rsidR="002704E0" w:rsidRPr="002704E0" w:rsidRDefault="002704E0" w:rsidP="002704E0">
      <w:pPr>
        <w:spacing w:before="40" w:after="40"/>
        <w:rPr>
          <w:sz w:val="18"/>
          <w:szCs w:val="20"/>
          <w:lang w:val="pl-PL"/>
        </w:rPr>
      </w:pPr>
      <w:r w:rsidRPr="002704E0">
        <w:rPr>
          <w:b/>
          <w:color w:val="000000"/>
          <w:sz w:val="18"/>
          <w:szCs w:val="20"/>
          <w:lang w:val="pl-PL"/>
        </w:rPr>
        <w:t>SKALA OSIĄGNIĘĆ 2–6</w:t>
      </w:r>
    </w:p>
    <w:tbl>
      <w:tblPr>
        <w:tblW w:w="0" w:type="auto"/>
        <w:jc w:val="center"/>
        <w:tblLayout w:type="fixed"/>
        <w:tblLook w:val="04A0" w:firstRow="1" w:lastRow="0" w:firstColumn="1" w:lastColumn="0" w:noHBand="0" w:noVBand="1"/>
      </w:tblPr>
      <w:tblGrid>
        <w:gridCol w:w="3038"/>
        <w:gridCol w:w="3038"/>
        <w:gridCol w:w="3038"/>
        <w:gridCol w:w="3038"/>
        <w:gridCol w:w="3038"/>
      </w:tblGrid>
      <w:tr w:rsidR="002704E0" w:rsidRPr="002704E0" w14:paraId="73C2072F" w14:textId="77777777" w:rsidTr="00E437A4">
        <w:trPr>
          <w:tblHeader/>
          <w:jc w:val="center"/>
        </w:trPr>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5E87D60C" w14:textId="77777777" w:rsidR="002704E0" w:rsidRPr="002704E0" w:rsidRDefault="002704E0" w:rsidP="00E437A4">
            <w:pPr>
              <w:jc w:val="center"/>
              <w:rPr>
                <w:sz w:val="18"/>
                <w:szCs w:val="20"/>
                <w:lang w:val="pl-PL"/>
              </w:rPr>
            </w:pPr>
            <w:r w:rsidRPr="002704E0">
              <w:rPr>
                <w:b/>
                <w:color w:val="000000"/>
                <w:sz w:val="24"/>
                <w:szCs w:val="20"/>
                <w:lang w:val="pl-PL"/>
              </w:rPr>
              <w:t>2</w:t>
            </w:r>
          </w:p>
          <w:p w14:paraId="1C2B67A6" w14:textId="77777777" w:rsidR="002704E0" w:rsidRPr="002704E0" w:rsidRDefault="002704E0" w:rsidP="00E437A4">
            <w:pPr>
              <w:spacing w:line="216" w:lineRule="auto"/>
              <w:jc w:val="center"/>
              <w:rPr>
                <w:sz w:val="18"/>
                <w:szCs w:val="20"/>
                <w:lang w:val="pl-PL"/>
              </w:rPr>
            </w:pPr>
            <w:r w:rsidRPr="002704E0">
              <w:rPr>
                <w:b/>
                <w:color w:val="000000"/>
                <w:sz w:val="11"/>
                <w:szCs w:val="20"/>
                <w:lang w:val="pl-PL"/>
              </w:rPr>
              <w:t>Z POMOCĄ</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48340440" w14:textId="77777777" w:rsidR="002704E0" w:rsidRPr="002704E0" w:rsidRDefault="002704E0" w:rsidP="00E437A4">
            <w:pPr>
              <w:jc w:val="center"/>
              <w:rPr>
                <w:sz w:val="18"/>
                <w:szCs w:val="20"/>
                <w:lang w:val="pl-PL"/>
              </w:rPr>
            </w:pPr>
            <w:r w:rsidRPr="002704E0">
              <w:rPr>
                <w:b/>
                <w:color w:val="000000"/>
                <w:sz w:val="24"/>
                <w:szCs w:val="20"/>
                <w:lang w:val="pl-PL"/>
              </w:rPr>
              <w:t>3</w:t>
            </w:r>
          </w:p>
          <w:p w14:paraId="0E93E6E4" w14:textId="77777777" w:rsidR="002704E0" w:rsidRPr="002704E0" w:rsidRDefault="002704E0" w:rsidP="00E437A4">
            <w:pPr>
              <w:spacing w:line="216" w:lineRule="auto"/>
              <w:jc w:val="center"/>
              <w:rPr>
                <w:sz w:val="18"/>
                <w:szCs w:val="20"/>
                <w:lang w:val="pl-PL"/>
              </w:rPr>
            </w:pPr>
            <w:r w:rsidRPr="002704E0">
              <w:rPr>
                <w:b/>
                <w:color w:val="000000"/>
                <w:sz w:val="11"/>
                <w:szCs w:val="20"/>
                <w:lang w:val="pl-PL"/>
              </w:rPr>
              <w:t>SAMODZIELNIE</w:t>
            </w:r>
            <w:r w:rsidRPr="002704E0">
              <w:rPr>
                <w:b/>
                <w:color w:val="000000"/>
                <w:sz w:val="11"/>
                <w:szCs w:val="20"/>
                <w:lang w:val="pl-PL"/>
              </w:rPr>
              <w:br/>
              <w:t>W TYPOWEJ SYTUACJI</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5B0D71EC" w14:textId="77777777" w:rsidR="002704E0" w:rsidRPr="002704E0" w:rsidRDefault="002704E0" w:rsidP="00E437A4">
            <w:pPr>
              <w:jc w:val="center"/>
              <w:rPr>
                <w:sz w:val="18"/>
                <w:szCs w:val="20"/>
                <w:lang w:val="pl-PL"/>
              </w:rPr>
            </w:pPr>
            <w:r w:rsidRPr="002704E0">
              <w:rPr>
                <w:b/>
                <w:color w:val="000000"/>
                <w:sz w:val="24"/>
                <w:szCs w:val="20"/>
                <w:lang w:val="pl-PL"/>
              </w:rPr>
              <w:t>4</w:t>
            </w:r>
          </w:p>
          <w:p w14:paraId="2DD8544F" w14:textId="77777777" w:rsidR="002704E0" w:rsidRPr="002704E0" w:rsidRDefault="002704E0" w:rsidP="00E437A4">
            <w:pPr>
              <w:spacing w:line="216" w:lineRule="auto"/>
              <w:jc w:val="center"/>
              <w:rPr>
                <w:sz w:val="18"/>
                <w:szCs w:val="20"/>
                <w:lang w:val="pl-PL"/>
              </w:rPr>
            </w:pPr>
            <w:r w:rsidRPr="002704E0">
              <w:rPr>
                <w:b/>
                <w:color w:val="000000"/>
                <w:sz w:val="11"/>
                <w:szCs w:val="20"/>
                <w:lang w:val="pl-PL"/>
              </w:rPr>
              <w:t>POPRAWNIE</w:t>
            </w:r>
            <w:r w:rsidRPr="002704E0">
              <w:rPr>
                <w:b/>
                <w:color w:val="000000"/>
                <w:sz w:val="11"/>
                <w:szCs w:val="20"/>
                <w:lang w:val="pl-PL"/>
              </w:rPr>
              <w:br/>
              <w:t>I ŚWIADOMIE</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5F2731EA" w14:textId="77777777" w:rsidR="002704E0" w:rsidRPr="002704E0" w:rsidRDefault="002704E0" w:rsidP="00E437A4">
            <w:pPr>
              <w:jc w:val="center"/>
              <w:rPr>
                <w:sz w:val="18"/>
                <w:szCs w:val="20"/>
                <w:lang w:val="pl-PL"/>
              </w:rPr>
            </w:pPr>
            <w:r w:rsidRPr="002704E0">
              <w:rPr>
                <w:b/>
                <w:color w:val="000000"/>
                <w:sz w:val="24"/>
                <w:szCs w:val="20"/>
                <w:lang w:val="pl-PL"/>
              </w:rPr>
              <w:t>5</w:t>
            </w:r>
          </w:p>
          <w:p w14:paraId="7DB2C854" w14:textId="77777777" w:rsidR="002704E0" w:rsidRPr="002704E0" w:rsidRDefault="002704E0" w:rsidP="00E437A4">
            <w:pPr>
              <w:spacing w:line="216" w:lineRule="auto"/>
              <w:jc w:val="center"/>
              <w:rPr>
                <w:sz w:val="18"/>
                <w:szCs w:val="20"/>
                <w:lang w:val="pl-PL"/>
              </w:rPr>
            </w:pPr>
            <w:r w:rsidRPr="002704E0">
              <w:rPr>
                <w:b/>
                <w:color w:val="000000"/>
                <w:sz w:val="11"/>
                <w:szCs w:val="20"/>
                <w:lang w:val="pl-PL"/>
              </w:rPr>
              <w:t>SPRAWNIE, SAMODZIELNIE</w:t>
            </w:r>
            <w:r w:rsidRPr="002704E0">
              <w:rPr>
                <w:b/>
                <w:color w:val="000000"/>
                <w:sz w:val="11"/>
                <w:szCs w:val="20"/>
                <w:lang w:val="pl-PL"/>
              </w:rPr>
              <w:br/>
              <w:t>I CELOWO</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4EBC350D" w14:textId="77777777" w:rsidR="002704E0" w:rsidRPr="002704E0" w:rsidRDefault="002704E0" w:rsidP="00E437A4">
            <w:pPr>
              <w:jc w:val="center"/>
              <w:rPr>
                <w:sz w:val="18"/>
                <w:szCs w:val="20"/>
                <w:lang w:val="pl-PL"/>
              </w:rPr>
            </w:pPr>
            <w:r w:rsidRPr="002704E0">
              <w:rPr>
                <w:b/>
                <w:color w:val="000000"/>
                <w:sz w:val="24"/>
                <w:szCs w:val="20"/>
                <w:lang w:val="pl-PL"/>
              </w:rPr>
              <w:t>6</w:t>
            </w:r>
          </w:p>
          <w:p w14:paraId="254C1B5A" w14:textId="77777777" w:rsidR="002704E0" w:rsidRPr="002704E0" w:rsidRDefault="002704E0" w:rsidP="00E437A4">
            <w:pPr>
              <w:spacing w:line="216" w:lineRule="auto"/>
              <w:jc w:val="center"/>
              <w:rPr>
                <w:sz w:val="18"/>
                <w:szCs w:val="20"/>
                <w:lang w:val="pl-PL"/>
              </w:rPr>
            </w:pPr>
            <w:r w:rsidRPr="002704E0">
              <w:rPr>
                <w:b/>
                <w:color w:val="000000"/>
                <w:sz w:val="11"/>
                <w:szCs w:val="20"/>
                <w:lang w:val="pl-PL"/>
              </w:rPr>
              <w:t>TWÓRCZO</w:t>
            </w:r>
            <w:r w:rsidRPr="002704E0">
              <w:rPr>
                <w:b/>
                <w:color w:val="000000"/>
                <w:sz w:val="11"/>
                <w:szCs w:val="20"/>
                <w:lang w:val="pl-PL"/>
              </w:rPr>
              <w:br/>
              <w:t>I ODPOWIEDZIALNIE</w:t>
            </w:r>
          </w:p>
        </w:tc>
      </w:tr>
      <w:tr w:rsidR="002704E0" w:rsidRPr="00047F0F" w14:paraId="70C4CB8D" w14:textId="77777777" w:rsidTr="00E437A4">
        <w:trPr>
          <w:cantSplit/>
          <w:jc w:val="center"/>
        </w:trPr>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759A9ED1" w14:textId="77777777" w:rsidR="002704E0" w:rsidRPr="002704E0" w:rsidRDefault="002704E0" w:rsidP="00E437A4">
            <w:pPr>
              <w:pStyle w:val="Listapunktowana"/>
              <w:spacing w:after="36" w:line="245" w:lineRule="auto"/>
              <w:ind w:left="158" w:hanging="130"/>
              <w:rPr>
                <w:sz w:val="18"/>
                <w:szCs w:val="20"/>
                <w:lang w:val="pl-PL"/>
              </w:rPr>
            </w:pPr>
            <w:r w:rsidRPr="002704E0">
              <w:rPr>
                <w:color w:val="000000"/>
                <w:sz w:val="12"/>
                <w:szCs w:val="20"/>
                <w:lang w:val="pl-PL"/>
              </w:rPr>
              <w:t>z pomocą odtwarza kroki i figury</w:t>
            </w:r>
          </w:p>
          <w:p w14:paraId="47CBA4CC" w14:textId="77777777" w:rsidR="002704E0" w:rsidRPr="002704E0" w:rsidRDefault="002704E0" w:rsidP="00E437A4">
            <w:pPr>
              <w:pStyle w:val="Listapunktowana"/>
              <w:spacing w:after="36" w:line="245" w:lineRule="auto"/>
              <w:ind w:left="158" w:hanging="130"/>
              <w:rPr>
                <w:sz w:val="18"/>
                <w:szCs w:val="20"/>
                <w:lang w:val="pl-PL"/>
              </w:rPr>
            </w:pPr>
            <w:r w:rsidRPr="002704E0">
              <w:rPr>
                <w:color w:val="000000"/>
                <w:sz w:val="12"/>
                <w:szCs w:val="20"/>
                <w:lang w:val="pl-PL"/>
              </w:rPr>
              <w:t>utrzymuje rytm przez część zadania</w:t>
            </w:r>
          </w:p>
          <w:p w14:paraId="6A7DFD19" w14:textId="77777777" w:rsidR="002704E0" w:rsidRPr="002704E0" w:rsidRDefault="002704E0" w:rsidP="00E437A4">
            <w:pPr>
              <w:pStyle w:val="Listapunktowana"/>
              <w:spacing w:after="36" w:line="245" w:lineRule="auto"/>
              <w:ind w:left="158" w:hanging="130"/>
              <w:rPr>
                <w:sz w:val="18"/>
                <w:szCs w:val="20"/>
                <w:lang w:val="pl-PL"/>
              </w:rPr>
            </w:pPr>
            <w:r w:rsidRPr="002704E0">
              <w:rPr>
                <w:color w:val="000000"/>
                <w:sz w:val="12"/>
                <w:szCs w:val="20"/>
                <w:lang w:val="pl-PL"/>
              </w:rPr>
              <w:t>koryguje ustawienie po wskazaniu</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7E63A3DC" w14:textId="77777777" w:rsidR="002704E0" w:rsidRPr="002704E0" w:rsidRDefault="002704E0" w:rsidP="00E437A4">
            <w:pPr>
              <w:pStyle w:val="Listapunktowana"/>
              <w:spacing w:after="36" w:line="245" w:lineRule="auto"/>
              <w:ind w:left="158" w:hanging="130"/>
              <w:rPr>
                <w:sz w:val="18"/>
                <w:szCs w:val="20"/>
                <w:lang w:val="pl-PL"/>
              </w:rPr>
            </w:pPr>
            <w:r w:rsidRPr="002704E0">
              <w:rPr>
                <w:color w:val="000000"/>
                <w:sz w:val="12"/>
                <w:szCs w:val="20"/>
                <w:lang w:val="pl-PL"/>
              </w:rPr>
              <w:t>samodzielnie wykonuje poznaną sekwencję</w:t>
            </w:r>
          </w:p>
          <w:p w14:paraId="4F9231D2" w14:textId="77777777" w:rsidR="002704E0" w:rsidRPr="002704E0" w:rsidRDefault="002704E0" w:rsidP="00E437A4">
            <w:pPr>
              <w:pStyle w:val="Listapunktowana"/>
              <w:spacing w:after="36" w:line="245" w:lineRule="auto"/>
              <w:ind w:left="158" w:hanging="130"/>
              <w:rPr>
                <w:sz w:val="18"/>
                <w:szCs w:val="20"/>
                <w:lang w:val="pl-PL"/>
              </w:rPr>
            </w:pPr>
            <w:r w:rsidRPr="002704E0">
              <w:rPr>
                <w:color w:val="000000"/>
                <w:sz w:val="12"/>
                <w:szCs w:val="20"/>
                <w:lang w:val="pl-PL"/>
              </w:rPr>
              <w:t>zachowuje rytm, kierunek i dystans</w:t>
            </w:r>
          </w:p>
          <w:p w14:paraId="368E2BB8" w14:textId="77777777" w:rsidR="002704E0" w:rsidRPr="002704E0" w:rsidRDefault="002704E0" w:rsidP="00E437A4">
            <w:pPr>
              <w:pStyle w:val="Listapunktowana"/>
              <w:spacing w:after="36" w:line="245" w:lineRule="auto"/>
              <w:ind w:left="158" w:hanging="130"/>
              <w:rPr>
                <w:sz w:val="18"/>
                <w:szCs w:val="20"/>
                <w:lang w:val="pl-PL"/>
              </w:rPr>
            </w:pPr>
            <w:r w:rsidRPr="002704E0">
              <w:rPr>
                <w:color w:val="000000"/>
                <w:sz w:val="12"/>
                <w:szCs w:val="20"/>
                <w:lang w:val="pl-PL"/>
              </w:rPr>
              <w:t>współpracuje w parze lub grupie</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072FF0F0" w14:textId="77777777" w:rsidR="002704E0" w:rsidRPr="002704E0" w:rsidRDefault="002704E0" w:rsidP="00E437A4">
            <w:pPr>
              <w:pStyle w:val="Listapunktowana"/>
              <w:spacing w:after="36" w:line="245" w:lineRule="auto"/>
              <w:ind w:left="158" w:hanging="130"/>
              <w:rPr>
                <w:sz w:val="18"/>
                <w:szCs w:val="20"/>
                <w:lang w:val="pl-PL"/>
              </w:rPr>
            </w:pPr>
            <w:r w:rsidRPr="002704E0">
              <w:rPr>
                <w:color w:val="000000"/>
                <w:sz w:val="12"/>
                <w:szCs w:val="20"/>
                <w:lang w:val="pl-PL"/>
              </w:rPr>
              <w:t>poprawnie łączy elementy w płynny układ</w:t>
            </w:r>
          </w:p>
          <w:p w14:paraId="553AD86A" w14:textId="77777777" w:rsidR="002704E0" w:rsidRPr="002704E0" w:rsidRDefault="002704E0" w:rsidP="00E437A4">
            <w:pPr>
              <w:pStyle w:val="Listapunktowana"/>
              <w:spacing w:after="36" w:line="245" w:lineRule="auto"/>
              <w:ind w:left="158" w:hanging="130"/>
              <w:rPr>
                <w:sz w:val="18"/>
                <w:szCs w:val="20"/>
                <w:lang w:val="pl-PL"/>
              </w:rPr>
            </w:pPr>
            <w:r w:rsidRPr="002704E0">
              <w:rPr>
                <w:color w:val="000000"/>
                <w:sz w:val="12"/>
                <w:szCs w:val="20"/>
                <w:lang w:val="pl-PL"/>
              </w:rPr>
              <w:t>dostosowuje ruch do muzyki</w:t>
            </w:r>
          </w:p>
          <w:p w14:paraId="4D8D414F" w14:textId="77777777" w:rsidR="002704E0" w:rsidRPr="002704E0" w:rsidRDefault="002704E0" w:rsidP="00E437A4">
            <w:pPr>
              <w:pStyle w:val="Listapunktowana"/>
              <w:spacing w:after="36" w:line="245" w:lineRule="auto"/>
              <w:ind w:left="158" w:hanging="130"/>
              <w:rPr>
                <w:sz w:val="18"/>
                <w:szCs w:val="20"/>
                <w:lang w:val="pl-PL"/>
              </w:rPr>
            </w:pPr>
            <w:r w:rsidRPr="002704E0">
              <w:rPr>
                <w:color w:val="000000"/>
                <w:sz w:val="12"/>
                <w:szCs w:val="20"/>
                <w:lang w:val="pl-PL"/>
              </w:rPr>
              <w:t>udziela rzeczowej informacji zwrotnej</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3F0F55A2" w14:textId="77777777" w:rsidR="002704E0" w:rsidRPr="002704E0" w:rsidRDefault="002704E0" w:rsidP="00E437A4">
            <w:pPr>
              <w:pStyle w:val="Listapunktowana"/>
              <w:spacing w:after="36" w:line="245" w:lineRule="auto"/>
              <w:ind w:left="158" w:hanging="130"/>
              <w:rPr>
                <w:sz w:val="18"/>
                <w:szCs w:val="20"/>
                <w:lang w:val="pl-PL"/>
              </w:rPr>
            </w:pPr>
            <w:r w:rsidRPr="002704E0">
              <w:rPr>
                <w:color w:val="000000"/>
                <w:sz w:val="12"/>
                <w:szCs w:val="20"/>
                <w:lang w:val="pl-PL"/>
              </w:rPr>
              <w:t>sprawnie wykonuje i koryguje układ</w:t>
            </w:r>
          </w:p>
          <w:p w14:paraId="4A54EAD6" w14:textId="77777777" w:rsidR="002704E0" w:rsidRPr="002704E0" w:rsidRDefault="002704E0" w:rsidP="00E437A4">
            <w:pPr>
              <w:pStyle w:val="Listapunktowana"/>
              <w:spacing w:after="36" w:line="245" w:lineRule="auto"/>
              <w:ind w:left="158" w:hanging="130"/>
              <w:rPr>
                <w:sz w:val="18"/>
                <w:szCs w:val="20"/>
                <w:lang w:val="pl-PL"/>
              </w:rPr>
            </w:pPr>
            <w:r w:rsidRPr="002704E0">
              <w:rPr>
                <w:color w:val="000000"/>
                <w:sz w:val="12"/>
                <w:szCs w:val="20"/>
                <w:lang w:val="pl-PL"/>
              </w:rPr>
              <w:t>proponuje świadomą zmianę ekspresji lub przestrzeni</w:t>
            </w:r>
          </w:p>
          <w:p w14:paraId="36C1FC6B" w14:textId="77777777" w:rsidR="002704E0" w:rsidRPr="002704E0" w:rsidRDefault="002704E0" w:rsidP="00E437A4">
            <w:pPr>
              <w:pStyle w:val="Listapunktowana"/>
              <w:spacing w:after="36" w:line="245" w:lineRule="auto"/>
              <w:ind w:left="158" w:hanging="130"/>
              <w:rPr>
                <w:sz w:val="18"/>
                <w:szCs w:val="20"/>
                <w:lang w:val="pl-PL"/>
              </w:rPr>
            </w:pPr>
            <w:r w:rsidRPr="002704E0">
              <w:rPr>
                <w:color w:val="000000"/>
                <w:sz w:val="12"/>
                <w:szCs w:val="20"/>
                <w:lang w:val="pl-PL"/>
              </w:rPr>
              <w:t>uzasadnia poprawkę</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4AFD6532" w14:textId="77777777" w:rsidR="002704E0" w:rsidRPr="002704E0" w:rsidRDefault="002704E0" w:rsidP="00E437A4">
            <w:pPr>
              <w:pStyle w:val="Listapunktowana"/>
              <w:spacing w:after="36" w:line="245" w:lineRule="auto"/>
              <w:ind w:left="158" w:hanging="130"/>
              <w:rPr>
                <w:sz w:val="18"/>
                <w:szCs w:val="20"/>
                <w:lang w:val="pl-PL"/>
              </w:rPr>
            </w:pPr>
            <w:r w:rsidRPr="002704E0">
              <w:rPr>
                <w:color w:val="000000"/>
                <w:sz w:val="12"/>
                <w:szCs w:val="20"/>
                <w:lang w:val="pl-PL"/>
              </w:rPr>
              <w:t>współtworzy i modyfikuje układ</w:t>
            </w:r>
          </w:p>
          <w:p w14:paraId="761FFE36" w14:textId="77777777" w:rsidR="002704E0" w:rsidRPr="002704E0" w:rsidRDefault="002704E0" w:rsidP="00E437A4">
            <w:pPr>
              <w:pStyle w:val="Listapunktowana"/>
              <w:spacing w:after="36" w:line="245" w:lineRule="auto"/>
              <w:ind w:left="158" w:hanging="130"/>
              <w:rPr>
                <w:sz w:val="18"/>
                <w:szCs w:val="20"/>
                <w:lang w:val="pl-PL"/>
              </w:rPr>
            </w:pPr>
            <w:r w:rsidRPr="002704E0">
              <w:rPr>
                <w:color w:val="000000"/>
                <w:sz w:val="12"/>
                <w:szCs w:val="20"/>
                <w:lang w:val="pl-PL"/>
              </w:rPr>
              <w:t>dostosowuje go do możliwości grupy</w:t>
            </w:r>
          </w:p>
          <w:p w14:paraId="44684FA8" w14:textId="77777777" w:rsidR="002704E0" w:rsidRPr="002704E0" w:rsidRDefault="002704E0" w:rsidP="00E437A4">
            <w:pPr>
              <w:pStyle w:val="Listapunktowana"/>
              <w:spacing w:after="36" w:line="245" w:lineRule="auto"/>
              <w:ind w:left="158" w:hanging="130"/>
              <w:rPr>
                <w:sz w:val="18"/>
                <w:szCs w:val="20"/>
                <w:lang w:val="pl-PL"/>
              </w:rPr>
            </w:pPr>
            <w:r w:rsidRPr="0009332E">
              <w:rPr>
                <w:lang w:val="pl-PL"/>
              </w:rPr>
              <w:t>prowadzi próbę albo dokumentuje i ocenia efekt</w:t>
            </w:r>
          </w:p>
        </w:tc>
      </w:tr>
    </w:tbl>
    <w:p w14:paraId="48C1D32A" w14:textId="77777777" w:rsidR="002704E0" w:rsidRPr="002704E0" w:rsidRDefault="002704E0" w:rsidP="002704E0">
      <w:pPr>
        <w:spacing w:before="50"/>
        <w:rPr>
          <w:sz w:val="18"/>
          <w:szCs w:val="20"/>
          <w:lang w:val="pl-PL"/>
        </w:rPr>
      </w:pPr>
      <w:r w:rsidRPr="002704E0">
        <w:rPr>
          <w:b/>
          <w:color w:val="000000"/>
          <w:sz w:val="13"/>
          <w:szCs w:val="20"/>
          <w:lang w:val="pl-PL"/>
        </w:rPr>
        <w:t xml:space="preserve">Ważne: </w:t>
      </w:r>
      <w:r w:rsidRPr="002704E0">
        <w:rPr>
          <w:color w:val="000000"/>
          <w:sz w:val="13"/>
          <w:szCs w:val="20"/>
          <w:lang w:val="pl-PL"/>
        </w:rPr>
        <w:t>Ocenia się rytm, kontrolę ruchu, współpracę i postęp, nie predyspozycje taneczne.</w:t>
      </w:r>
    </w:p>
    <w:p w14:paraId="4ECEBE4F" w14:textId="77777777" w:rsidR="00770552" w:rsidRPr="002704E0" w:rsidRDefault="002704E0" w:rsidP="002704E0">
      <w:pPr>
        <w:rPr>
          <w:sz w:val="18"/>
          <w:szCs w:val="20"/>
          <w:lang w:val="pl-PL"/>
        </w:rPr>
      </w:pPr>
      <w:r w:rsidRPr="002704E0">
        <w:rPr>
          <w:sz w:val="18"/>
          <w:szCs w:val="20"/>
          <w:lang w:val="pl-PL"/>
        </w:rPr>
        <w:br w:type="page"/>
      </w:r>
    </w:p>
    <w:p w14:paraId="6C67C48C" w14:textId="77777777" w:rsidR="00770552" w:rsidRPr="002704E0" w:rsidRDefault="00770552">
      <w:pPr>
        <w:rPr>
          <w:sz w:val="18"/>
          <w:szCs w:val="20"/>
          <w:lang w:val="pl-PL"/>
        </w:rPr>
      </w:pPr>
    </w:p>
    <w:tbl>
      <w:tblPr>
        <w:tblW w:w="0" w:type="auto"/>
        <w:jc w:val="center"/>
        <w:tblLayout w:type="fixed"/>
        <w:tblLook w:val="04A0" w:firstRow="1" w:lastRow="0" w:firstColumn="1" w:lastColumn="0" w:noHBand="0" w:noVBand="1"/>
      </w:tblPr>
      <w:tblGrid>
        <w:gridCol w:w="936"/>
        <w:gridCol w:w="14256"/>
      </w:tblGrid>
      <w:tr w:rsidR="00770552" w:rsidRPr="009A615A" w14:paraId="27759742" w14:textId="77777777">
        <w:trPr>
          <w:jc w:val="center"/>
        </w:trPr>
        <w:tc>
          <w:tcPr>
            <w:tcW w:w="936" w:type="dxa"/>
            <w:tcBorders>
              <w:top w:val="single" w:sz="8" w:space="0" w:color="000000"/>
              <w:left w:val="single" w:sz="8" w:space="0" w:color="000000"/>
              <w:bottom w:val="single" w:sz="8" w:space="0" w:color="000000"/>
              <w:right w:val="single" w:sz="8" w:space="0" w:color="000000"/>
            </w:tcBorders>
            <w:shd w:val="clear" w:color="auto" w:fill="000000"/>
            <w:tcMar>
              <w:top w:w="80" w:type="dxa"/>
              <w:left w:w="110" w:type="dxa"/>
              <w:bottom w:w="80" w:type="dxa"/>
              <w:right w:w="110" w:type="dxa"/>
            </w:tcMar>
          </w:tcPr>
          <w:p w14:paraId="63EC259E" w14:textId="77777777" w:rsidR="00770552" w:rsidRPr="002704E0" w:rsidRDefault="00000000">
            <w:pPr>
              <w:jc w:val="center"/>
              <w:rPr>
                <w:sz w:val="18"/>
                <w:szCs w:val="20"/>
                <w:lang w:val="pl-PL"/>
              </w:rPr>
            </w:pPr>
            <w:r w:rsidRPr="002704E0">
              <w:rPr>
                <w:b/>
                <w:color w:val="FFFFFF"/>
                <w:sz w:val="36"/>
                <w:szCs w:val="20"/>
                <w:lang w:val="pl-PL"/>
              </w:rPr>
              <w:t>5</w:t>
            </w:r>
          </w:p>
        </w:tc>
        <w:tc>
          <w:tcPr>
            <w:tcW w:w="14256" w:type="dxa"/>
            <w:tcBorders>
              <w:top w:val="single" w:sz="8" w:space="0" w:color="000000"/>
              <w:left w:val="single" w:sz="8" w:space="0" w:color="000000"/>
              <w:bottom w:val="single" w:sz="8" w:space="0" w:color="000000"/>
              <w:right w:val="single" w:sz="8" w:space="0" w:color="000000"/>
            </w:tcBorders>
            <w:tcMar>
              <w:top w:w="80" w:type="dxa"/>
              <w:left w:w="110" w:type="dxa"/>
              <w:bottom w:w="80" w:type="dxa"/>
              <w:right w:w="110" w:type="dxa"/>
            </w:tcMar>
          </w:tcPr>
          <w:p w14:paraId="756C1ADA" w14:textId="77777777" w:rsidR="00770552" w:rsidRPr="002704E0" w:rsidRDefault="00000000">
            <w:pPr>
              <w:rPr>
                <w:sz w:val="18"/>
                <w:szCs w:val="20"/>
                <w:lang w:val="pl-PL"/>
              </w:rPr>
            </w:pPr>
            <w:r w:rsidRPr="002704E0">
              <w:rPr>
                <w:b/>
                <w:color w:val="000000"/>
                <w:sz w:val="28"/>
                <w:szCs w:val="20"/>
                <w:lang w:val="pl-PL"/>
              </w:rPr>
              <w:t>RELAKSACJA I ODPRĘŻENIE</w:t>
            </w:r>
          </w:p>
          <w:p w14:paraId="4F4F1215" w14:textId="77777777" w:rsidR="00770552" w:rsidRPr="002704E0" w:rsidRDefault="00000000">
            <w:pPr>
              <w:rPr>
                <w:sz w:val="18"/>
                <w:szCs w:val="20"/>
                <w:lang w:val="pl-PL"/>
              </w:rPr>
            </w:pPr>
            <w:r w:rsidRPr="002704E0">
              <w:rPr>
                <w:i/>
                <w:color w:val="333333"/>
                <w:sz w:val="16"/>
                <w:szCs w:val="20"/>
                <w:lang w:val="pl-PL"/>
              </w:rPr>
              <w:t>Samodzielny dobór technik regeneracji i świadome korzystanie z aktywności na świeżym powietrzu.</w:t>
            </w:r>
            <w:r w:rsidRPr="0009332E">
              <w:rPr>
                <w:b/>
                <w:color w:val="4B4B4B"/>
                <w:sz w:val="12"/>
                <w:lang w:val="pl-PL"/>
              </w:rPr>
              <w:t xml:space="preserve">  </w:t>
            </w:r>
            <w:proofErr w:type="gramStart"/>
            <w:r>
              <w:rPr>
                <w:b/>
                <w:color w:val="4B4B4B"/>
                <w:sz w:val="12"/>
              </w:rPr>
              <w:t>|  PODSTAWA</w:t>
            </w:r>
            <w:proofErr w:type="gramEnd"/>
            <w:r>
              <w:rPr>
                <w:b/>
                <w:color w:val="4B4B4B"/>
                <w:sz w:val="12"/>
              </w:rPr>
              <w:t xml:space="preserve">: </w:t>
            </w:r>
            <w:r>
              <w:rPr>
                <w:i/>
                <w:color w:val="4B4B4B"/>
                <w:sz w:val="12"/>
              </w:rPr>
              <w:t>PP 2017/2025, WF kl. V–VI, V.1–2.</w:t>
            </w:r>
          </w:p>
        </w:tc>
      </w:tr>
    </w:tbl>
    <w:p w14:paraId="65387A78" w14:textId="77777777" w:rsidR="00770552" w:rsidRPr="002704E0" w:rsidRDefault="00770552">
      <w:pPr>
        <w:rPr>
          <w:sz w:val="18"/>
          <w:szCs w:val="20"/>
          <w:lang w:val="pl-PL"/>
        </w:rPr>
      </w:pPr>
    </w:p>
    <w:tbl>
      <w:tblPr>
        <w:tblW w:w="0" w:type="auto"/>
        <w:jc w:val="center"/>
        <w:tblLayout w:type="fixed"/>
        <w:tblLook w:val="04A0" w:firstRow="1" w:lastRow="0" w:firstColumn="1" w:lastColumn="0" w:noHBand="0" w:noVBand="1"/>
      </w:tblPr>
      <w:tblGrid>
        <w:gridCol w:w="5256"/>
        <w:gridCol w:w="4968"/>
        <w:gridCol w:w="4968"/>
      </w:tblGrid>
      <w:tr w:rsidR="00770552" w:rsidRPr="00047F0F" w14:paraId="45CAD108" w14:textId="77777777">
        <w:trPr>
          <w:jc w:val="center"/>
        </w:trPr>
        <w:tc>
          <w:tcPr>
            <w:tcW w:w="5256" w:type="dxa"/>
            <w:tcBorders>
              <w:top w:val="single" w:sz="6" w:space="0" w:color="808080"/>
              <w:left w:val="single" w:sz="6" w:space="0" w:color="808080"/>
              <w:bottom w:val="single" w:sz="6" w:space="0" w:color="808080"/>
              <w:right w:val="single" w:sz="6" w:space="0" w:color="808080"/>
            </w:tcBorders>
            <w:shd w:val="clear" w:color="auto" w:fill="F2F2F2"/>
            <w:tcMar>
              <w:top w:w="70" w:type="dxa"/>
              <w:left w:w="95" w:type="dxa"/>
              <w:bottom w:w="70" w:type="dxa"/>
              <w:right w:w="95" w:type="dxa"/>
            </w:tcMar>
          </w:tcPr>
          <w:p w14:paraId="42BF2FFA" w14:textId="77777777" w:rsidR="00770552" w:rsidRPr="002704E0" w:rsidRDefault="00000000">
            <w:pPr>
              <w:spacing w:after="40"/>
              <w:rPr>
                <w:sz w:val="18"/>
                <w:szCs w:val="20"/>
                <w:lang w:val="pl-PL"/>
              </w:rPr>
            </w:pPr>
            <w:r w:rsidRPr="002704E0">
              <w:rPr>
                <w:b/>
                <w:color w:val="000000"/>
                <w:sz w:val="14"/>
                <w:szCs w:val="20"/>
                <w:lang w:val="pl-PL"/>
              </w:rPr>
              <w:t>ZAKRES WYMAGANIA</w:t>
            </w:r>
          </w:p>
          <w:p w14:paraId="3BA05041" w14:textId="77777777" w:rsidR="00770552" w:rsidRPr="002704E0" w:rsidRDefault="00000000">
            <w:pPr>
              <w:pStyle w:val="Listapunktowana"/>
              <w:spacing w:after="22" w:line="245" w:lineRule="auto"/>
              <w:ind w:left="158" w:hanging="130"/>
              <w:rPr>
                <w:sz w:val="18"/>
                <w:szCs w:val="20"/>
                <w:lang w:val="pl-PL"/>
              </w:rPr>
            </w:pPr>
            <w:r w:rsidRPr="002704E0">
              <w:rPr>
                <w:color w:val="000000"/>
                <w:sz w:val="12"/>
                <w:szCs w:val="20"/>
                <w:lang w:val="pl-PL"/>
              </w:rPr>
              <w:t>wykonuje ćwiczenia oddechowe i rozciągające o charakterze relaksacyjnym</w:t>
            </w:r>
          </w:p>
          <w:p w14:paraId="10339D91" w14:textId="77777777" w:rsidR="00770552" w:rsidRPr="002704E0" w:rsidRDefault="00000000">
            <w:pPr>
              <w:pStyle w:val="Listapunktowana"/>
              <w:spacing w:after="22" w:line="245" w:lineRule="auto"/>
              <w:ind w:left="158" w:hanging="130"/>
              <w:rPr>
                <w:sz w:val="18"/>
                <w:szCs w:val="20"/>
                <w:lang w:val="pl-PL"/>
              </w:rPr>
            </w:pPr>
            <w:r w:rsidRPr="002704E0">
              <w:rPr>
                <w:color w:val="000000"/>
                <w:sz w:val="12"/>
                <w:szCs w:val="20"/>
                <w:lang w:val="pl-PL"/>
              </w:rPr>
              <w:t>rozpoznaje napięcie, zmęczenie i potrzebę odpoczynku</w:t>
            </w:r>
          </w:p>
          <w:p w14:paraId="27306FE3" w14:textId="77777777" w:rsidR="00770552" w:rsidRPr="002704E0" w:rsidRDefault="00000000">
            <w:pPr>
              <w:pStyle w:val="Listapunktowana"/>
              <w:spacing w:after="22" w:line="245" w:lineRule="auto"/>
              <w:ind w:left="158" w:hanging="130"/>
              <w:rPr>
                <w:sz w:val="18"/>
                <w:szCs w:val="20"/>
                <w:lang w:val="pl-PL"/>
              </w:rPr>
            </w:pPr>
            <w:r w:rsidRPr="002704E0">
              <w:rPr>
                <w:color w:val="000000"/>
                <w:sz w:val="12"/>
                <w:szCs w:val="20"/>
                <w:lang w:val="pl-PL"/>
              </w:rPr>
              <w:t>omawia wpływ aktywności na świeżym powietrzu na stres i samopoczucie</w:t>
            </w:r>
          </w:p>
          <w:p w14:paraId="08411163" w14:textId="77777777" w:rsidR="00770552" w:rsidRPr="002704E0" w:rsidRDefault="00000000">
            <w:pPr>
              <w:pStyle w:val="Listapunktowana"/>
              <w:spacing w:after="22" w:line="245" w:lineRule="auto"/>
              <w:ind w:left="158" w:hanging="130"/>
              <w:rPr>
                <w:sz w:val="18"/>
                <w:szCs w:val="20"/>
                <w:lang w:val="pl-PL"/>
              </w:rPr>
            </w:pPr>
            <w:r w:rsidRPr="002704E0">
              <w:rPr>
                <w:color w:val="000000"/>
                <w:sz w:val="12"/>
                <w:szCs w:val="20"/>
                <w:lang w:val="pl-PL"/>
              </w:rPr>
              <w:t>stosuje prostą technikę wyciszenia po wysiłku</w:t>
            </w:r>
          </w:p>
        </w:tc>
        <w:tc>
          <w:tcPr>
            <w:tcW w:w="4968" w:type="dxa"/>
            <w:tcBorders>
              <w:top w:val="single" w:sz="6" w:space="0" w:color="808080"/>
              <w:left w:val="single" w:sz="6" w:space="0" w:color="808080"/>
              <w:bottom w:val="single" w:sz="6" w:space="0" w:color="808080"/>
              <w:right w:val="single" w:sz="6" w:space="0" w:color="808080"/>
            </w:tcBorders>
            <w:shd w:val="clear" w:color="auto" w:fill="E7E6E6"/>
            <w:tcMar>
              <w:top w:w="70" w:type="dxa"/>
              <w:left w:w="95" w:type="dxa"/>
              <w:bottom w:w="70" w:type="dxa"/>
              <w:right w:w="95" w:type="dxa"/>
            </w:tcMar>
          </w:tcPr>
          <w:p w14:paraId="4344C61A" w14:textId="77777777" w:rsidR="00770552" w:rsidRPr="002704E0" w:rsidRDefault="00000000">
            <w:pPr>
              <w:spacing w:after="40"/>
              <w:rPr>
                <w:sz w:val="18"/>
                <w:szCs w:val="20"/>
                <w:lang w:val="pl-PL"/>
              </w:rPr>
            </w:pPr>
            <w:r w:rsidRPr="002704E0">
              <w:rPr>
                <w:b/>
                <w:color w:val="000000"/>
                <w:sz w:val="14"/>
                <w:szCs w:val="20"/>
                <w:lang w:val="pl-PL"/>
              </w:rPr>
              <w:t>KRYTERIA SUKCESU</w:t>
            </w:r>
          </w:p>
          <w:p w14:paraId="4070A3B2" w14:textId="77777777" w:rsidR="00770552" w:rsidRPr="002704E0" w:rsidRDefault="00000000">
            <w:pPr>
              <w:pStyle w:val="Listapunktowana"/>
              <w:spacing w:after="22" w:line="245" w:lineRule="auto"/>
              <w:ind w:left="158" w:hanging="130"/>
              <w:rPr>
                <w:sz w:val="18"/>
                <w:szCs w:val="20"/>
                <w:lang w:val="pl-PL"/>
              </w:rPr>
            </w:pPr>
            <w:r w:rsidRPr="002704E0">
              <w:rPr>
                <w:color w:val="000000"/>
                <w:sz w:val="12"/>
                <w:szCs w:val="20"/>
                <w:lang w:val="pl-PL"/>
              </w:rPr>
              <w:t>wykonuje spokojny, kontrolowany oddech</w:t>
            </w:r>
          </w:p>
          <w:p w14:paraId="3C44ABBF" w14:textId="77777777" w:rsidR="00770552" w:rsidRPr="002704E0" w:rsidRDefault="00000000">
            <w:pPr>
              <w:pStyle w:val="Listapunktowana"/>
              <w:spacing w:after="22" w:line="245" w:lineRule="auto"/>
              <w:ind w:left="158" w:hanging="130"/>
              <w:rPr>
                <w:sz w:val="18"/>
                <w:szCs w:val="20"/>
                <w:lang w:val="pl-PL"/>
              </w:rPr>
            </w:pPr>
            <w:r w:rsidRPr="002704E0">
              <w:rPr>
                <w:color w:val="000000"/>
                <w:sz w:val="12"/>
                <w:szCs w:val="20"/>
                <w:lang w:val="pl-PL"/>
              </w:rPr>
              <w:t>rozciąga się bez bólu i gwałtownych ruchów</w:t>
            </w:r>
          </w:p>
          <w:p w14:paraId="317D8E30" w14:textId="77777777" w:rsidR="00770552" w:rsidRPr="002704E0" w:rsidRDefault="00000000">
            <w:pPr>
              <w:pStyle w:val="Listapunktowana"/>
              <w:spacing w:after="22" w:line="245" w:lineRule="auto"/>
              <w:ind w:left="158" w:hanging="130"/>
              <w:rPr>
                <w:sz w:val="18"/>
                <w:szCs w:val="20"/>
                <w:lang w:val="pl-PL"/>
              </w:rPr>
            </w:pPr>
            <w:r w:rsidRPr="002704E0">
              <w:rPr>
                <w:color w:val="000000"/>
                <w:sz w:val="12"/>
                <w:szCs w:val="20"/>
                <w:lang w:val="pl-PL"/>
              </w:rPr>
              <w:t>dobiera prostą technikę do potrzeby</w:t>
            </w:r>
          </w:p>
          <w:p w14:paraId="38C48C13" w14:textId="77777777" w:rsidR="00770552" w:rsidRPr="002704E0" w:rsidRDefault="00000000">
            <w:pPr>
              <w:pStyle w:val="Listapunktowana"/>
              <w:spacing w:after="22" w:line="245" w:lineRule="auto"/>
              <w:ind w:left="158" w:hanging="130"/>
              <w:rPr>
                <w:sz w:val="18"/>
                <w:szCs w:val="20"/>
                <w:lang w:val="pl-PL"/>
              </w:rPr>
            </w:pPr>
            <w:r w:rsidRPr="002704E0">
              <w:rPr>
                <w:color w:val="000000"/>
                <w:sz w:val="12"/>
                <w:szCs w:val="20"/>
                <w:lang w:val="pl-PL"/>
              </w:rPr>
              <w:t>szanuje własne granice i komfort innych osób</w:t>
            </w:r>
          </w:p>
          <w:p w14:paraId="673E7710" w14:textId="77777777" w:rsidR="00770552" w:rsidRPr="002704E0" w:rsidRDefault="00000000">
            <w:pPr>
              <w:pStyle w:val="Listapunktowana"/>
              <w:spacing w:after="22" w:line="245" w:lineRule="auto"/>
              <w:ind w:left="158" w:hanging="130"/>
              <w:rPr>
                <w:sz w:val="18"/>
                <w:szCs w:val="20"/>
                <w:lang w:val="pl-PL"/>
              </w:rPr>
            </w:pPr>
            <w:r w:rsidRPr="002704E0">
              <w:rPr>
                <w:color w:val="000000"/>
                <w:sz w:val="12"/>
                <w:szCs w:val="20"/>
                <w:lang w:val="pl-PL"/>
              </w:rPr>
              <w:t>opisuje zmianę samopoczucia po ćwiczeniu</w:t>
            </w:r>
          </w:p>
        </w:tc>
        <w:tc>
          <w:tcPr>
            <w:tcW w:w="4968" w:type="dxa"/>
            <w:tcBorders>
              <w:top w:val="single" w:sz="6" w:space="0" w:color="808080"/>
              <w:left w:val="single" w:sz="6" w:space="0" w:color="808080"/>
              <w:bottom w:val="single" w:sz="6" w:space="0" w:color="808080"/>
              <w:right w:val="single" w:sz="6" w:space="0" w:color="808080"/>
            </w:tcBorders>
            <w:shd w:val="clear" w:color="auto" w:fill="F2F2F2"/>
            <w:tcMar>
              <w:top w:w="70" w:type="dxa"/>
              <w:left w:w="95" w:type="dxa"/>
              <w:bottom w:w="70" w:type="dxa"/>
              <w:right w:w="95" w:type="dxa"/>
            </w:tcMar>
          </w:tcPr>
          <w:p w14:paraId="626A898F" w14:textId="77777777" w:rsidR="00770552" w:rsidRPr="002704E0" w:rsidRDefault="00000000">
            <w:pPr>
              <w:spacing w:after="40"/>
              <w:rPr>
                <w:sz w:val="18"/>
                <w:szCs w:val="20"/>
                <w:lang w:val="pl-PL"/>
              </w:rPr>
            </w:pPr>
            <w:r w:rsidRPr="002704E0">
              <w:rPr>
                <w:b/>
                <w:color w:val="000000"/>
                <w:sz w:val="14"/>
                <w:szCs w:val="20"/>
                <w:lang w:val="pl-PL"/>
              </w:rPr>
              <w:t>MOŻLIWE DOWODY OSIĄGNIĘCIA UMIEJĘTNOŚCI</w:t>
            </w:r>
          </w:p>
          <w:p w14:paraId="2C2C309B" w14:textId="77777777" w:rsidR="00770552" w:rsidRPr="002704E0" w:rsidRDefault="00000000">
            <w:pPr>
              <w:spacing w:after="30"/>
              <w:rPr>
                <w:sz w:val="18"/>
                <w:szCs w:val="20"/>
                <w:lang w:val="pl-PL"/>
              </w:rPr>
            </w:pPr>
            <w:r w:rsidRPr="002704E0">
              <w:rPr>
                <w:i/>
                <w:color w:val="333333"/>
                <w:sz w:val="12"/>
                <w:szCs w:val="20"/>
                <w:lang w:val="pl-PL"/>
              </w:rPr>
              <w:t>Uczeń może pokazać tę umiejętność między innymi poprzez:</w:t>
            </w:r>
          </w:p>
          <w:p w14:paraId="3651753D" w14:textId="77777777" w:rsidR="00770552" w:rsidRPr="002704E0" w:rsidRDefault="00000000">
            <w:pPr>
              <w:pStyle w:val="Listapunktowana"/>
              <w:spacing w:after="22" w:line="245" w:lineRule="auto"/>
              <w:ind w:left="158" w:hanging="130"/>
              <w:rPr>
                <w:sz w:val="18"/>
                <w:szCs w:val="20"/>
                <w:lang w:val="pl-PL"/>
              </w:rPr>
            </w:pPr>
            <w:r w:rsidRPr="002704E0">
              <w:rPr>
                <w:color w:val="000000"/>
                <w:sz w:val="12"/>
                <w:szCs w:val="20"/>
                <w:lang w:val="pl-PL"/>
              </w:rPr>
              <w:t>Wykonanie: oddychanie, rozciąganie, wyciszenie lub relaksacja</w:t>
            </w:r>
          </w:p>
          <w:p w14:paraId="6E0B7136" w14:textId="77777777" w:rsidR="00770552" w:rsidRPr="002704E0" w:rsidRDefault="00000000">
            <w:pPr>
              <w:pStyle w:val="Listapunktowana"/>
              <w:spacing w:after="22" w:line="245" w:lineRule="auto"/>
              <w:ind w:left="158" w:hanging="130"/>
              <w:rPr>
                <w:sz w:val="18"/>
                <w:szCs w:val="20"/>
                <w:lang w:val="pl-PL"/>
              </w:rPr>
            </w:pPr>
            <w:r w:rsidRPr="002704E0">
              <w:rPr>
                <w:color w:val="000000"/>
                <w:sz w:val="12"/>
                <w:szCs w:val="20"/>
                <w:lang w:val="pl-PL"/>
              </w:rPr>
              <w:t>Zastosowanie: zestaw kończący lekcję lub przerwa regeneracyjna</w:t>
            </w:r>
          </w:p>
          <w:p w14:paraId="48030C78" w14:textId="77777777" w:rsidR="00770552" w:rsidRPr="002704E0" w:rsidRDefault="00000000">
            <w:pPr>
              <w:pStyle w:val="Listapunktowana"/>
              <w:spacing w:after="22" w:line="245" w:lineRule="auto"/>
              <w:ind w:left="158" w:hanging="130"/>
              <w:rPr>
                <w:sz w:val="18"/>
                <w:szCs w:val="20"/>
                <w:lang w:val="pl-PL"/>
              </w:rPr>
            </w:pPr>
            <w:r w:rsidRPr="002704E0">
              <w:rPr>
                <w:color w:val="000000"/>
                <w:sz w:val="12"/>
                <w:szCs w:val="20"/>
                <w:lang w:val="pl-PL"/>
              </w:rPr>
              <w:t>Wypowiedź: wyjaśnienie korzyści ruchu na świeżym powietrzu</w:t>
            </w:r>
          </w:p>
          <w:p w14:paraId="38022824" w14:textId="77777777" w:rsidR="00770552" w:rsidRPr="002704E0" w:rsidRDefault="00000000">
            <w:pPr>
              <w:pStyle w:val="Listapunktowana"/>
              <w:spacing w:after="22" w:line="245" w:lineRule="auto"/>
              <w:ind w:left="158" w:hanging="130"/>
              <w:rPr>
                <w:sz w:val="18"/>
                <w:szCs w:val="20"/>
                <w:lang w:val="pl-PL"/>
              </w:rPr>
            </w:pPr>
            <w:r w:rsidRPr="002704E0">
              <w:rPr>
                <w:color w:val="000000"/>
                <w:sz w:val="12"/>
                <w:szCs w:val="20"/>
                <w:lang w:val="pl-PL"/>
              </w:rPr>
              <w:t>Refleksja: skala napięcia lub samopoczucia przed i po zadaniu</w:t>
            </w:r>
          </w:p>
        </w:tc>
      </w:tr>
    </w:tbl>
    <w:p w14:paraId="10C20596" w14:textId="77777777" w:rsidR="00770552" w:rsidRPr="002704E0" w:rsidRDefault="00770552">
      <w:pPr>
        <w:rPr>
          <w:sz w:val="18"/>
          <w:szCs w:val="20"/>
          <w:lang w:val="pl-PL"/>
        </w:rPr>
      </w:pPr>
    </w:p>
    <w:p w14:paraId="7E5D119F" w14:textId="77777777" w:rsidR="00770552" w:rsidRPr="002704E0" w:rsidRDefault="00000000">
      <w:pPr>
        <w:spacing w:before="40" w:after="40"/>
        <w:rPr>
          <w:sz w:val="18"/>
          <w:szCs w:val="20"/>
          <w:lang w:val="pl-PL"/>
        </w:rPr>
      </w:pPr>
      <w:r w:rsidRPr="002704E0">
        <w:rPr>
          <w:b/>
          <w:color w:val="000000"/>
          <w:sz w:val="18"/>
          <w:szCs w:val="20"/>
          <w:lang w:val="pl-PL"/>
        </w:rPr>
        <w:t>SKALA OSIĄGNIĘĆ 2–6</w:t>
      </w:r>
    </w:p>
    <w:tbl>
      <w:tblPr>
        <w:tblW w:w="0" w:type="auto"/>
        <w:jc w:val="center"/>
        <w:tblLayout w:type="fixed"/>
        <w:tblLook w:val="04A0" w:firstRow="1" w:lastRow="0" w:firstColumn="1" w:lastColumn="0" w:noHBand="0" w:noVBand="1"/>
      </w:tblPr>
      <w:tblGrid>
        <w:gridCol w:w="3038"/>
        <w:gridCol w:w="3038"/>
        <w:gridCol w:w="3038"/>
        <w:gridCol w:w="3038"/>
        <w:gridCol w:w="3038"/>
      </w:tblGrid>
      <w:tr w:rsidR="00770552" w:rsidRPr="002704E0" w14:paraId="64CB79D2" w14:textId="77777777">
        <w:trPr>
          <w:tblHeader/>
          <w:jc w:val="center"/>
        </w:trPr>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537A0190" w14:textId="77777777" w:rsidR="00770552" w:rsidRPr="002704E0" w:rsidRDefault="00000000">
            <w:pPr>
              <w:jc w:val="center"/>
              <w:rPr>
                <w:sz w:val="18"/>
                <w:szCs w:val="20"/>
                <w:lang w:val="pl-PL"/>
              </w:rPr>
            </w:pPr>
            <w:r w:rsidRPr="002704E0">
              <w:rPr>
                <w:b/>
                <w:color w:val="000000"/>
                <w:sz w:val="24"/>
                <w:szCs w:val="20"/>
                <w:lang w:val="pl-PL"/>
              </w:rPr>
              <w:t>2</w:t>
            </w:r>
          </w:p>
          <w:p w14:paraId="0A9AD472" w14:textId="77777777" w:rsidR="00770552" w:rsidRPr="002704E0" w:rsidRDefault="00000000">
            <w:pPr>
              <w:spacing w:line="216" w:lineRule="auto"/>
              <w:jc w:val="center"/>
              <w:rPr>
                <w:sz w:val="18"/>
                <w:szCs w:val="20"/>
                <w:lang w:val="pl-PL"/>
              </w:rPr>
            </w:pPr>
            <w:r w:rsidRPr="002704E0">
              <w:rPr>
                <w:b/>
                <w:color w:val="000000"/>
                <w:sz w:val="11"/>
                <w:szCs w:val="20"/>
                <w:lang w:val="pl-PL"/>
              </w:rPr>
              <w:t>Z POMOCĄ</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70D4D8CD" w14:textId="77777777" w:rsidR="00770552" w:rsidRPr="002704E0" w:rsidRDefault="00000000">
            <w:pPr>
              <w:jc w:val="center"/>
              <w:rPr>
                <w:sz w:val="18"/>
                <w:szCs w:val="20"/>
                <w:lang w:val="pl-PL"/>
              </w:rPr>
            </w:pPr>
            <w:r w:rsidRPr="002704E0">
              <w:rPr>
                <w:b/>
                <w:color w:val="000000"/>
                <w:sz w:val="24"/>
                <w:szCs w:val="20"/>
                <w:lang w:val="pl-PL"/>
              </w:rPr>
              <w:t>3</w:t>
            </w:r>
          </w:p>
          <w:p w14:paraId="308E23F0" w14:textId="77777777" w:rsidR="00770552" w:rsidRPr="002704E0" w:rsidRDefault="00000000">
            <w:pPr>
              <w:spacing w:line="216" w:lineRule="auto"/>
              <w:jc w:val="center"/>
              <w:rPr>
                <w:sz w:val="18"/>
                <w:szCs w:val="20"/>
                <w:lang w:val="pl-PL"/>
              </w:rPr>
            </w:pPr>
            <w:r w:rsidRPr="002704E0">
              <w:rPr>
                <w:b/>
                <w:color w:val="000000"/>
                <w:sz w:val="11"/>
                <w:szCs w:val="20"/>
                <w:lang w:val="pl-PL"/>
              </w:rPr>
              <w:t>SAMODZIELNIE</w:t>
            </w:r>
            <w:r w:rsidRPr="002704E0">
              <w:rPr>
                <w:b/>
                <w:color w:val="000000"/>
                <w:sz w:val="11"/>
                <w:szCs w:val="20"/>
                <w:lang w:val="pl-PL"/>
              </w:rPr>
              <w:br/>
              <w:t>W TYPOWEJ SYTUACJI</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58058494" w14:textId="77777777" w:rsidR="00770552" w:rsidRPr="002704E0" w:rsidRDefault="00000000">
            <w:pPr>
              <w:jc w:val="center"/>
              <w:rPr>
                <w:sz w:val="18"/>
                <w:szCs w:val="20"/>
                <w:lang w:val="pl-PL"/>
              </w:rPr>
            </w:pPr>
            <w:r w:rsidRPr="002704E0">
              <w:rPr>
                <w:b/>
                <w:color w:val="000000"/>
                <w:sz w:val="24"/>
                <w:szCs w:val="20"/>
                <w:lang w:val="pl-PL"/>
              </w:rPr>
              <w:t>4</w:t>
            </w:r>
          </w:p>
          <w:p w14:paraId="66BC0C29" w14:textId="77777777" w:rsidR="00770552" w:rsidRPr="002704E0" w:rsidRDefault="00000000">
            <w:pPr>
              <w:spacing w:line="216" w:lineRule="auto"/>
              <w:jc w:val="center"/>
              <w:rPr>
                <w:sz w:val="18"/>
                <w:szCs w:val="20"/>
                <w:lang w:val="pl-PL"/>
              </w:rPr>
            </w:pPr>
            <w:r w:rsidRPr="002704E0">
              <w:rPr>
                <w:b/>
                <w:color w:val="000000"/>
                <w:sz w:val="11"/>
                <w:szCs w:val="20"/>
                <w:lang w:val="pl-PL"/>
              </w:rPr>
              <w:t>POPRAWNIE</w:t>
            </w:r>
            <w:r w:rsidRPr="002704E0">
              <w:rPr>
                <w:b/>
                <w:color w:val="000000"/>
                <w:sz w:val="11"/>
                <w:szCs w:val="20"/>
                <w:lang w:val="pl-PL"/>
              </w:rPr>
              <w:br/>
              <w:t>I ŚWIADOMIE</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572B7E66" w14:textId="77777777" w:rsidR="00770552" w:rsidRPr="002704E0" w:rsidRDefault="00000000">
            <w:pPr>
              <w:jc w:val="center"/>
              <w:rPr>
                <w:sz w:val="18"/>
                <w:szCs w:val="20"/>
                <w:lang w:val="pl-PL"/>
              </w:rPr>
            </w:pPr>
            <w:r w:rsidRPr="002704E0">
              <w:rPr>
                <w:b/>
                <w:color w:val="000000"/>
                <w:sz w:val="24"/>
                <w:szCs w:val="20"/>
                <w:lang w:val="pl-PL"/>
              </w:rPr>
              <w:t>5</w:t>
            </w:r>
          </w:p>
          <w:p w14:paraId="3A9CF269" w14:textId="77777777" w:rsidR="00770552" w:rsidRPr="002704E0" w:rsidRDefault="00000000">
            <w:pPr>
              <w:spacing w:line="216" w:lineRule="auto"/>
              <w:jc w:val="center"/>
              <w:rPr>
                <w:sz w:val="18"/>
                <w:szCs w:val="20"/>
                <w:lang w:val="pl-PL"/>
              </w:rPr>
            </w:pPr>
            <w:r w:rsidRPr="002704E0">
              <w:rPr>
                <w:b/>
                <w:color w:val="000000"/>
                <w:sz w:val="11"/>
                <w:szCs w:val="20"/>
                <w:lang w:val="pl-PL"/>
              </w:rPr>
              <w:t>SPRAWNIE, SAMODZIELNIE</w:t>
            </w:r>
            <w:r w:rsidRPr="002704E0">
              <w:rPr>
                <w:b/>
                <w:color w:val="000000"/>
                <w:sz w:val="11"/>
                <w:szCs w:val="20"/>
                <w:lang w:val="pl-PL"/>
              </w:rPr>
              <w:br/>
              <w:t>I CELOWO</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320C7A71" w14:textId="77777777" w:rsidR="00770552" w:rsidRPr="002704E0" w:rsidRDefault="00000000">
            <w:pPr>
              <w:jc w:val="center"/>
              <w:rPr>
                <w:sz w:val="18"/>
                <w:szCs w:val="20"/>
                <w:lang w:val="pl-PL"/>
              </w:rPr>
            </w:pPr>
            <w:r w:rsidRPr="002704E0">
              <w:rPr>
                <w:b/>
                <w:color w:val="000000"/>
                <w:sz w:val="24"/>
                <w:szCs w:val="20"/>
                <w:lang w:val="pl-PL"/>
              </w:rPr>
              <w:t>6</w:t>
            </w:r>
          </w:p>
          <w:p w14:paraId="23C201CA" w14:textId="77777777" w:rsidR="00770552" w:rsidRPr="002704E0" w:rsidRDefault="00000000">
            <w:pPr>
              <w:spacing w:line="216" w:lineRule="auto"/>
              <w:jc w:val="center"/>
              <w:rPr>
                <w:sz w:val="18"/>
                <w:szCs w:val="20"/>
                <w:lang w:val="pl-PL"/>
              </w:rPr>
            </w:pPr>
            <w:r w:rsidRPr="002704E0">
              <w:rPr>
                <w:b/>
                <w:color w:val="000000"/>
                <w:sz w:val="11"/>
                <w:szCs w:val="20"/>
                <w:lang w:val="pl-PL"/>
              </w:rPr>
              <w:t>TWÓRCZO</w:t>
            </w:r>
            <w:r w:rsidRPr="002704E0">
              <w:rPr>
                <w:b/>
                <w:color w:val="000000"/>
                <w:sz w:val="11"/>
                <w:szCs w:val="20"/>
                <w:lang w:val="pl-PL"/>
              </w:rPr>
              <w:br/>
              <w:t>I ODPOWIEDZIALNIE</w:t>
            </w:r>
          </w:p>
        </w:tc>
      </w:tr>
      <w:tr w:rsidR="00770552" w:rsidRPr="00047F0F" w14:paraId="685F93CB" w14:textId="77777777">
        <w:trPr>
          <w:cantSplit/>
          <w:jc w:val="center"/>
        </w:trPr>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6D0D6C84" w14:textId="77777777" w:rsidR="00770552" w:rsidRPr="002704E0" w:rsidRDefault="00000000">
            <w:pPr>
              <w:pStyle w:val="Listapunktowana"/>
              <w:spacing w:after="36" w:line="245" w:lineRule="auto"/>
              <w:ind w:left="158" w:hanging="130"/>
              <w:rPr>
                <w:sz w:val="18"/>
                <w:szCs w:val="20"/>
                <w:lang w:val="pl-PL"/>
              </w:rPr>
            </w:pPr>
            <w:r w:rsidRPr="002704E0">
              <w:rPr>
                <w:color w:val="000000"/>
                <w:sz w:val="12"/>
                <w:szCs w:val="20"/>
                <w:lang w:val="pl-PL"/>
              </w:rPr>
              <w:t>z pomocą wykonuje technikę oddechową lub rozciągającą</w:t>
            </w:r>
          </w:p>
          <w:p w14:paraId="3708EE21" w14:textId="77777777" w:rsidR="00770552" w:rsidRPr="002704E0" w:rsidRDefault="00000000">
            <w:pPr>
              <w:pStyle w:val="Listapunktowana"/>
              <w:spacing w:after="36" w:line="245" w:lineRule="auto"/>
              <w:ind w:left="158" w:hanging="130"/>
              <w:rPr>
                <w:sz w:val="18"/>
                <w:szCs w:val="20"/>
                <w:lang w:val="pl-PL"/>
              </w:rPr>
            </w:pPr>
            <w:r w:rsidRPr="002704E0">
              <w:rPr>
                <w:color w:val="000000"/>
                <w:sz w:val="12"/>
                <w:szCs w:val="20"/>
                <w:lang w:val="pl-PL"/>
              </w:rPr>
              <w:t>rozpoznaje podstawowy sygnał zmęczenia</w:t>
            </w:r>
          </w:p>
          <w:p w14:paraId="6CA42A4C" w14:textId="77777777" w:rsidR="00770552" w:rsidRPr="002704E0" w:rsidRDefault="00000000">
            <w:pPr>
              <w:pStyle w:val="Listapunktowana"/>
              <w:spacing w:after="36" w:line="245" w:lineRule="auto"/>
              <w:ind w:left="158" w:hanging="130"/>
              <w:rPr>
                <w:sz w:val="18"/>
                <w:szCs w:val="20"/>
                <w:lang w:val="pl-PL"/>
              </w:rPr>
            </w:pPr>
            <w:r w:rsidRPr="002704E0">
              <w:rPr>
                <w:color w:val="000000"/>
                <w:sz w:val="12"/>
                <w:szCs w:val="20"/>
                <w:lang w:val="pl-PL"/>
              </w:rPr>
              <w:t>przerywa działanie po wskazaniu</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70F79C4B" w14:textId="77777777" w:rsidR="00770552" w:rsidRPr="002704E0" w:rsidRDefault="00000000">
            <w:pPr>
              <w:pStyle w:val="Listapunktowana"/>
              <w:spacing w:after="36" w:line="245" w:lineRule="auto"/>
              <w:ind w:left="158" w:hanging="130"/>
              <w:rPr>
                <w:sz w:val="18"/>
                <w:szCs w:val="20"/>
                <w:lang w:val="pl-PL"/>
              </w:rPr>
            </w:pPr>
            <w:r w:rsidRPr="002704E0">
              <w:rPr>
                <w:color w:val="000000"/>
                <w:sz w:val="12"/>
                <w:szCs w:val="20"/>
                <w:lang w:val="pl-PL"/>
              </w:rPr>
              <w:t>samodzielnie stosuje poznaną technikę</w:t>
            </w:r>
          </w:p>
          <w:p w14:paraId="6633DEA8" w14:textId="77777777" w:rsidR="00770552" w:rsidRPr="002704E0" w:rsidRDefault="00000000">
            <w:pPr>
              <w:pStyle w:val="Listapunktowana"/>
              <w:spacing w:after="36" w:line="245" w:lineRule="auto"/>
              <w:ind w:left="158" w:hanging="130"/>
              <w:rPr>
                <w:sz w:val="18"/>
                <w:szCs w:val="20"/>
                <w:lang w:val="pl-PL"/>
              </w:rPr>
            </w:pPr>
            <w:r w:rsidRPr="002704E0">
              <w:rPr>
                <w:color w:val="000000"/>
                <w:sz w:val="12"/>
                <w:szCs w:val="20"/>
                <w:lang w:val="pl-PL"/>
              </w:rPr>
              <w:t>dobiera ją do typowej sytuacji</w:t>
            </w:r>
          </w:p>
          <w:p w14:paraId="6EF1C525" w14:textId="77777777" w:rsidR="00770552" w:rsidRPr="002704E0" w:rsidRDefault="00000000">
            <w:pPr>
              <w:pStyle w:val="Listapunktowana"/>
              <w:spacing w:after="36" w:line="245" w:lineRule="auto"/>
              <w:ind w:left="158" w:hanging="130"/>
              <w:rPr>
                <w:sz w:val="18"/>
                <w:szCs w:val="20"/>
                <w:lang w:val="pl-PL"/>
              </w:rPr>
            </w:pPr>
            <w:r w:rsidRPr="002704E0">
              <w:rPr>
                <w:color w:val="000000"/>
                <w:sz w:val="12"/>
                <w:szCs w:val="20"/>
                <w:lang w:val="pl-PL"/>
              </w:rPr>
              <w:t>wyjaśnia korzyść ruchu na świeżym powietrzu</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4C250EC8" w14:textId="77777777" w:rsidR="00770552" w:rsidRPr="002704E0" w:rsidRDefault="00000000">
            <w:pPr>
              <w:pStyle w:val="Listapunktowana"/>
              <w:spacing w:after="36" w:line="245" w:lineRule="auto"/>
              <w:ind w:left="158" w:hanging="130"/>
              <w:rPr>
                <w:sz w:val="18"/>
                <w:szCs w:val="20"/>
                <w:lang w:val="pl-PL"/>
              </w:rPr>
            </w:pPr>
            <w:r w:rsidRPr="002704E0">
              <w:rPr>
                <w:color w:val="000000"/>
                <w:sz w:val="12"/>
                <w:szCs w:val="20"/>
                <w:lang w:val="pl-PL"/>
              </w:rPr>
              <w:t>poprawnie łączy oddech, rozciąganie i wyciszenie</w:t>
            </w:r>
          </w:p>
          <w:p w14:paraId="44B4EFB0" w14:textId="77777777" w:rsidR="00770552" w:rsidRPr="002704E0" w:rsidRDefault="00000000">
            <w:pPr>
              <w:pStyle w:val="Listapunktowana"/>
              <w:spacing w:after="36" w:line="245" w:lineRule="auto"/>
              <w:ind w:left="158" w:hanging="130"/>
              <w:rPr>
                <w:sz w:val="18"/>
                <w:szCs w:val="20"/>
                <w:lang w:val="pl-PL"/>
              </w:rPr>
            </w:pPr>
            <w:r w:rsidRPr="002704E0">
              <w:rPr>
                <w:color w:val="000000"/>
                <w:sz w:val="12"/>
                <w:szCs w:val="20"/>
                <w:lang w:val="pl-PL"/>
              </w:rPr>
              <w:t>ocenia zmianę samopoczucia</w:t>
            </w:r>
          </w:p>
          <w:p w14:paraId="6C5C1564" w14:textId="77777777" w:rsidR="00770552" w:rsidRPr="002704E0" w:rsidRDefault="00000000">
            <w:pPr>
              <w:pStyle w:val="Listapunktowana"/>
              <w:spacing w:after="36" w:line="245" w:lineRule="auto"/>
              <w:ind w:left="158" w:hanging="130"/>
              <w:rPr>
                <w:sz w:val="18"/>
                <w:szCs w:val="20"/>
                <w:lang w:val="pl-PL"/>
              </w:rPr>
            </w:pPr>
            <w:r w:rsidRPr="002704E0">
              <w:rPr>
                <w:color w:val="000000"/>
                <w:sz w:val="12"/>
                <w:szCs w:val="20"/>
                <w:lang w:val="pl-PL"/>
              </w:rPr>
              <w:t>dobiera bezpieczny zakres</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23AD9118" w14:textId="77777777" w:rsidR="00770552" w:rsidRPr="002704E0" w:rsidRDefault="00000000">
            <w:pPr>
              <w:pStyle w:val="Listapunktowana"/>
              <w:spacing w:after="36" w:line="245" w:lineRule="auto"/>
              <w:ind w:left="158" w:hanging="130"/>
              <w:rPr>
                <w:sz w:val="18"/>
                <w:szCs w:val="20"/>
                <w:lang w:val="pl-PL"/>
              </w:rPr>
            </w:pPr>
            <w:r w:rsidRPr="002704E0">
              <w:rPr>
                <w:color w:val="000000"/>
                <w:sz w:val="12"/>
                <w:szCs w:val="20"/>
                <w:lang w:val="pl-PL"/>
              </w:rPr>
              <w:t>sprawnie porównuje metody i uzasadnia wybór</w:t>
            </w:r>
          </w:p>
          <w:p w14:paraId="54A4119F" w14:textId="77777777" w:rsidR="00770552" w:rsidRPr="002704E0" w:rsidRDefault="00000000">
            <w:pPr>
              <w:pStyle w:val="Listapunktowana"/>
              <w:spacing w:after="36" w:line="245" w:lineRule="auto"/>
              <w:ind w:left="158" w:hanging="130"/>
              <w:rPr>
                <w:sz w:val="18"/>
                <w:szCs w:val="20"/>
                <w:lang w:val="pl-PL"/>
              </w:rPr>
            </w:pPr>
            <w:r w:rsidRPr="002704E0">
              <w:rPr>
                <w:color w:val="000000"/>
                <w:sz w:val="12"/>
                <w:szCs w:val="20"/>
                <w:lang w:val="pl-PL"/>
              </w:rPr>
              <w:t>koryguje technikę</w:t>
            </w:r>
          </w:p>
          <w:p w14:paraId="3544DAAD" w14:textId="77777777" w:rsidR="00770552" w:rsidRPr="002704E0" w:rsidRDefault="00000000">
            <w:pPr>
              <w:pStyle w:val="Listapunktowana"/>
              <w:spacing w:after="36" w:line="245" w:lineRule="auto"/>
              <w:ind w:left="158" w:hanging="130"/>
              <w:rPr>
                <w:sz w:val="18"/>
                <w:szCs w:val="20"/>
                <w:lang w:val="pl-PL"/>
              </w:rPr>
            </w:pPr>
            <w:r w:rsidRPr="002704E0">
              <w:rPr>
                <w:color w:val="000000"/>
                <w:sz w:val="12"/>
                <w:szCs w:val="20"/>
                <w:lang w:val="pl-PL"/>
              </w:rPr>
              <w:t>planuje regenerację po określonym wysiłku</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2D85F77D" w14:textId="77777777" w:rsidR="00770552" w:rsidRPr="002704E0" w:rsidRDefault="00000000">
            <w:pPr>
              <w:pStyle w:val="Listapunktowana"/>
              <w:spacing w:after="36" w:line="245" w:lineRule="auto"/>
              <w:ind w:left="158" w:hanging="130"/>
              <w:rPr>
                <w:sz w:val="18"/>
                <w:szCs w:val="20"/>
                <w:lang w:val="pl-PL"/>
              </w:rPr>
            </w:pPr>
            <w:r w:rsidRPr="0009332E">
              <w:rPr>
                <w:lang w:val="pl-PL"/>
              </w:rPr>
              <w:t>projektuje oraz samodzielnie realizuje lub prowadzi krótki zestaw</w:t>
            </w:r>
          </w:p>
          <w:p w14:paraId="07744BAF" w14:textId="77777777" w:rsidR="00770552" w:rsidRPr="002704E0" w:rsidRDefault="00000000">
            <w:pPr>
              <w:pStyle w:val="Listapunktowana"/>
              <w:spacing w:after="36" w:line="245" w:lineRule="auto"/>
              <w:ind w:left="158" w:hanging="130"/>
              <w:rPr>
                <w:sz w:val="18"/>
                <w:szCs w:val="20"/>
                <w:lang w:val="pl-PL"/>
              </w:rPr>
            </w:pPr>
            <w:r w:rsidRPr="002704E0">
              <w:rPr>
                <w:color w:val="000000"/>
                <w:sz w:val="12"/>
                <w:szCs w:val="20"/>
                <w:lang w:val="pl-PL"/>
              </w:rPr>
              <w:t>modyfikuje go na podstawie reakcji organizmu</w:t>
            </w:r>
          </w:p>
          <w:p w14:paraId="138820D0" w14:textId="77777777" w:rsidR="00770552" w:rsidRPr="002704E0" w:rsidRDefault="00000000">
            <w:pPr>
              <w:pStyle w:val="Listapunktowana"/>
              <w:spacing w:after="36" w:line="245" w:lineRule="auto"/>
              <w:ind w:left="158" w:hanging="130"/>
              <w:rPr>
                <w:sz w:val="18"/>
                <w:szCs w:val="20"/>
                <w:lang w:val="pl-PL"/>
              </w:rPr>
            </w:pPr>
            <w:r w:rsidRPr="002704E0">
              <w:rPr>
                <w:color w:val="000000"/>
                <w:sz w:val="12"/>
                <w:szCs w:val="20"/>
                <w:lang w:val="pl-PL"/>
              </w:rPr>
              <w:t>ocenia skuteczność i formułuje wniosek</w:t>
            </w:r>
          </w:p>
        </w:tc>
      </w:tr>
    </w:tbl>
    <w:p w14:paraId="35B5B07B" w14:textId="77777777" w:rsidR="00770552" w:rsidRPr="002704E0" w:rsidRDefault="00000000">
      <w:pPr>
        <w:spacing w:before="50"/>
        <w:rPr>
          <w:color w:val="000000"/>
          <w:sz w:val="13"/>
          <w:szCs w:val="20"/>
          <w:lang w:val="pl-PL"/>
        </w:rPr>
      </w:pPr>
      <w:r w:rsidRPr="002704E0">
        <w:rPr>
          <w:b/>
          <w:color w:val="000000"/>
          <w:sz w:val="13"/>
          <w:szCs w:val="20"/>
          <w:lang w:val="pl-PL"/>
        </w:rPr>
        <w:t xml:space="preserve">Ważne: </w:t>
      </w:r>
      <w:r w:rsidRPr="002704E0">
        <w:rPr>
          <w:color w:val="000000"/>
          <w:sz w:val="13"/>
          <w:szCs w:val="20"/>
          <w:lang w:val="pl-PL"/>
        </w:rPr>
        <w:t>Uczeń nie jest oceniany za deklarowany poziom stresu, lecz za bezpieczne stosowanie poznanych metod.</w:t>
      </w:r>
    </w:p>
    <w:p w14:paraId="16404171" w14:textId="77777777" w:rsidR="002704E0" w:rsidRPr="002704E0" w:rsidRDefault="002704E0">
      <w:pPr>
        <w:spacing w:before="50"/>
        <w:rPr>
          <w:color w:val="000000"/>
          <w:sz w:val="13"/>
          <w:szCs w:val="20"/>
          <w:lang w:val="pl-PL"/>
        </w:rPr>
      </w:pPr>
    </w:p>
    <w:p w14:paraId="3A1B4EF6" w14:textId="77777777" w:rsidR="002704E0" w:rsidRPr="002704E0" w:rsidRDefault="002704E0">
      <w:pPr>
        <w:spacing w:before="50"/>
        <w:rPr>
          <w:sz w:val="18"/>
          <w:szCs w:val="20"/>
          <w:lang w:val="pl-PL"/>
        </w:rPr>
      </w:pPr>
    </w:p>
    <w:tbl>
      <w:tblPr>
        <w:tblW w:w="0" w:type="auto"/>
        <w:jc w:val="center"/>
        <w:tblLayout w:type="fixed"/>
        <w:tblLook w:val="04A0" w:firstRow="1" w:lastRow="0" w:firstColumn="1" w:lastColumn="0" w:noHBand="0" w:noVBand="1"/>
      </w:tblPr>
      <w:tblGrid>
        <w:gridCol w:w="936"/>
        <w:gridCol w:w="14256"/>
      </w:tblGrid>
      <w:tr w:rsidR="002704E0" w:rsidRPr="009A615A" w14:paraId="38EFCAED" w14:textId="77777777" w:rsidTr="00E437A4">
        <w:trPr>
          <w:jc w:val="center"/>
        </w:trPr>
        <w:tc>
          <w:tcPr>
            <w:tcW w:w="936" w:type="dxa"/>
            <w:tcBorders>
              <w:top w:val="single" w:sz="8" w:space="0" w:color="000000"/>
              <w:left w:val="single" w:sz="8" w:space="0" w:color="000000"/>
              <w:bottom w:val="single" w:sz="8" w:space="0" w:color="000000"/>
              <w:right w:val="single" w:sz="8" w:space="0" w:color="000000"/>
            </w:tcBorders>
            <w:shd w:val="clear" w:color="auto" w:fill="000000"/>
            <w:tcMar>
              <w:top w:w="80" w:type="dxa"/>
              <w:left w:w="110" w:type="dxa"/>
              <w:bottom w:w="80" w:type="dxa"/>
              <w:right w:w="110" w:type="dxa"/>
            </w:tcMar>
          </w:tcPr>
          <w:p w14:paraId="44B11513" w14:textId="77777777" w:rsidR="002704E0" w:rsidRPr="002704E0" w:rsidRDefault="002704E0" w:rsidP="00E437A4">
            <w:pPr>
              <w:jc w:val="center"/>
              <w:rPr>
                <w:sz w:val="18"/>
                <w:szCs w:val="20"/>
                <w:lang w:val="pl-PL"/>
              </w:rPr>
            </w:pPr>
            <w:r w:rsidRPr="002704E0">
              <w:rPr>
                <w:b/>
                <w:color w:val="FFFFFF"/>
                <w:sz w:val="36"/>
                <w:szCs w:val="20"/>
                <w:lang w:val="pl-PL"/>
              </w:rPr>
              <w:t>6</w:t>
            </w:r>
          </w:p>
        </w:tc>
        <w:tc>
          <w:tcPr>
            <w:tcW w:w="14256" w:type="dxa"/>
            <w:tcBorders>
              <w:top w:val="single" w:sz="8" w:space="0" w:color="000000"/>
              <w:left w:val="single" w:sz="8" w:space="0" w:color="000000"/>
              <w:bottom w:val="single" w:sz="8" w:space="0" w:color="000000"/>
              <w:right w:val="single" w:sz="8" w:space="0" w:color="000000"/>
            </w:tcBorders>
            <w:tcMar>
              <w:top w:w="80" w:type="dxa"/>
              <w:left w:w="110" w:type="dxa"/>
              <w:bottom w:w="80" w:type="dxa"/>
              <w:right w:w="110" w:type="dxa"/>
            </w:tcMar>
          </w:tcPr>
          <w:p w14:paraId="58824E58" w14:textId="77777777" w:rsidR="002704E0" w:rsidRPr="002704E0" w:rsidRDefault="002704E0" w:rsidP="00E437A4">
            <w:pPr>
              <w:rPr>
                <w:sz w:val="18"/>
                <w:szCs w:val="20"/>
                <w:lang w:val="pl-PL"/>
              </w:rPr>
            </w:pPr>
            <w:r w:rsidRPr="002704E0">
              <w:rPr>
                <w:b/>
                <w:color w:val="000000"/>
                <w:sz w:val="28"/>
                <w:szCs w:val="20"/>
                <w:lang w:val="pl-PL"/>
              </w:rPr>
              <w:t>MONITOROWANIE AKTYWNOŚCI I SPRAWNOŚCI FIZYCZNEJ</w:t>
            </w:r>
          </w:p>
          <w:p w14:paraId="1A047B02" w14:textId="77777777" w:rsidR="002704E0" w:rsidRPr="002704E0" w:rsidRDefault="002704E0" w:rsidP="00E437A4">
            <w:pPr>
              <w:rPr>
                <w:sz w:val="18"/>
                <w:szCs w:val="20"/>
                <w:lang w:val="pl-PL"/>
              </w:rPr>
            </w:pPr>
            <w:r w:rsidRPr="002704E0">
              <w:rPr>
                <w:i/>
                <w:color w:val="333333"/>
                <w:sz w:val="16"/>
                <w:szCs w:val="20"/>
                <w:lang w:val="pl-PL"/>
              </w:rPr>
              <w:t>Samodzielne wykonanie prób, porównanie własnych wyników w czasie i planowanie postępu.</w:t>
            </w:r>
            <w:r w:rsidRPr="0009332E">
              <w:rPr>
                <w:b/>
                <w:color w:val="4B4B4B"/>
                <w:sz w:val="12"/>
                <w:lang w:val="pl-PL"/>
              </w:rPr>
              <w:t xml:space="preserve">  </w:t>
            </w:r>
            <w:proofErr w:type="gramStart"/>
            <w:r>
              <w:rPr>
                <w:b/>
                <w:color w:val="4B4B4B"/>
                <w:sz w:val="12"/>
              </w:rPr>
              <w:t>|  PODSTAWA</w:t>
            </w:r>
            <w:proofErr w:type="gramEnd"/>
            <w:r>
              <w:rPr>
                <w:b/>
                <w:color w:val="4B4B4B"/>
                <w:sz w:val="12"/>
              </w:rPr>
              <w:t xml:space="preserve">: </w:t>
            </w:r>
            <w:r>
              <w:rPr>
                <w:i/>
                <w:color w:val="4B4B4B"/>
                <w:sz w:val="12"/>
              </w:rPr>
              <w:t>PP 2017/2025, WF kl. V–VI, VI.</w:t>
            </w:r>
          </w:p>
        </w:tc>
      </w:tr>
    </w:tbl>
    <w:p w14:paraId="6248BFB6" w14:textId="77777777" w:rsidR="002704E0" w:rsidRPr="002704E0" w:rsidRDefault="002704E0" w:rsidP="002704E0">
      <w:pPr>
        <w:rPr>
          <w:sz w:val="18"/>
          <w:szCs w:val="20"/>
          <w:lang w:val="pl-PL"/>
        </w:rPr>
      </w:pPr>
    </w:p>
    <w:tbl>
      <w:tblPr>
        <w:tblW w:w="0" w:type="auto"/>
        <w:jc w:val="center"/>
        <w:tblLayout w:type="fixed"/>
        <w:tblLook w:val="04A0" w:firstRow="1" w:lastRow="0" w:firstColumn="1" w:lastColumn="0" w:noHBand="0" w:noVBand="1"/>
      </w:tblPr>
      <w:tblGrid>
        <w:gridCol w:w="5256"/>
        <w:gridCol w:w="4968"/>
        <w:gridCol w:w="4968"/>
      </w:tblGrid>
      <w:tr w:rsidR="002704E0" w:rsidRPr="00047F0F" w14:paraId="6E4A90CE" w14:textId="77777777" w:rsidTr="00E437A4">
        <w:trPr>
          <w:jc w:val="center"/>
        </w:trPr>
        <w:tc>
          <w:tcPr>
            <w:tcW w:w="5256" w:type="dxa"/>
            <w:tcBorders>
              <w:top w:val="single" w:sz="6" w:space="0" w:color="808080"/>
              <w:left w:val="single" w:sz="6" w:space="0" w:color="808080"/>
              <w:bottom w:val="single" w:sz="6" w:space="0" w:color="808080"/>
              <w:right w:val="single" w:sz="6" w:space="0" w:color="808080"/>
            </w:tcBorders>
            <w:shd w:val="clear" w:color="auto" w:fill="F2F2F2"/>
            <w:tcMar>
              <w:top w:w="70" w:type="dxa"/>
              <w:left w:w="95" w:type="dxa"/>
              <w:bottom w:w="70" w:type="dxa"/>
              <w:right w:w="95" w:type="dxa"/>
            </w:tcMar>
          </w:tcPr>
          <w:p w14:paraId="1BEF8C40" w14:textId="77777777" w:rsidR="002704E0" w:rsidRPr="002704E0" w:rsidRDefault="002704E0" w:rsidP="00E437A4">
            <w:pPr>
              <w:spacing w:after="40"/>
              <w:rPr>
                <w:sz w:val="18"/>
                <w:szCs w:val="20"/>
                <w:lang w:val="pl-PL"/>
              </w:rPr>
            </w:pPr>
            <w:r w:rsidRPr="002704E0">
              <w:rPr>
                <w:b/>
                <w:color w:val="000000"/>
                <w:sz w:val="14"/>
                <w:szCs w:val="20"/>
                <w:lang w:val="pl-PL"/>
              </w:rPr>
              <w:t>ZAKRES WYMAGANIA</w:t>
            </w:r>
          </w:p>
          <w:p w14:paraId="4FE432A4" w14:textId="77777777" w:rsidR="002704E0" w:rsidRPr="002704E0" w:rsidRDefault="002704E0" w:rsidP="00E437A4">
            <w:pPr>
              <w:pStyle w:val="Listapunktowana"/>
              <w:spacing w:after="22" w:line="245" w:lineRule="auto"/>
              <w:ind w:left="158" w:hanging="130"/>
              <w:rPr>
                <w:sz w:val="18"/>
                <w:szCs w:val="20"/>
                <w:lang w:val="pl-PL"/>
              </w:rPr>
            </w:pPr>
            <w:r w:rsidRPr="002704E0">
              <w:rPr>
                <w:color w:val="000000"/>
                <w:sz w:val="12"/>
                <w:szCs w:val="20"/>
                <w:lang w:val="pl-PL"/>
              </w:rPr>
              <w:t>wykonuje testy pozwalające ocenić szybkość, wytrzymałość tlenową, siłę i gibkość</w:t>
            </w:r>
          </w:p>
          <w:p w14:paraId="00778AAF" w14:textId="77777777" w:rsidR="002704E0" w:rsidRPr="002704E0" w:rsidRDefault="002704E0" w:rsidP="00E437A4">
            <w:pPr>
              <w:pStyle w:val="Listapunktowana"/>
              <w:spacing w:after="22" w:line="245" w:lineRule="auto"/>
              <w:ind w:left="158" w:hanging="130"/>
              <w:rPr>
                <w:sz w:val="18"/>
                <w:szCs w:val="20"/>
                <w:lang w:val="pl-PL"/>
              </w:rPr>
            </w:pPr>
            <w:r w:rsidRPr="002704E0">
              <w:rPr>
                <w:color w:val="000000"/>
                <w:sz w:val="12"/>
                <w:szCs w:val="20"/>
                <w:lang w:val="pl-PL"/>
              </w:rPr>
              <w:t>wykonuje próbę zgodnie z instrukcją i zasadami bezpieczeństwa</w:t>
            </w:r>
          </w:p>
          <w:p w14:paraId="05100B88" w14:textId="77777777" w:rsidR="002704E0" w:rsidRPr="002704E0" w:rsidRDefault="002704E0" w:rsidP="00E437A4">
            <w:pPr>
              <w:pStyle w:val="Listapunktowana"/>
              <w:spacing w:after="22" w:line="245" w:lineRule="auto"/>
              <w:ind w:left="158" w:hanging="130"/>
              <w:rPr>
                <w:sz w:val="18"/>
                <w:szCs w:val="20"/>
                <w:lang w:val="pl-PL"/>
              </w:rPr>
            </w:pPr>
            <w:r w:rsidRPr="002704E0">
              <w:rPr>
                <w:color w:val="000000"/>
                <w:sz w:val="12"/>
                <w:szCs w:val="20"/>
                <w:lang w:val="pl-PL"/>
              </w:rPr>
              <w:t>zapisuje wynik z właściwą jednostką</w:t>
            </w:r>
          </w:p>
          <w:p w14:paraId="53971D79" w14:textId="77777777" w:rsidR="002704E0" w:rsidRPr="002704E0" w:rsidRDefault="002704E0" w:rsidP="00E437A4">
            <w:pPr>
              <w:pStyle w:val="Listapunktowana"/>
              <w:spacing w:after="22" w:line="245" w:lineRule="auto"/>
              <w:ind w:left="158" w:hanging="130"/>
              <w:rPr>
                <w:sz w:val="18"/>
                <w:szCs w:val="20"/>
                <w:lang w:val="pl-PL"/>
              </w:rPr>
            </w:pPr>
            <w:r w:rsidRPr="002704E0">
              <w:rPr>
                <w:color w:val="000000"/>
                <w:sz w:val="12"/>
                <w:szCs w:val="20"/>
                <w:lang w:val="pl-PL"/>
              </w:rPr>
              <w:t>z pomocą nauczyciela interpretuje wynik i wskazuje mocną stronę oraz obszar rozwoju</w:t>
            </w:r>
          </w:p>
        </w:tc>
        <w:tc>
          <w:tcPr>
            <w:tcW w:w="4968" w:type="dxa"/>
            <w:tcBorders>
              <w:top w:val="single" w:sz="6" w:space="0" w:color="808080"/>
              <w:left w:val="single" w:sz="6" w:space="0" w:color="808080"/>
              <w:bottom w:val="single" w:sz="6" w:space="0" w:color="808080"/>
              <w:right w:val="single" w:sz="6" w:space="0" w:color="808080"/>
            </w:tcBorders>
            <w:shd w:val="clear" w:color="auto" w:fill="E7E6E6"/>
            <w:tcMar>
              <w:top w:w="70" w:type="dxa"/>
              <w:left w:w="95" w:type="dxa"/>
              <w:bottom w:w="70" w:type="dxa"/>
              <w:right w:w="95" w:type="dxa"/>
            </w:tcMar>
          </w:tcPr>
          <w:p w14:paraId="675291B7" w14:textId="77777777" w:rsidR="002704E0" w:rsidRPr="002704E0" w:rsidRDefault="002704E0" w:rsidP="00E437A4">
            <w:pPr>
              <w:spacing w:after="40"/>
              <w:rPr>
                <w:sz w:val="18"/>
                <w:szCs w:val="20"/>
                <w:lang w:val="pl-PL"/>
              </w:rPr>
            </w:pPr>
            <w:r w:rsidRPr="002704E0">
              <w:rPr>
                <w:b/>
                <w:color w:val="000000"/>
                <w:sz w:val="14"/>
                <w:szCs w:val="20"/>
                <w:lang w:val="pl-PL"/>
              </w:rPr>
              <w:t>KRYTERIA SUKCESU</w:t>
            </w:r>
          </w:p>
          <w:p w14:paraId="65AD0381" w14:textId="77777777" w:rsidR="002704E0" w:rsidRPr="002704E0" w:rsidRDefault="002704E0" w:rsidP="00E437A4">
            <w:pPr>
              <w:pStyle w:val="Listapunktowana"/>
              <w:spacing w:after="22" w:line="245" w:lineRule="auto"/>
              <w:ind w:left="158" w:hanging="130"/>
              <w:rPr>
                <w:sz w:val="18"/>
                <w:szCs w:val="20"/>
                <w:lang w:val="pl-PL"/>
              </w:rPr>
            </w:pPr>
            <w:r w:rsidRPr="002704E0">
              <w:rPr>
                <w:color w:val="000000"/>
                <w:sz w:val="12"/>
                <w:szCs w:val="20"/>
                <w:lang w:val="pl-PL"/>
              </w:rPr>
              <w:t>wykonuje próbę zgodnie z instrukcją i zasadami bezpieczeństwa</w:t>
            </w:r>
          </w:p>
          <w:p w14:paraId="396C4687" w14:textId="77777777" w:rsidR="002704E0" w:rsidRPr="002704E0" w:rsidRDefault="002704E0" w:rsidP="00E437A4">
            <w:pPr>
              <w:pStyle w:val="Listapunktowana"/>
              <w:spacing w:after="22" w:line="245" w:lineRule="auto"/>
              <w:ind w:left="158" w:hanging="130"/>
              <w:rPr>
                <w:sz w:val="18"/>
                <w:szCs w:val="20"/>
                <w:lang w:val="pl-PL"/>
              </w:rPr>
            </w:pPr>
            <w:r w:rsidRPr="002704E0">
              <w:rPr>
                <w:color w:val="000000"/>
                <w:sz w:val="12"/>
                <w:szCs w:val="20"/>
                <w:lang w:val="pl-PL"/>
              </w:rPr>
              <w:t>zapisuje wynik, jednostkę i warunki pomiaru</w:t>
            </w:r>
          </w:p>
          <w:p w14:paraId="09DA7AA5" w14:textId="77777777" w:rsidR="002704E0" w:rsidRPr="002704E0" w:rsidRDefault="002704E0" w:rsidP="00E437A4">
            <w:pPr>
              <w:pStyle w:val="Listapunktowana"/>
              <w:spacing w:after="22" w:line="245" w:lineRule="auto"/>
              <w:ind w:left="158" w:hanging="130"/>
              <w:rPr>
                <w:sz w:val="18"/>
                <w:szCs w:val="20"/>
                <w:lang w:val="pl-PL"/>
              </w:rPr>
            </w:pPr>
            <w:r w:rsidRPr="002704E0">
              <w:rPr>
                <w:color w:val="000000"/>
                <w:sz w:val="12"/>
                <w:szCs w:val="20"/>
                <w:lang w:val="pl-PL"/>
              </w:rPr>
              <w:t>porównuje własne wyniki w czasie</w:t>
            </w:r>
          </w:p>
          <w:p w14:paraId="1D9FB800" w14:textId="77777777" w:rsidR="002704E0" w:rsidRPr="002704E0" w:rsidRDefault="002704E0" w:rsidP="00E437A4">
            <w:pPr>
              <w:pStyle w:val="Listapunktowana"/>
              <w:spacing w:after="22" w:line="245" w:lineRule="auto"/>
              <w:ind w:left="158" w:hanging="130"/>
              <w:rPr>
                <w:sz w:val="18"/>
                <w:szCs w:val="20"/>
                <w:lang w:val="pl-PL"/>
              </w:rPr>
            </w:pPr>
            <w:r w:rsidRPr="002704E0">
              <w:rPr>
                <w:color w:val="000000"/>
                <w:sz w:val="12"/>
                <w:szCs w:val="20"/>
                <w:lang w:val="pl-PL"/>
              </w:rPr>
              <w:t>rozpoznaje czynniki wpływające na rezultat</w:t>
            </w:r>
          </w:p>
          <w:p w14:paraId="1362AA59" w14:textId="77777777" w:rsidR="002704E0" w:rsidRPr="002704E0" w:rsidRDefault="002704E0" w:rsidP="00E437A4">
            <w:pPr>
              <w:pStyle w:val="Listapunktowana"/>
              <w:spacing w:after="22" w:line="245" w:lineRule="auto"/>
              <w:ind w:left="158" w:hanging="130"/>
              <w:rPr>
                <w:sz w:val="18"/>
                <w:szCs w:val="20"/>
                <w:lang w:val="pl-PL"/>
              </w:rPr>
            </w:pPr>
            <w:r w:rsidRPr="002704E0">
              <w:rPr>
                <w:color w:val="000000"/>
                <w:sz w:val="12"/>
                <w:szCs w:val="20"/>
                <w:lang w:val="pl-PL"/>
              </w:rPr>
              <w:t>wyznacza osiągalny cel i sposób monitorowania</w:t>
            </w:r>
          </w:p>
        </w:tc>
        <w:tc>
          <w:tcPr>
            <w:tcW w:w="4968" w:type="dxa"/>
            <w:tcBorders>
              <w:top w:val="single" w:sz="6" w:space="0" w:color="808080"/>
              <w:left w:val="single" w:sz="6" w:space="0" w:color="808080"/>
              <w:bottom w:val="single" w:sz="6" w:space="0" w:color="808080"/>
              <w:right w:val="single" w:sz="6" w:space="0" w:color="808080"/>
            </w:tcBorders>
            <w:shd w:val="clear" w:color="auto" w:fill="F2F2F2"/>
            <w:tcMar>
              <w:top w:w="70" w:type="dxa"/>
              <w:left w:w="95" w:type="dxa"/>
              <w:bottom w:w="70" w:type="dxa"/>
              <w:right w:w="95" w:type="dxa"/>
            </w:tcMar>
          </w:tcPr>
          <w:p w14:paraId="4B2DE3B6" w14:textId="77777777" w:rsidR="002704E0" w:rsidRPr="002704E0" w:rsidRDefault="002704E0" w:rsidP="00E437A4">
            <w:pPr>
              <w:spacing w:after="40"/>
              <w:rPr>
                <w:sz w:val="18"/>
                <w:szCs w:val="20"/>
                <w:lang w:val="pl-PL"/>
              </w:rPr>
            </w:pPr>
            <w:r w:rsidRPr="002704E0">
              <w:rPr>
                <w:b/>
                <w:color w:val="000000"/>
                <w:sz w:val="14"/>
                <w:szCs w:val="20"/>
                <w:lang w:val="pl-PL"/>
              </w:rPr>
              <w:t>MOŻLIWE DOWODY OSIĄGNIĘCIA UMIEJĘTNOŚCI</w:t>
            </w:r>
          </w:p>
          <w:p w14:paraId="3A858C9E" w14:textId="77777777" w:rsidR="002704E0" w:rsidRPr="002704E0" w:rsidRDefault="002704E0" w:rsidP="00E437A4">
            <w:pPr>
              <w:spacing w:after="30"/>
              <w:rPr>
                <w:sz w:val="18"/>
                <w:szCs w:val="20"/>
                <w:lang w:val="pl-PL"/>
              </w:rPr>
            </w:pPr>
            <w:r w:rsidRPr="002704E0">
              <w:rPr>
                <w:i/>
                <w:color w:val="333333"/>
                <w:sz w:val="12"/>
                <w:szCs w:val="20"/>
                <w:lang w:val="pl-PL"/>
              </w:rPr>
              <w:t>Uczeń może pokazać tę umiejętność między innymi poprzez:</w:t>
            </w:r>
          </w:p>
          <w:p w14:paraId="30705886" w14:textId="77777777" w:rsidR="002704E0" w:rsidRPr="002704E0" w:rsidRDefault="002704E0" w:rsidP="00E437A4">
            <w:pPr>
              <w:pStyle w:val="Listapunktowana"/>
              <w:spacing w:after="22" w:line="245" w:lineRule="auto"/>
              <w:ind w:left="158" w:hanging="130"/>
              <w:rPr>
                <w:sz w:val="18"/>
                <w:szCs w:val="20"/>
                <w:lang w:val="pl-PL"/>
              </w:rPr>
            </w:pPr>
            <w:r w:rsidRPr="002704E0">
              <w:rPr>
                <w:color w:val="000000"/>
                <w:sz w:val="12"/>
                <w:szCs w:val="20"/>
                <w:lang w:val="pl-PL"/>
              </w:rPr>
              <w:t>Wykonanie: wybrana próba szybkości, wytrzymałości, siły lub gibkości</w:t>
            </w:r>
          </w:p>
          <w:p w14:paraId="6100DF53" w14:textId="77777777" w:rsidR="002704E0" w:rsidRPr="002704E0" w:rsidRDefault="002704E0" w:rsidP="00E437A4">
            <w:pPr>
              <w:pStyle w:val="Listapunktowana"/>
              <w:spacing w:after="22" w:line="245" w:lineRule="auto"/>
              <w:ind w:left="158" w:hanging="130"/>
              <w:rPr>
                <w:sz w:val="18"/>
                <w:szCs w:val="20"/>
                <w:lang w:val="pl-PL"/>
              </w:rPr>
            </w:pPr>
            <w:r w:rsidRPr="002704E0">
              <w:rPr>
                <w:color w:val="000000"/>
                <w:sz w:val="12"/>
                <w:szCs w:val="20"/>
                <w:lang w:val="pl-PL"/>
              </w:rPr>
              <w:t>Dokumentacja: karta pomiaru, tabela wyników lub wykres własnego postępu</w:t>
            </w:r>
          </w:p>
          <w:p w14:paraId="79845A66" w14:textId="77777777" w:rsidR="002704E0" w:rsidRPr="002704E0" w:rsidRDefault="002704E0" w:rsidP="00E437A4">
            <w:pPr>
              <w:pStyle w:val="Listapunktowana"/>
              <w:spacing w:after="22" w:line="245" w:lineRule="auto"/>
              <w:ind w:left="158" w:hanging="130"/>
              <w:rPr>
                <w:sz w:val="18"/>
                <w:szCs w:val="20"/>
                <w:lang w:val="pl-PL"/>
              </w:rPr>
            </w:pPr>
            <w:r w:rsidRPr="002704E0">
              <w:rPr>
                <w:color w:val="000000"/>
                <w:sz w:val="12"/>
                <w:szCs w:val="20"/>
                <w:lang w:val="pl-PL"/>
              </w:rPr>
              <w:t>Wypowiedź: omówienie czynników wpływających na wynik</w:t>
            </w:r>
          </w:p>
          <w:p w14:paraId="658D06CB" w14:textId="77777777" w:rsidR="002704E0" w:rsidRPr="002704E0" w:rsidRDefault="002704E0" w:rsidP="00E437A4">
            <w:pPr>
              <w:pStyle w:val="Listapunktowana"/>
              <w:spacing w:after="22" w:line="245" w:lineRule="auto"/>
              <w:ind w:left="158" w:hanging="130"/>
              <w:rPr>
                <w:sz w:val="18"/>
                <w:szCs w:val="20"/>
                <w:lang w:val="pl-PL"/>
              </w:rPr>
            </w:pPr>
            <w:r w:rsidRPr="002704E0">
              <w:rPr>
                <w:color w:val="000000"/>
                <w:sz w:val="12"/>
                <w:szCs w:val="20"/>
                <w:lang w:val="pl-PL"/>
              </w:rPr>
              <w:t>Refleksja: mocna strona, obszar rozwoju i kolejny krok</w:t>
            </w:r>
          </w:p>
        </w:tc>
      </w:tr>
    </w:tbl>
    <w:p w14:paraId="3DA220BA" w14:textId="77777777" w:rsidR="002704E0" w:rsidRPr="002704E0" w:rsidRDefault="002704E0" w:rsidP="002704E0">
      <w:pPr>
        <w:rPr>
          <w:sz w:val="18"/>
          <w:szCs w:val="20"/>
          <w:lang w:val="pl-PL"/>
        </w:rPr>
      </w:pPr>
    </w:p>
    <w:p w14:paraId="0FCE5D02" w14:textId="77777777" w:rsidR="002704E0" w:rsidRPr="002704E0" w:rsidRDefault="002704E0" w:rsidP="002704E0">
      <w:pPr>
        <w:spacing w:before="40" w:after="40"/>
        <w:rPr>
          <w:sz w:val="18"/>
          <w:szCs w:val="20"/>
          <w:lang w:val="pl-PL"/>
        </w:rPr>
      </w:pPr>
      <w:r w:rsidRPr="002704E0">
        <w:rPr>
          <w:b/>
          <w:color w:val="000000"/>
          <w:sz w:val="18"/>
          <w:szCs w:val="20"/>
          <w:lang w:val="pl-PL"/>
        </w:rPr>
        <w:t>SKALA OSIĄGNIĘĆ 2–6</w:t>
      </w:r>
    </w:p>
    <w:tbl>
      <w:tblPr>
        <w:tblW w:w="0" w:type="auto"/>
        <w:jc w:val="center"/>
        <w:tblLayout w:type="fixed"/>
        <w:tblLook w:val="04A0" w:firstRow="1" w:lastRow="0" w:firstColumn="1" w:lastColumn="0" w:noHBand="0" w:noVBand="1"/>
      </w:tblPr>
      <w:tblGrid>
        <w:gridCol w:w="3038"/>
        <w:gridCol w:w="3038"/>
        <w:gridCol w:w="3038"/>
        <w:gridCol w:w="3038"/>
        <w:gridCol w:w="3038"/>
      </w:tblGrid>
      <w:tr w:rsidR="002704E0" w:rsidRPr="002704E0" w14:paraId="2012A213" w14:textId="77777777" w:rsidTr="00E437A4">
        <w:trPr>
          <w:tblHeader/>
          <w:jc w:val="center"/>
        </w:trPr>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7AD2DC9B" w14:textId="77777777" w:rsidR="002704E0" w:rsidRPr="002704E0" w:rsidRDefault="002704E0" w:rsidP="00E437A4">
            <w:pPr>
              <w:jc w:val="center"/>
              <w:rPr>
                <w:sz w:val="18"/>
                <w:szCs w:val="20"/>
                <w:lang w:val="pl-PL"/>
              </w:rPr>
            </w:pPr>
            <w:r w:rsidRPr="002704E0">
              <w:rPr>
                <w:b/>
                <w:color w:val="000000"/>
                <w:sz w:val="24"/>
                <w:szCs w:val="20"/>
                <w:lang w:val="pl-PL"/>
              </w:rPr>
              <w:t>2</w:t>
            </w:r>
          </w:p>
          <w:p w14:paraId="06662012" w14:textId="77777777" w:rsidR="002704E0" w:rsidRPr="002704E0" w:rsidRDefault="002704E0" w:rsidP="00E437A4">
            <w:pPr>
              <w:spacing w:line="216" w:lineRule="auto"/>
              <w:jc w:val="center"/>
              <w:rPr>
                <w:sz w:val="18"/>
                <w:szCs w:val="20"/>
                <w:lang w:val="pl-PL"/>
              </w:rPr>
            </w:pPr>
            <w:r w:rsidRPr="002704E0">
              <w:rPr>
                <w:b/>
                <w:color w:val="000000"/>
                <w:sz w:val="11"/>
                <w:szCs w:val="20"/>
                <w:lang w:val="pl-PL"/>
              </w:rPr>
              <w:t>Z POMOCĄ</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16E90C76" w14:textId="77777777" w:rsidR="002704E0" w:rsidRPr="002704E0" w:rsidRDefault="002704E0" w:rsidP="00E437A4">
            <w:pPr>
              <w:jc w:val="center"/>
              <w:rPr>
                <w:sz w:val="18"/>
                <w:szCs w:val="20"/>
                <w:lang w:val="pl-PL"/>
              </w:rPr>
            </w:pPr>
            <w:r w:rsidRPr="002704E0">
              <w:rPr>
                <w:b/>
                <w:color w:val="000000"/>
                <w:sz w:val="24"/>
                <w:szCs w:val="20"/>
                <w:lang w:val="pl-PL"/>
              </w:rPr>
              <w:t>3</w:t>
            </w:r>
          </w:p>
          <w:p w14:paraId="058FCE02" w14:textId="77777777" w:rsidR="002704E0" w:rsidRPr="002704E0" w:rsidRDefault="002704E0" w:rsidP="00E437A4">
            <w:pPr>
              <w:spacing w:line="216" w:lineRule="auto"/>
              <w:jc w:val="center"/>
              <w:rPr>
                <w:sz w:val="18"/>
                <w:szCs w:val="20"/>
                <w:lang w:val="pl-PL"/>
              </w:rPr>
            </w:pPr>
            <w:r w:rsidRPr="002704E0">
              <w:rPr>
                <w:b/>
                <w:color w:val="000000"/>
                <w:sz w:val="11"/>
                <w:szCs w:val="20"/>
                <w:lang w:val="pl-PL"/>
              </w:rPr>
              <w:t>SAMODZIELNIE</w:t>
            </w:r>
            <w:r w:rsidRPr="002704E0">
              <w:rPr>
                <w:b/>
                <w:color w:val="000000"/>
                <w:sz w:val="11"/>
                <w:szCs w:val="20"/>
                <w:lang w:val="pl-PL"/>
              </w:rPr>
              <w:br/>
              <w:t>W TYPOWEJ SYTUACJI</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78DECC9C" w14:textId="77777777" w:rsidR="002704E0" w:rsidRPr="002704E0" w:rsidRDefault="002704E0" w:rsidP="00E437A4">
            <w:pPr>
              <w:jc w:val="center"/>
              <w:rPr>
                <w:sz w:val="18"/>
                <w:szCs w:val="20"/>
                <w:lang w:val="pl-PL"/>
              </w:rPr>
            </w:pPr>
            <w:r w:rsidRPr="002704E0">
              <w:rPr>
                <w:b/>
                <w:color w:val="000000"/>
                <w:sz w:val="24"/>
                <w:szCs w:val="20"/>
                <w:lang w:val="pl-PL"/>
              </w:rPr>
              <w:t>4</w:t>
            </w:r>
          </w:p>
          <w:p w14:paraId="165C6B1E" w14:textId="77777777" w:rsidR="002704E0" w:rsidRPr="002704E0" w:rsidRDefault="002704E0" w:rsidP="00E437A4">
            <w:pPr>
              <w:spacing w:line="216" w:lineRule="auto"/>
              <w:jc w:val="center"/>
              <w:rPr>
                <w:sz w:val="18"/>
                <w:szCs w:val="20"/>
                <w:lang w:val="pl-PL"/>
              </w:rPr>
            </w:pPr>
            <w:r w:rsidRPr="002704E0">
              <w:rPr>
                <w:b/>
                <w:color w:val="000000"/>
                <w:sz w:val="11"/>
                <w:szCs w:val="20"/>
                <w:lang w:val="pl-PL"/>
              </w:rPr>
              <w:t>POPRAWNIE</w:t>
            </w:r>
            <w:r w:rsidRPr="002704E0">
              <w:rPr>
                <w:b/>
                <w:color w:val="000000"/>
                <w:sz w:val="11"/>
                <w:szCs w:val="20"/>
                <w:lang w:val="pl-PL"/>
              </w:rPr>
              <w:br/>
              <w:t>I ŚWIADOMIE</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72862DD8" w14:textId="77777777" w:rsidR="002704E0" w:rsidRPr="002704E0" w:rsidRDefault="002704E0" w:rsidP="00E437A4">
            <w:pPr>
              <w:jc w:val="center"/>
              <w:rPr>
                <w:sz w:val="18"/>
                <w:szCs w:val="20"/>
                <w:lang w:val="pl-PL"/>
              </w:rPr>
            </w:pPr>
            <w:r w:rsidRPr="002704E0">
              <w:rPr>
                <w:b/>
                <w:color w:val="000000"/>
                <w:sz w:val="24"/>
                <w:szCs w:val="20"/>
                <w:lang w:val="pl-PL"/>
              </w:rPr>
              <w:t>5</w:t>
            </w:r>
          </w:p>
          <w:p w14:paraId="2099B068" w14:textId="77777777" w:rsidR="002704E0" w:rsidRPr="002704E0" w:rsidRDefault="002704E0" w:rsidP="00E437A4">
            <w:pPr>
              <w:spacing w:line="216" w:lineRule="auto"/>
              <w:jc w:val="center"/>
              <w:rPr>
                <w:sz w:val="18"/>
                <w:szCs w:val="20"/>
                <w:lang w:val="pl-PL"/>
              </w:rPr>
            </w:pPr>
            <w:r w:rsidRPr="002704E0">
              <w:rPr>
                <w:b/>
                <w:color w:val="000000"/>
                <w:sz w:val="11"/>
                <w:szCs w:val="20"/>
                <w:lang w:val="pl-PL"/>
              </w:rPr>
              <w:t>SPRAWNIE, SAMODZIELNIE</w:t>
            </w:r>
            <w:r w:rsidRPr="002704E0">
              <w:rPr>
                <w:b/>
                <w:color w:val="000000"/>
                <w:sz w:val="11"/>
                <w:szCs w:val="20"/>
                <w:lang w:val="pl-PL"/>
              </w:rPr>
              <w:br/>
              <w:t>I CELOWO</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43113FDA" w14:textId="77777777" w:rsidR="002704E0" w:rsidRPr="002704E0" w:rsidRDefault="002704E0" w:rsidP="00E437A4">
            <w:pPr>
              <w:jc w:val="center"/>
              <w:rPr>
                <w:sz w:val="18"/>
                <w:szCs w:val="20"/>
                <w:lang w:val="pl-PL"/>
              </w:rPr>
            </w:pPr>
            <w:r w:rsidRPr="002704E0">
              <w:rPr>
                <w:b/>
                <w:color w:val="000000"/>
                <w:sz w:val="24"/>
                <w:szCs w:val="20"/>
                <w:lang w:val="pl-PL"/>
              </w:rPr>
              <w:t>6</w:t>
            </w:r>
          </w:p>
          <w:p w14:paraId="07CB5F45" w14:textId="77777777" w:rsidR="002704E0" w:rsidRPr="002704E0" w:rsidRDefault="002704E0" w:rsidP="00E437A4">
            <w:pPr>
              <w:spacing w:line="216" w:lineRule="auto"/>
              <w:jc w:val="center"/>
              <w:rPr>
                <w:sz w:val="18"/>
                <w:szCs w:val="20"/>
                <w:lang w:val="pl-PL"/>
              </w:rPr>
            </w:pPr>
            <w:r w:rsidRPr="002704E0">
              <w:rPr>
                <w:b/>
                <w:color w:val="000000"/>
                <w:sz w:val="11"/>
                <w:szCs w:val="20"/>
                <w:lang w:val="pl-PL"/>
              </w:rPr>
              <w:t>TWÓRCZO</w:t>
            </w:r>
            <w:r w:rsidRPr="002704E0">
              <w:rPr>
                <w:b/>
                <w:color w:val="000000"/>
                <w:sz w:val="11"/>
                <w:szCs w:val="20"/>
                <w:lang w:val="pl-PL"/>
              </w:rPr>
              <w:br/>
              <w:t>I ODPOWIEDZIALNIE</w:t>
            </w:r>
          </w:p>
        </w:tc>
      </w:tr>
      <w:tr w:rsidR="002704E0" w:rsidRPr="002704E0" w14:paraId="7E5B68F1" w14:textId="77777777" w:rsidTr="00E437A4">
        <w:trPr>
          <w:cantSplit/>
          <w:jc w:val="center"/>
        </w:trPr>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05E07BBD" w14:textId="77777777" w:rsidR="002704E0" w:rsidRPr="002704E0" w:rsidRDefault="002704E0" w:rsidP="00E437A4">
            <w:pPr>
              <w:pStyle w:val="Listapunktowana"/>
              <w:spacing w:after="36" w:line="245" w:lineRule="auto"/>
              <w:ind w:left="158" w:hanging="130"/>
              <w:rPr>
                <w:sz w:val="18"/>
                <w:szCs w:val="20"/>
                <w:lang w:val="pl-PL"/>
              </w:rPr>
            </w:pPr>
            <w:r w:rsidRPr="002704E0">
              <w:rPr>
                <w:color w:val="000000"/>
                <w:sz w:val="12"/>
                <w:szCs w:val="20"/>
                <w:lang w:val="pl-PL"/>
              </w:rPr>
              <w:t>z pomocą wykonuje próbę i zapisuje wynik</w:t>
            </w:r>
          </w:p>
          <w:p w14:paraId="0FF7A40E" w14:textId="77777777" w:rsidR="002704E0" w:rsidRPr="002704E0" w:rsidRDefault="002704E0" w:rsidP="00E437A4">
            <w:pPr>
              <w:pStyle w:val="Listapunktowana"/>
              <w:spacing w:after="36" w:line="245" w:lineRule="auto"/>
              <w:ind w:left="158" w:hanging="130"/>
              <w:rPr>
                <w:sz w:val="18"/>
                <w:szCs w:val="20"/>
                <w:lang w:val="pl-PL"/>
              </w:rPr>
            </w:pPr>
            <w:r w:rsidRPr="002704E0">
              <w:rPr>
                <w:color w:val="000000"/>
                <w:sz w:val="12"/>
                <w:szCs w:val="20"/>
                <w:lang w:val="pl-PL"/>
              </w:rPr>
              <w:t>rozpoznaje podstawową jednostkę</w:t>
            </w:r>
          </w:p>
          <w:p w14:paraId="2A5D6EE0" w14:textId="77777777" w:rsidR="002704E0" w:rsidRPr="002704E0" w:rsidRDefault="002704E0" w:rsidP="00E437A4">
            <w:pPr>
              <w:pStyle w:val="Listapunktowana"/>
              <w:spacing w:after="36" w:line="245" w:lineRule="auto"/>
              <w:ind w:left="158" w:hanging="130"/>
              <w:rPr>
                <w:sz w:val="18"/>
                <w:szCs w:val="20"/>
                <w:lang w:val="pl-PL"/>
              </w:rPr>
            </w:pPr>
            <w:r w:rsidRPr="002704E0">
              <w:rPr>
                <w:color w:val="000000"/>
                <w:sz w:val="12"/>
                <w:szCs w:val="20"/>
                <w:lang w:val="pl-PL"/>
              </w:rPr>
              <w:t>poprawia błąd po wskazaniu</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5D734D48" w14:textId="77777777" w:rsidR="002704E0" w:rsidRPr="002704E0" w:rsidRDefault="002704E0" w:rsidP="00E437A4">
            <w:pPr>
              <w:pStyle w:val="Listapunktowana"/>
              <w:spacing w:after="36" w:line="245" w:lineRule="auto"/>
              <w:ind w:left="158" w:hanging="130"/>
              <w:rPr>
                <w:sz w:val="18"/>
                <w:szCs w:val="20"/>
                <w:lang w:val="pl-PL"/>
              </w:rPr>
            </w:pPr>
            <w:r w:rsidRPr="002704E0">
              <w:rPr>
                <w:color w:val="000000"/>
                <w:sz w:val="12"/>
                <w:szCs w:val="20"/>
                <w:lang w:val="pl-PL"/>
              </w:rPr>
              <w:t>samodzielnie wykonuje typową próbę</w:t>
            </w:r>
          </w:p>
          <w:p w14:paraId="2B68AF0E" w14:textId="77777777" w:rsidR="002704E0" w:rsidRPr="002704E0" w:rsidRDefault="002704E0" w:rsidP="00E437A4">
            <w:pPr>
              <w:pStyle w:val="Listapunktowana"/>
              <w:spacing w:after="36" w:line="245" w:lineRule="auto"/>
              <w:ind w:left="158" w:hanging="130"/>
              <w:rPr>
                <w:sz w:val="18"/>
                <w:szCs w:val="20"/>
                <w:lang w:val="pl-PL"/>
              </w:rPr>
            </w:pPr>
            <w:r w:rsidRPr="002704E0">
              <w:rPr>
                <w:color w:val="000000"/>
                <w:sz w:val="12"/>
                <w:szCs w:val="20"/>
                <w:lang w:val="pl-PL"/>
              </w:rPr>
              <w:t>prowadzi czytelny zapis</w:t>
            </w:r>
          </w:p>
          <w:p w14:paraId="6A107524" w14:textId="77777777" w:rsidR="002704E0" w:rsidRPr="002704E0" w:rsidRDefault="002704E0" w:rsidP="00E437A4">
            <w:pPr>
              <w:pStyle w:val="Listapunktowana"/>
              <w:spacing w:after="36" w:line="245" w:lineRule="auto"/>
              <w:ind w:left="158" w:hanging="130"/>
              <w:rPr>
                <w:sz w:val="18"/>
                <w:szCs w:val="20"/>
                <w:lang w:val="pl-PL"/>
              </w:rPr>
            </w:pPr>
            <w:r w:rsidRPr="002704E0">
              <w:rPr>
                <w:color w:val="000000"/>
                <w:sz w:val="12"/>
                <w:szCs w:val="20"/>
                <w:lang w:val="pl-PL"/>
              </w:rPr>
              <w:t>wskazuje prostą zmianę własnego wyniku</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146AC3BE" w14:textId="77777777" w:rsidR="002704E0" w:rsidRPr="002704E0" w:rsidRDefault="002704E0" w:rsidP="00E437A4">
            <w:pPr>
              <w:pStyle w:val="Listapunktowana"/>
              <w:spacing w:after="36" w:line="245" w:lineRule="auto"/>
              <w:ind w:left="158" w:hanging="130"/>
              <w:rPr>
                <w:sz w:val="18"/>
                <w:szCs w:val="20"/>
                <w:lang w:val="pl-PL"/>
              </w:rPr>
            </w:pPr>
            <w:r w:rsidRPr="002704E0">
              <w:rPr>
                <w:color w:val="000000"/>
                <w:sz w:val="12"/>
                <w:szCs w:val="20"/>
                <w:lang w:val="pl-PL"/>
              </w:rPr>
              <w:t>poprawnie porównuje dane i wyjaśnia zależność</w:t>
            </w:r>
          </w:p>
          <w:p w14:paraId="5EE40572" w14:textId="77777777" w:rsidR="002704E0" w:rsidRPr="002704E0" w:rsidRDefault="002704E0" w:rsidP="00E437A4">
            <w:pPr>
              <w:pStyle w:val="Listapunktowana"/>
              <w:spacing w:after="36" w:line="245" w:lineRule="auto"/>
              <w:ind w:left="158" w:hanging="130"/>
              <w:rPr>
                <w:sz w:val="18"/>
                <w:szCs w:val="20"/>
                <w:lang w:val="pl-PL"/>
              </w:rPr>
            </w:pPr>
            <w:r w:rsidRPr="002704E0">
              <w:rPr>
                <w:color w:val="000000"/>
                <w:sz w:val="12"/>
                <w:szCs w:val="20"/>
                <w:lang w:val="pl-PL"/>
              </w:rPr>
              <w:t>dobiera realistyczny cel</w:t>
            </w:r>
          </w:p>
          <w:p w14:paraId="6CB1D3CF" w14:textId="77777777" w:rsidR="002704E0" w:rsidRPr="002704E0" w:rsidRDefault="002704E0" w:rsidP="00E437A4">
            <w:pPr>
              <w:pStyle w:val="Listapunktowana"/>
              <w:spacing w:after="36" w:line="245" w:lineRule="auto"/>
              <w:ind w:left="158" w:hanging="130"/>
              <w:rPr>
                <w:sz w:val="18"/>
                <w:szCs w:val="20"/>
                <w:lang w:val="pl-PL"/>
              </w:rPr>
            </w:pPr>
            <w:r w:rsidRPr="002704E0">
              <w:rPr>
                <w:color w:val="000000"/>
                <w:sz w:val="12"/>
                <w:szCs w:val="20"/>
                <w:lang w:val="pl-PL"/>
              </w:rPr>
              <w:t>monitoruje postęp bez porównywania osób</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7D178D87" w14:textId="77777777" w:rsidR="002704E0" w:rsidRPr="002704E0" w:rsidRDefault="002704E0" w:rsidP="00E437A4">
            <w:pPr>
              <w:pStyle w:val="Listapunktowana"/>
              <w:spacing w:after="36" w:line="245" w:lineRule="auto"/>
              <w:ind w:left="158" w:hanging="130"/>
              <w:rPr>
                <w:sz w:val="18"/>
                <w:szCs w:val="20"/>
                <w:lang w:val="pl-PL"/>
              </w:rPr>
            </w:pPr>
            <w:r w:rsidRPr="002704E0">
              <w:rPr>
                <w:color w:val="000000"/>
                <w:sz w:val="12"/>
                <w:szCs w:val="20"/>
                <w:lang w:val="pl-PL"/>
              </w:rPr>
              <w:t>ocenia wiarygodność i warunki pomiaru</w:t>
            </w:r>
          </w:p>
          <w:p w14:paraId="0B9D7273" w14:textId="77777777" w:rsidR="002704E0" w:rsidRPr="002704E0" w:rsidRDefault="002704E0" w:rsidP="00E437A4">
            <w:pPr>
              <w:pStyle w:val="Listapunktowana"/>
              <w:spacing w:after="36" w:line="245" w:lineRule="auto"/>
              <w:ind w:left="158" w:hanging="130"/>
              <w:rPr>
                <w:sz w:val="18"/>
                <w:szCs w:val="20"/>
                <w:lang w:val="pl-PL"/>
              </w:rPr>
            </w:pPr>
            <w:r w:rsidRPr="002704E0">
              <w:rPr>
                <w:color w:val="000000"/>
                <w:sz w:val="12"/>
                <w:szCs w:val="20"/>
                <w:lang w:val="pl-PL"/>
              </w:rPr>
              <w:t>analizuje wpływ kilku czynników</w:t>
            </w:r>
          </w:p>
          <w:p w14:paraId="323C69BD" w14:textId="77777777" w:rsidR="002704E0" w:rsidRPr="002704E0" w:rsidRDefault="002704E0" w:rsidP="00E437A4">
            <w:pPr>
              <w:pStyle w:val="Listapunktowana"/>
              <w:spacing w:after="36" w:line="245" w:lineRule="auto"/>
              <w:ind w:left="158" w:hanging="130"/>
              <w:rPr>
                <w:sz w:val="18"/>
                <w:szCs w:val="20"/>
                <w:lang w:val="pl-PL"/>
              </w:rPr>
            </w:pPr>
            <w:r w:rsidRPr="002704E0">
              <w:rPr>
                <w:color w:val="000000"/>
                <w:sz w:val="12"/>
                <w:szCs w:val="20"/>
                <w:lang w:val="pl-PL"/>
              </w:rPr>
              <w:t>uzasadnia plan dalszej pracy</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52B147D5" w14:textId="77777777" w:rsidR="002704E0" w:rsidRPr="002704E0" w:rsidRDefault="002704E0" w:rsidP="00E437A4">
            <w:pPr>
              <w:pStyle w:val="Listapunktowana"/>
              <w:spacing w:after="36" w:line="245" w:lineRule="auto"/>
              <w:ind w:left="158" w:hanging="130"/>
              <w:rPr>
                <w:sz w:val="18"/>
                <w:szCs w:val="20"/>
                <w:lang w:val="pl-PL"/>
              </w:rPr>
            </w:pPr>
            <w:r w:rsidRPr="002704E0">
              <w:rPr>
                <w:color w:val="000000"/>
                <w:sz w:val="12"/>
                <w:szCs w:val="20"/>
                <w:lang w:val="pl-PL"/>
              </w:rPr>
              <w:t>projektuje własny prosty system monitorowania</w:t>
            </w:r>
          </w:p>
          <w:p w14:paraId="761D9DDA" w14:textId="77777777" w:rsidR="002704E0" w:rsidRPr="002704E0" w:rsidRDefault="002704E0" w:rsidP="00E437A4">
            <w:pPr>
              <w:pStyle w:val="Listapunktowana"/>
              <w:spacing w:after="36" w:line="245" w:lineRule="auto"/>
              <w:ind w:left="158" w:hanging="130"/>
              <w:rPr>
                <w:sz w:val="18"/>
                <w:szCs w:val="20"/>
                <w:lang w:val="pl-PL"/>
              </w:rPr>
            </w:pPr>
            <w:r w:rsidRPr="002704E0">
              <w:rPr>
                <w:color w:val="000000"/>
                <w:sz w:val="12"/>
                <w:szCs w:val="20"/>
                <w:lang w:val="pl-PL"/>
              </w:rPr>
              <w:t>modyfikuje cel na podstawie danych</w:t>
            </w:r>
          </w:p>
          <w:p w14:paraId="693DAE7A" w14:textId="77777777" w:rsidR="002704E0" w:rsidRPr="002704E0" w:rsidRDefault="002704E0" w:rsidP="00E437A4">
            <w:pPr>
              <w:pStyle w:val="Listapunktowana"/>
              <w:spacing w:after="36" w:line="245" w:lineRule="auto"/>
              <w:ind w:left="158" w:hanging="130"/>
              <w:rPr>
                <w:sz w:val="18"/>
                <w:szCs w:val="20"/>
                <w:lang w:val="pl-PL"/>
              </w:rPr>
            </w:pPr>
            <w:r w:rsidRPr="002704E0">
              <w:rPr>
                <w:color w:val="000000"/>
                <w:sz w:val="12"/>
                <w:szCs w:val="20"/>
                <w:lang w:val="pl-PL"/>
              </w:rPr>
              <w:t>przedstawia pogłębiony, odpowiedzialny wniosek</w:t>
            </w:r>
          </w:p>
        </w:tc>
      </w:tr>
    </w:tbl>
    <w:p w14:paraId="13D5D19A" w14:textId="77777777" w:rsidR="002704E0" w:rsidRPr="002704E0" w:rsidRDefault="002704E0" w:rsidP="002704E0">
      <w:pPr>
        <w:spacing w:before="50"/>
        <w:rPr>
          <w:sz w:val="18"/>
          <w:szCs w:val="20"/>
          <w:lang w:val="pl-PL"/>
        </w:rPr>
      </w:pPr>
      <w:r w:rsidRPr="002704E0">
        <w:rPr>
          <w:b/>
          <w:color w:val="000000"/>
          <w:sz w:val="13"/>
          <w:szCs w:val="20"/>
          <w:lang w:val="pl-PL"/>
        </w:rPr>
        <w:t xml:space="preserve">Ważne: </w:t>
      </w:r>
      <w:r w:rsidRPr="002704E0">
        <w:rPr>
          <w:color w:val="000000"/>
          <w:sz w:val="13"/>
          <w:szCs w:val="20"/>
          <w:lang w:val="pl-PL"/>
        </w:rPr>
        <w:t>Wyniki testów służą diagnozie i planowaniu rozwoju; nie są bezpośrednim kryterium stopnia.</w:t>
      </w:r>
    </w:p>
    <w:p w14:paraId="0CD6B1BA" w14:textId="77777777" w:rsidR="00770552" w:rsidRPr="002704E0" w:rsidRDefault="002704E0">
      <w:pPr>
        <w:rPr>
          <w:sz w:val="18"/>
          <w:szCs w:val="20"/>
          <w:lang w:val="pl-PL"/>
        </w:rPr>
      </w:pPr>
      <w:r w:rsidRPr="002704E0">
        <w:rPr>
          <w:sz w:val="18"/>
          <w:szCs w:val="20"/>
          <w:lang w:val="pl-PL"/>
        </w:rPr>
        <w:br w:type="page"/>
      </w:r>
    </w:p>
    <w:tbl>
      <w:tblPr>
        <w:tblW w:w="0" w:type="auto"/>
        <w:jc w:val="center"/>
        <w:tblLayout w:type="fixed"/>
        <w:tblLook w:val="04A0" w:firstRow="1" w:lastRow="0" w:firstColumn="1" w:lastColumn="0" w:noHBand="0" w:noVBand="1"/>
      </w:tblPr>
      <w:tblGrid>
        <w:gridCol w:w="936"/>
        <w:gridCol w:w="14256"/>
      </w:tblGrid>
      <w:tr w:rsidR="00770552" w:rsidRPr="009A615A" w14:paraId="7316C595" w14:textId="77777777">
        <w:trPr>
          <w:jc w:val="center"/>
        </w:trPr>
        <w:tc>
          <w:tcPr>
            <w:tcW w:w="936" w:type="dxa"/>
            <w:tcBorders>
              <w:top w:val="single" w:sz="8" w:space="0" w:color="000000"/>
              <w:left w:val="single" w:sz="8" w:space="0" w:color="000000"/>
              <w:bottom w:val="single" w:sz="8" w:space="0" w:color="000000"/>
              <w:right w:val="single" w:sz="8" w:space="0" w:color="000000"/>
            </w:tcBorders>
            <w:shd w:val="clear" w:color="auto" w:fill="000000"/>
            <w:tcMar>
              <w:top w:w="80" w:type="dxa"/>
              <w:left w:w="110" w:type="dxa"/>
              <w:bottom w:w="80" w:type="dxa"/>
              <w:right w:w="110" w:type="dxa"/>
            </w:tcMar>
          </w:tcPr>
          <w:p w14:paraId="236CE990" w14:textId="77777777" w:rsidR="00770552" w:rsidRPr="002704E0" w:rsidRDefault="00000000">
            <w:pPr>
              <w:jc w:val="center"/>
              <w:rPr>
                <w:sz w:val="18"/>
                <w:szCs w:val="20"/>
                <w:lang w:val="pl-PL"/>
              </w:rPr>
            </w:pPr>
            <w:r w:rsidRPr="002704E0">
              <w:rPr>
                <w:b/>
                <w:color w:val="FFFFFF"/>
                <w:sz w:val="36"/>
                <w:szCs w:val="20"/>
                <w:lang w:val="pl-PL"/>
              </w:rPr>
              <w:lastRenderedPageBreak/>
              <w:t>7</w:t>
            </w:r>
          </w:p>
        </w:tc>
        <w:tc>
          <w:tcPr>
            <w:tcW w:w="14256" w:type="dxa"/>
            <w:tcBorders>
              <w:top w:val="single" w:sz="8" w:space="0" w:color="000000"/>
              <w:left w:val="single" w:sz="8" w:space="0" w:color="000000"/>
              <w:bottom w:val="single" w:sz="8" w:space="0" w:color="000000"/>
              <w:right w:val="single" w:sz="8" w:space="0" w:color="000000"/>
            </w:tcBorders>
            <w:tcMar>
              <w:top w:w="80" w:type="dxa"/>
              <w:left w:w="110" w:type="dxa"/>
              <w:bottom w:w="80" w:type="dxa"/>
              <w:right w:w="110" w:type="dxa"/>
            </w:tcMar>
          </w:tcPr>
          <w:p w14:paraId="24490D9C" w14:textId="77777777" w:rsidR="00770552" w:rsidRPr="002704E0" w:rsidRDefault="00000000">
            <w:pPr>
              <w:rPr>
                <w:sz w:val="18"/>
                <w:szCs w:val="20"/>
                <w:lang w:val="pl-PL"/>
              </w:rPr>
            </w:pPr>
            <w:r w:rsidRPr="002704E0">
              <w:rPr>
                <w:b/>
                <w:color w:val="000000"/>
                <w:sz w:val="28"/>
                <w:szCs w:val="20"/>
                <w:lang w:val="pl-PL"/>
              </w:rPr>
              <w:t>BEZPIECZEŃSTWO W AKTYWNOŚCI FIZYCZNEJ</w:t>
            </w:r>
          </w:p>
          <w:p w14:paraId="219BDA69" w14:textId="77777777" w:rsidR="00770552" w:rsidRPr="002704E0" w:rsidRDefault="00000000">
            <w:pPr>
              <w:rPr>
                <w:sz w:val="18"/>
                <w:szCs w:val="20"/>
                <w:lang w:val="pl-PL"/>
              </w:rPr>
            </w:pPr>
            <w:r w:rsidRPr="002704E0">
              <w:rPr>
                <w:i/>
                <w:color w:val="333333"/>
                <w:sz w:val="16"/>
                <w:szCs w:val="20"/>
                <w:lang w:val="pl-PL"/>
              </w:rPr>
              <w:t xml:space="preserve">Samodzielne przewidywanie zagrożeń, </w:t>
            </w:r>
            <w:proofErr w:type="spellStart"/>
            <w:r w:rsidRPr="002704E0">
              <w:rPr>
                <w:i/>
                <w:color w:val="333333"/>
                <w:sz w:val="16"/>
                <w:szCs w:val="20"/>
                <w:lang w:val="pl-PL"/>
              </w:rPr>
              <w:t>samoasekuracja</w:t>
            </w:r>
            <w:proofErr w:type="spellEnd"/>
            <w:r w:rsidRPr="002704E0">
              <w:rPr>
                <w:i/>
                <w:color w:val="333333"/>
                <w:sz w:val="16"/>
                <w:szCs w:val="20"/>
                <w:lang w:val="pl-PL"/>
              </w:rPr>
              <w:t xml:space="preserve"> i odpowiedzialna aktywność w różnych warunkach.</w:t>
            </w:r>
            <w:r w:rsidRPr="0009332E">
              <w:rPr>
                <w:b/>
                <w:color w:val="4B4B4B"/>
                <w:sz w:val="12"/>
                <w:lang w:val="pl-PL"/>
              </w:rPr>
              <w:t xml:space="preserve">  </w:t>
            </w:r>
            <w:proofErr w:type="gramStart"/>
            <w:r>
              <w:rPr>
                <w:b/>
                <w:color w:val="4B4B4B"/>
                <w:sz w:val="12"/>
              </w:rPr>
              <w:t>|  PODSTAWA</w:t>
            </w:r>
            <w:proofErr w:type="gramEnd"/>
            <w:r>
              <w:rPr>
                <w:b/>
                <w:color w:val="4B4B4B"/>
                <w:sz w:val="12"/>
              </w:rPr>
              <w:t xml:space="preserve">: </w:t>
            </w:r>
            <w:r>
              <w:rPr>
                <w:i/>
                <w:color w:val="4B4B4B"/>
                <w:sz w:val="12"/>
              </w:rPr>
              <w:t>PP 2017/2025, WF kl. V–VI, VII.1–6.</w:t>
            </w:r>
          </w:p>
        </w:tc>
      </w:tr>
    </w:tbl>
    <w:p w14:paraId="4BA6E45B" w14:textId="77777777" w:rsidR="00770552" w:rsidRPr="002704E0" w:rsidRDefault="00770552">
      <w:pPr>
        <w:rPr>
          <w:sz w:val="18"/>
          <w:szCs w:val="20"/>
          <w:lang w:val="pl-PL"/>
        </w:rPr>
      </w:pPr>
    </w:p>
    <w:tbl>
      <w:tblPr>
        <w:tblW w:w="0" w:type="auto"/>
        <w:jc w:val="center"/>
        <w:tblLayout w:type="fixed"/>
        <w:tblLook w:val="04A0" w:firstRow="1" w:lastRow="0" w:firstColumn="1" w:lastColumn="0" w:noHBand="0" w:noVBand="1"/>
      </w:tblPr>
      <w:tblGrid>
        <w:gridCol w:w="5256"/>
        <w:gridCol w:w="4968"/>
        <w:gridCol w:w="4968"/>
      </w:tblGrid>
      <w:tr w:rsidR="00770552" w:rsidRPr="00047F0F" w14:paraId="2CDEE0C7" w14:textId="77777777">
        <w:trPr>
          <w:jc w:val="center"/>
        </w:trPr>
        <w:tc>
          <w:tcPr>
            <w:tcW w:w="5256" w:type="dxa"/>
            <w:tcBorders>
              <w:top w:val="single" w:sz="6" w:space="0" w:color="808080"/>
              <w:left w:val="single" w:sz="6" w:space="0" w:color="808080"/>
              <w:bottom w:val="single" w:sz="6" w:space="0" w:color="808080"/>
              <w:right w:val="single" w:sz="6" w:space="0" w:color="808080"/>
            </w:tcBorders>
            <w:shd w:val="clear" w:color="auto" w:fill="F2F2F2"/>
            <w:tcMar>
              <w:top w:w="70" w:type="dxa"/>
              <w:left w:w="95" w:type="dxa"/>
              <w:bottom w:w="70" w:type="dxa"/>
              <w:right w:w="95" w:type="dxa"/>
            </w:tcMar>
          </w:tcPr>
          <w:p w14:paraId="5C936161" w14:textId="77777777" w:rsidR="00770552" w:rsidRPr="002704E0" w:rsidRDefault="00000000">
            <w:pPr>
              <w:spacing w:after="40"/>
              <w:rPr>
                <w:sz w:val="18"/>
                <w:szCs w:val="20"/>
                <w:lang w:val="pl-PL"/>
              </w:rPr>
            </w:pPr>
            <w:r w:rsidRPr="002704E0">
              <w:rPr>
                <w:b/>
                <w:color w:val="000000"/>
                <w:sz w:val="14"/>
                <w:szCs w:val="20"/>
                <w:lang w:val="pl-PL"/>
              </w:rPr>
              <w:t>ZAKRES WYMAGANIA</w:t>
            </w:r>
          </w:p>
          <w:p w14:paraId="1D0BBCC7" w14:textId="77777777" w:rsidR="00770552" w:rsidRPr="002704E0" w:rsidRDefault="00000000">
            <w:pPr>
              <w:pStyle w:val="Listapunktowana"/>
              <w:spacing w:after="22" w:line="245" w:lineRule="auto"/>
              <w:ind w:left="158" w:hanging="130"/>
              <w:rPr>
                <w:sz w:val="18"/>
                <w:szCs w:val="20"/>
                <w:lang w:val="pl-PL"/>
              </w:rPr>
            </w:pPr>
            <w:r w:rsidRPr="002704E0">
              <w:rPr>
                <w:color w:val="000000"/>
                <w:sz w:val="12"/>
                <w:szCs w:val="20"/>
                <w:lang w:val="pl-PL"/>
              </w:rPr>
              <w:t>przygotowuje się do aktywności, uwzględniając miejsce, strój i rozgrzewkę</w:t>
            </w:r>
          </w:p>
          <w:p w14:paraId="6655DF67" w14:textId="77777777" w:rsidR="00770552" w:rsidRPr="002704E0" w:rsidRDefault="00000000">
            <w:pPr>
              <w:pStyle w:val="Listapunktowana"/>
              <w:spacing w:after="22" w:line="245" w:lineRule="auto"/>
              <w:ind w:left="158" w:hanging="130"/>
              <w:rPr>
                <w:sz w:val="18"/>
                <w:szCs w:val="20"/>
                <w:lang w:val="pl-PL"/>
              </w:rPr>
            </w:pPr>
            <w:r w:rsidRPr="002704E0">
              <w:rPr>
                <w:color w:val="000000"/>
                <w:sz w:val="12"/>
                <w:szCs w:val="20"/>
                <w:lang w:val="pl-PL"/>
              </w:rPr>
              <w:t>wyjaśnia znaczenie reguł rywalizacji</w:t>
            </w:r>
          </w:p>
          <w:p w14:paraId="07686CB4" w14:textId="77777777" w:rsidR="00770552" w:rsidRPr="002704E0" w:rsidRDefault="00000000">
            <w:pPr>
              <w:pStyle w:val="Listapunktowana"/>
              <w:spacing w:after="22" w:line="245" w:lineRule="auto"/>
              <w:ind w:left="158" w:hanging="130"/>
              <w:rPr>
                <w:sz w:val="18"/>
                <w:szCs w:val="20"/>
                <w:lang w:val="pl-PL"/>
              </w:rPr>
            </w:pPr>
            <w:r w:rsidRPr="002704E0">
              <w:rPr>
                <w:color w:val="000000"/>
                <w:sz w:val="12"/>
                <w:szCs w:val="20"/>
                <w:lang w:val="pl-PL"/>
              </w:rPr>
              <w:t>omawia postępowanie przy najczęstszych kontuzjach</w:t>
            </w:r>
          </w:p>
          <w:p w14:paraId="4C1EF9A6" w14:textId="77777777" w:rsidR="00770552" w:rsidRPr="002704E0" w:rsidRDefault="00000000">
            <w:pPr>
              <w:pStyle w:val="Listapunktowana"/>
              <w:spacing w:after="22" w:line="245" w:lineRule="auto"/>
              <w:ind w:left="158" w:hanging="130"/>
              <w:rPr>
                <w:sz w:val="18"/>
                <w:szCs w:val="20"/>
                <w:lang w:val="pl-PL"/>
              </w:rPr>
            </w:pPr>
            <w:r w:rsidRPr="002704E0">
              <w:rPr>
                <w:color w:val="000000"/>
                <w:sz w:val="12"/>
                <w:szCs w:val="20"/>
                <w:lang w:val="pl-PL"/>
              </w:rPr>
              <w:t>bezpiecznie korzysta ze sprzętu i urządzeń</w:t>
            </w:r>
          </w:p>
          <w:p w14:paraId="5B5C415A" w14:textId="77777777" w:rsidR="00770552" w:rsidRPr="002704E0" w:rsidRDefault="00000000">
            <w:pPr>
              <w:pStyle w:val="Listapunktowana"/>
              <w:spacing w:after="22" w:line="245" w:lineRule="auto"/>
              <w:ind w:left="158" w:hanging="130"/>
              <w:rPr>
                <w:sz w:val="18"/>
                <w:szCs w:val="20"/>
                <w:lang w:val="pl-PL"/>
              </w:rPr>
            </w:pPr>
            <w:r w:rsidRPr="002704E0">
              <w:rPr>
                <w:color w:val="000000"/>
                <w:sz w:val="12"/>
                <w:szCs w:val="20"/>
                <w:lang w:val="pl-PL"/>
              </w:rPr>
              <w:t xml:space="preserve">wykonuje poznane elementy </w:t>
            </w:r>
            <w:proofErr w:type="spellStart"/>
            <w:r w:rsidRPr="002704E0">
              <w:rPr>
                <w:color w:val="000000"/>
                <w:sz w:val="12"/>
                <w:szCs w:val="20"/>
                <w:lang w:val="pl-PL"/>
              </w:rPr>
              <w:t>samoasekuracji</w:t>
            </w:r>
            <w:proofErr w:type="spellEnd"/>
          </w:p>
          <w:p w14:paraId="7D43F0AF" w14:textId="77777777" w:rsidR="00770552" w:rsidRPr="002704E0" w:rsidRDefault="00000000">
            <w:pPr>
              <w:pStyle w:val="Listapunktowana"/>
              <w:spacing w:after="22" w:line="245" w:lineRule="auto"/>
              <w:ind w:left="158" w:hanging="130"/>
              <w:rPr>
                <w:sz w:val="18"/>
                <w:szCs w:val="20"/>
                <w:lang w:val="pl-PL"/>
              </w:rPr>
            </w:pPr>
            <w:r w:rsidRPr="002704E0">
              <w:rPr>
                <w:color w:val="000000"/>
                <w:sz w:val="12"/>
                <w:szCs w:val="20"/>
                <w:lang w:val="pl-PL"/>
              </w:rPr>
              <w:t>stosuje zasady bezpieczeństwa nad wodą, w górach i na terenach zielonych</w:t>
            </w:r>
          </w:p>
        </w:tc>
        <w:tc>
          <w:tcPr>
            <w:tcW w:w="4968" w:type="dxa"/>
            <w:tcBorders>
              <w:top w:val="single" w:sz="6" w:space="0" w:color="808080"/>
              <w:left w:val="single" w:sz="6" w:space="0" w:color="808080"/>
              <w:bottom w:val="single" w:sz="6" w:space="0" w:color="808080"/>
              <w:right w:val="single" w:sz="6" w:space="0" w:color="808080"/>
            </w:tcBorders>
            <w:shd w:val="clear" w:color="auto" w:fill="E7E6E6"/>
            <w:tcMar>
              <w:top w:w="70" w:type="dxa"/>
              <w:left w:w="95" w:type="dxa"/>
              <w:bottom w:w="70" w:type="dxa"/>
              <w:right w:w="95" w:type="dxa"/>
            </w:tcMar>
          </w:tcPr>
          <w:p w14:paraId="3275655B" w14:textId="77777777" w:rsidR="00770552" w:rsidRPr="002704E0" w:rsidRDefault="00000000">
            <w:pPr>
              <w:spacing w:after="40"/>
              <w:rPr>
                <w:sz w:val="18"/>
                <w:szCs w:val="20"/>
                <w:lang w:val="pl-PL"/>
              </w:rPr>
            </w:pPr>
            <w:r w:rsidRPr="002704E0">
              <w:rPr>
                <w:b/>
                <w:color w:val="000000"/>
                <w:sz w:val="14"/>
                <w:szCs w:val="20"/>
                <w:lang w:val="pl-PL"/>
              </w:rPr>
              <w:t>KRYTERIA SUKCESU</w:t>
            </w:r>
          </w:p>
          <w:p w14:paraId="5CBE3098" w14:textId="77777777" w:rsidR="00770552" w:rsidRPr="002704E0" w:rsidRDefault="00000000">
            <w:pPr>
              <w:pStyle w:val="Listapunktowana"/>
              <w:spacing w:after="22" w:line="245" w:lineRule="auto"/>
              <w:ind w:left="158" w:hanging="130"/>
              <w:rPr>
                <w:sz w:val="18"/>
                <w:szCs w:val="20"/>
                <w:lang w:val="pl-PL"/>
              </w:rPr>
            </w:pPr>
            <w:r w:rsidRPr="002704E0">
              <w:rPr>
                <w:color w:val="000000"/>
                <w:sz w:val="12"/>
                <w:szCs w:val="20"/>
                <w:lang w:val="pl-PL"/>
              </w:rPr>
              <w:t>sprawdza miejsce, nawierzchnię, sprzęt i własne przygotowanie</w:t>
            </w:r>
          </w:p>
          <w:p w14:paraId="075B1D93" w14:textId="77777777" w:rsidR="00770552" w:rsidRPr="002704E0" w:rsidRDefault="00000000">
            <w:pPr>
              <w:pStyle w:val="Listapunktowana"/>
              <w:spacing w:after="22" w:line="245" w:lineRule="auto"/>
              <w:ind w:left="158" w:hanging="130"/>
              <w:rPr>
                <w:sz w:val="18"/>
                <w:szCs w:val="20"/>
                <w:lang w:val="pl-PL"/>
              </w:rPr>
            </w:pPr>
            <w:r w:rsidRPr="002704E0">
              <w:rPr>
                <w:color w:val="000000"/>
                <w:sz w:val="12"/>
                <w:szCs w:val="20"/>
                <w:lang w:val="pl-PL"/>
              </w:rPr>
              <w:t>reaguje na sygnały i przerwanie aktywności</w:t>
            </w:r>
          </w:p>
          <w:p w14:paraId="4D8A4886" w14:textId="77777777" w:rsidR="00770552" w:rsidRPr="002704E0" w:rsidRDefault="00000000">
            <w:pPr>
              <w:pStyle w:val="Listapunktowana"/>
              <w:spacing w:after="22" w:line="245" w:lineRule="auto"/>
              <w:ind w:left="158" w:hanging="130"/>
              <w:rPr>
                <w:sz w:val="18"/>
                <w:szCs w:val="20"/>
                <w:lang w:val="pl-PL"/>
              </w:rPr>
            </w:pPr>
            <w:r w:rsidRPr="002704E0">
              <w:rPr>
                <w:color w:val="000000"/>
                <w:sz w:val="12"/>
                <w:szCs w:val="20"/>
                <w:lang w:val="pl-PL"/>
              </w:rPr>
              <w:t>rozpoznaje sytuację wymagającą pomocy dorosłego</w:t>
            </w:r>
          </w:p>
          <w:p w14:paraId="4D0D1864" w14:textId="77777777" w:rsidR="00770552" w:rsidRPr="002704E0" w:rsidRDefault="00000000">
            <w:pPr>
              <w:pStyle w:val="Listapunktowana"/>
              <w:spacing w:after="22" w:line="245" w:lineRule="auto"/>
              <w:ind w:left="158" w:hanging="130"/>
              <w:rPr>
                <w:sz w:val="18"/>
                <w:szCs w:val="20"/>
                <w:lang w:val="pl-PL"/>
              </w:rPr>
            </w:pPr>
            <w:r w:rsidRPr="002704E0">
              <w:rPr>
                <w:color w:val="000000"/>
                <w:sz w:val="12"/>
                <w:szCs w:val="20"/>
                <w:lang w:val="pl-PL"/>
              </w:rPr>
              <w:t xml:space="preserve">stosuje </w:t>
            </w:r>
            <w:proofErr w:type="spellStart"/>
            <w:r w:rsidRPr="002704E0">
              <w:rPr>
                <w:color w:val="000000"/>
                <w:sz w:val="12"/>
                <w:szCs w:val="20"/>
                <w:lang w:val="pl-PL"/>
              </w:rPr>
              <w:t>samoasekurację</w:t>
            </w:r>
            <w:proofErr w:type="spellEnd"/>
            <w:r w:rsidRPr="002704E0">
              <w:rPr>
                <w:color w:val="000000"/>
                <w:sz w:val="12"/>
                <w:szCs w:val="20"/>
                <w:lang w:val="pl-PL"/>
              </w:rPr>
              <w:t xml:space="preserve"> wyłącznie w poznanym zakresie</w:t>
            </w:r>
          </w:p>
          <w:p w14:paraId="0A6D9AC2" w14:textId="77777777" w:rsidR="00770552" w:rsidRPr="002704E0" w:rsidRDefault="00000000">
            <w:pPr>
              <w:pStyle w:val="Listapunktowana"/>
              <w:spacing w:after="22" w:line="245" w:lineRule="auto"/>
              <w:ind w:left="158" w:hanging="130"/>
              <w:rPr>
                <w:sz w:val="18"/>
                <w:szCs w:val="20"/>
                <w:lang w:val="pl-PL"/>
              </w:rPr>
            </w:pPr>
            <w:r w:rsidRPr="002704E0">
              <w:rPr>
                <w:color w:val="000000"/>
                <w:sz w:val="12"/>
                <w:szCs w:val="20"/>
                <w:lang w:val="pl-PL"/>
              </w:rPr>
              <w:t>dba o bezpieczeństwo innych i środowisko</w:t>
            </w:r>
          </w:p>
        </w:tc>
        <w:tc>
          <w:tcPr>
            <w:tcW w:w="4968" w:type="dxa"/>
            <w:tcBorders>
              <w:top w:val="single" w:sz="6" w:space="0" w:color="808080"/>
              <w:left w:val="single" w:sz="6" w:space="0" w:color="808080"/>
              <w:bottom w:val="single" w:sz="6" w:space="0" w:color="808080"/>
              <w:right w:val="single" w:sz="6" w:space="0" w:color="808080"/>
            </w:tcBorders>
            <w:shd w:val="clear" w:color="auto" w:fill="F2F2F2"/>
            <w:tcMar>
              <w:top w:w="70" w:type="dxa"/>
              <w:left w:w="95" w:type="dxa"/>
              <w:bottom w:w="70" w:type="dxa"/>
              <w:right w:w="95" w:type="dxa"/>
            </w:tcMar>
          </w:tcPr>
          <w:p w14:paraId="29D6C391" w14:textId="77777777" w:rsidR="00770552" w:rsidRPr="002704E0" w:rsidRDefault="00000000">
            <w:pPr>
              <w:spacing w:after="40"/>
              <w:rPr>
                <w:sz w:val="18"/>
                <w:szCs w:val="20"/>
                <w:lang w:val="pl-PL"/>
              </w:rPr>
            </w:pPr>
            <w:r w:rsidRPr="002704E0">
              <w:rPr>
                <w:b/>
                <w:color w:val="000000"/>
                <w:sz w:val="14"/>
                <w:szCs w:val="20"/>
                <w:lang w:val="pl-PL"/>
              </w:rPr>
              <w:t>MOŻLIWE DOWODY OSIĄGNIĘCIA UMIEJĘTNOŚCI</w:t>
            </w:r>
          </w:p>
          <w:p w14:paraId="2F196945" w14:textId="77777777" w:rsidR="00770552" w:rsidRPr="002704E0" w:rsidRDefault="00000000">
            <w:pPr>
              <w:spacing w:after="30"/>
              <w:rPr>
                <w:sz w:val="18"/>
                <w:szCs w:val="20"/>
                <w:lang w:val="pl-PL"/>
              </w:rPr>
            </w:pPr>
            <w:r w:rsidRPr="002704E0">
              <w:rPr>
                <w:i/>
                <w:color w:val="333333"/>
                <w:sz w:val="12"/>
                <w:szCs w:val="20"/>
                <w:lang w:val="pl-PL"/>
              </w:rPr>
              <w:t>Uczeń może pokazać tę umiejętność między innymi poprzez:</w:t>
            </w:r>
          </w:p>
          <w:p w14:paraId="7CE83C80" w14:textId="77777777" w:rsidR="00770552" w:rsidRPr="002704E0" w:rsidRDefault="00000000">
            <w:pPr>
              <w:pStyle w:val="Listapunktowana"/>
              <w:spacing w:after="22" w:line="245" w:lineRule="auto"/>
              <w:ind w:left="158" w:hanging="130"/>
              <w:rPr>
                <w:sz w:val="18"/>
                <w:szCs w:val="20"/>
                <w:lang w:val="pl-PL"/>
              </w:rPr>
            </w:pPr>
            <w:r w:rsidRPr="002704E0">
              <w:rPr>
                <w:color w:val="000000"/>
                <w:sz w:val="12"/>
                <w:szCs w:val="20"/>
                <w:lang w:val="pl-PL"/>
              </w:rPr>
              <w:t>Obserwacja: przygotowanie stanowiska, sprzętu, stroju i bezpieczne zachowanie</w:t>
            </w:r>
          </w:p>
          <w:p w14:paraId="746602CB" w14:textId="77777777" w:rsidR="00770552" w:rsidRPr="002704E0" w:rsidRDefault="00000000">
            <w:pPr>
              <w:pStyle w:val="Listapunktowana"/>
              <w:spacing w:after="22" w:line="245" w:lineRule="auto"/>
              <w:ind w:left="158" w:hanging="130"/>
              <w:rPr>
                <w:sz w:val="18"/>
                <w:szCs w:val="20"/>
                <w:lang w:val="pl-PL"/>
              </w:rPr>
            </w:pPr>
            <w:r w:rsidRPr="002704E0">
              <w:rPr>
                <w:color w:val="000000"/>
                <w:sz w:val="12"/>
                <w:szCs w:val="20"/>
                <w:lang w:val="pl-PL"/>
              </w:rPr>
              <w:t xml:space="preserve">Demonstracja: poznany element </w:t>
            </w:r>
            <w:proofErr w:type="spellStart"/>
            <w:r w:rsidRPr="002704E0">
              <w:rPr>
                <w:color w:val="000000"/>
                <w:sz w:val="12"/>
                <w:szCs w:val="20"/>
                <w:lang w:val="pl-PL"/>
              </w:rPr>
              <w:t>samoasekuracji</w:t>
            </w:r>
            <w:proofErr w:type="spellEnd"/>
            <w:r w:rsidRPr="002704E0">
              <w:rPr>
                <w:color w:val="000000"/>
                <w:sz w:val="12"/>
                <w:szCs w:val="20"/>
                <w:lang w:val="pl-PL"/>
              </w:rPr>
              <w:t xml:space="preserve"> lub procedura przerwania aktywności</w:t>
            </w:r>
          </w:p>
          <w:p w14:paraId="08860F2D" w14:textId="77777777" w:rsidR="00770552" w:rsidRPr="002704E0" w:rsidRDefault="00000000">
            <w:pPr>
              <w:pStyle w:val="Listapunktowana"/>
              <w:spacing w:after="22" w:line="245" w:lineRule="auto"/>
              <w:ind w:left="158" w:hanging="130"/>
              <w:rPr>
                <w:sz w:val="18"/>
                <w:szCs w:val="20"/>
                <w:lang w:val="pl-PL"/>
              </w:rPr>
            </w:pPr>
            <w:r w:rsidRPr="002704E0">
              <w:rPr>
                <w:color w:val="000000"/>
                <w:sz w:val="12"/>
                <w:szCs w:val="20"/>
                <w:lang w:val="pl-PL"/>
              </w:rPr>
              <w:t>Sytuacja: analiza urazu, zagrożenia pogodowego lub ryzyka terenowego</w:t>
            </w:r>
          </w:p>
          <w:p w14:paraId="1A00D458" w14:textId="77777777" w:rsidR="00770552" w:rsidRPr="002704E0" w:rsidRDefault="00000000">
            <w:pPr>
              <w:pStyle w:val="Listapunktowana"/>
              <w:spacing w:after="22" w:line="245" w:lineRule="auto"/>
              <w:ind w:left="158" w:hanging="130"/>
              <w:rPr>
                <w:sz w:val="18"/>
                <w:szCs w:val="20"/>
                <w:lang w:val="pl-PL"/>
              </w:rPr>
            </w:pPr>
            <w:r w:rsidRPr="002704E0">
              <w:rPr>
                <w:color w:val="000000"/>
                <w:sz w:val="12"/>
                <w:szCs w:val="20"/>
                <w:lang w:val="pl-PL"/>
              </w:rPr>
              <w:t>Produkt: krótka instrukcja, regulamin lub lista kontrolna</w:t>
            </w:r>
          </w:p>
        </w:tc>
      </w:tr>
    </w:tbl>
    <w:p w14:paraId="7D61FD98" w14:textId="77777777" w:rsidR="00770552" w:rsidRPr="002704E0" w:rsidRDefault="00770552">
      <w:pPr>
        <w:rPr>
          <w:sz w:val="18"/>
          <w:szCs w:val="20"/>
          <w:lang w:val="pl-PL"/>
        </w:rPr>
      </w:pPr>
    </w:p>
    <w:p w14:paraId="334A9F1D" w14:textId="77777777" w:rsidR="00770552" w:rsidRPr="002704E0" w:rsidRDefault="00000000">
      <w:pPr>
        <w:spacing w:before="40" w:after="40"/>
        <w:rPr>
          <w:sz w:val="18"/>
          <w:szCs w:val="20"/>
          <w:lang w:val="pl-PL"/>
        </w:rPr>
      </w:pPr>
      <w:r w:rsidRPr="002704E0">
        <w:rPr>
          <w:b/>
          <w:color w:val="000000"/>
          <w:sz w:val="18"/>
          <w:szCs w:val="20"/>
          <w:lang w:val="pl-PL"/>
        </w:rPr>
        <w:t>SKALA OSIĄGNIĘĆ 2–6</w:t>
      </w:r>
    </w:p>
    <w:tbl>
      <w:tblPr>
        <w:tblW w:w="0" w:type="auto"/>
        <w:jc w:val="center"/>
        <w:tblLayout w:type="fixed"/>
        <w:tblLook w:val="04A0" w:firstRow="1" w:lastRow="0" w:firstColumn="1" w:lastColumn="0" w:noHBand="0" w:noVBand="1"/>
      </w:tblPr>
      <w:tblGrid>
        <w:gridCol w:w="3038"/>
        <w:gridCol w:w="3038"/>
        <w:gridCol w:w="3038"/>
        <w:gridCol w:w="3038"/>
        <w:gridCol w:w="3038"/>
      </w:tblGrid>
      <w:tr w:rsidR="00770552" w:rsidRPr="002704E0" w14:paraId="0229C414" w14:textId="77777777">
        <w:trPr>
          <w:tblHeader/>
          <w:jc w:val="center"/>
        </w:trPr>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50C6EEC8" w14:textId="77777777" w:rsidR="00770552" w:rsidRPr="002704E0" w:rsidRDefault="00000000">
            <w:pPr>
              <w:jc w:val="center"/>
              <w:rPr>
                <w:sz w:val="18"/>
                <w:szCs w:val="20"/>
                <w:lang w:val="pl-PL"/>
              </w:rPr>
            </w:pPr>
            <w:r w:rsidRPr="002704E0">
              <w:rPr>
                <w:b/>
                <w:color w:val="000000"/>
                <w:sz w:val="24"/>
                <w:szCs w:val="20"/>
                <w:lang w:val="pl-PL"/>
              </w:rPr>
              <w:t>2</w:t>
            </w:r>
          </w:p>
          <w:p w14:paraId="7AC340ED" w14:textId="77777777" w:rsidR="00770552" w:rsidRPr="002704E0" w:rsidRDefault="00000000">
            <w:pPr>
              <w:spacing w:line="216" w:lineRule="auto"/>
              <w:jc w:val="center"/>
              <w:rPr>
                <w:sz w:val="18"/>
                <w:szCs w:val="20"/>
                <w:lang w:val="pl-PL"/>
              </w:rPr>
            </w:pPr>
            <w:r w:rsidRPr="002704E0">
              <w:rPr>
                <w:b/>
                <w:color w:val="000000"/>
                <w:sz w:val="11"/>
                <w:szCs w:val="20"/>
                <w:lang w:val="pl-PL"/>
              </w:rPr>
              <w:t>Z POMOCĄ</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2F9EAEDF" w14:textId="77777777" w:rsidR="00770552" w:rsidRPr="002704E0" w:rsidRDefault="00000000">
            <w:pPr>
              <w:jc w:val="center"/>
              <w:rPr>
                <w:sz w:val="18"/>
                <w:szCs w:val="20"/>
                <w:lang w:val="pl-PL"/>
              </w:rPr>
            </w:pPr>
            <w:r w:rsidRPr="002704E0">
              <w:rPr>
                <w:b/>
                <w:color w:val="000000"/>
                <w:sz w:val="24"/>
                <w:szCs w:val="20"/>
                <w:lang w:val="pl-PL"/>
              </w:rPr>
              <w:t>3</w:t>
            </w:r>
          </w:p>
          <w:p w14:paraId="75A774B4" w14:textId="77777777" w:rsidR="00770552" w:rsidRPr="002704E0" w:rsidRDefault="00000000">
            <w:pPr>
              <w:spacing w:line="216" w:lineRule="auto"/>
              <w:jc w:val="center"/>
              <w:rPr>
                <w:sz w:val="18"/>
                <w:szCs w:val="20"/>
                <w:lang w:val="pl-PL"/>
              </w:rPr>
            </w:pPr>
            <w:r w:rsidRPr="002704E0">
              <w:rPr>
                <w:b/>
                <w:color w:val="000000"/>
                <w:sz w:val="11"/>
                <w:szCs w:val="20"/>
                <w:lang w:val="pl-PL"/>
              </w:rPr>
              <w:t>SAMODZIELNIE</w:t>
            </w:r>
            <w:r w:rsidRPr="002704E0">
              <w:rPr>
                <w:b/>
                <w:color w:val="000000"/>
                <w:sz w:val="11"/>
                <w:szCs w:val="20"/>
                <w:lang w:val="pl-PL"/>
              </w:rPr>
              <w:br/>
              <w:t>W TYPOWEJ SYTUACJI</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34351979" w14:textId="77777777" w:rsidR="00770552" w:rsidRPr="002704E0" w:rsidRDefault="00000000">
            <w:pPr>
              <w:jc w:val="center"/>
              <w:rPr>
                <w:sz w:val="18"/>
                <w:szCs w:val="20"/>
                <w:lang w:val="pl-PL"/>
              </w:rPr>
            </w:pPr>
            <w:r w:rsidRPr="002704E0">
              <w:rPr>
                <w:b/>
                <w:color w:val="000000"/>
                <w:sz w:val="24"/>
                <w:szCs w:val="20"/>
                <w:lang w:val="pl-PL"/>
              </w:rPr>
              <w:t>4</w:t>
            </w:r>
          </w:p>
          <w:p w14:paraId="741F0900" w14:textId="77777777" w:rsidR="00770552" w:rsidRPr="002704E0" w:rsidRDefault="00000000">
            <w:pPr>
              <w:spacing w:line="216" w:lineRule="auto"/>
              <w:jc w:val="center"/>
              <w:rPr>
                <w:sz w:val="18"/>
                <w:szCs w:val="20"/>
                <w:lang w:val="pl-PL"/>
              </w:rPr>
            </w:pPr>
            <w:r w:rsidRPr="002704E0">
              <w:rPr>
                <w:b/>
                <w:color w:val="000000"/>
                <w:sz w:val="11"/>
                <w:szCs w:val="20"/>
                <w:lang w:val="pl-PL"/>
              </w:rPr>
              <w:t>POPRAWNIE</w:t>
            </w:r>
            <w:r w:rsidRPr="002704E0">
              <w:rPr>
                <w:b/>
                <w:color w:val="000000"/>
                <w:sz w:val="11"/>
                <w:szCs w:val="20"/>
                <w:lang w:val="pl-PL"/>
              </w:rPr>
              <w:br/>
              <w:t>I ŚWIADOMIE</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65A9413B" w14:textId="77777777" w:rsidR="00770552" w:rsidRPr="002704E0" w:rsidRDefault="00000000">
            <w:pPr>
              <w:jc w:val="center"/>
              <w:rPr>
                <w:sz w:val="18"/>
                <w:szCs w:val="20"/>
                <w:lang w:val="pl-PL"/>
              </w:rPr>
            </w:pPr>
            <w:r w:rsidRPr="002704E0">
              <w:rPr>
                <w:b/>
                <w:color w:val="000000"/>
                <w:sz w:val="24"/>
                <w:szCs w:val="20"/>
                <w:lang w:val="pl-PL"/>
              </w:rPr>
              <w:t>5</w:t>
            </w:r>
          </w:p>
          <w:p w14:paraId="29385491" w14:textId="77777777" w:rsidR="00770552" w:rsidRPr="002704E0" w:rsidRDefault="00000000">
            <w:pPr>
              <w:spacing w:line="216" w:lineRule="auto"/>
              <w:jc w:val="center"/>
              <w:rPr>
                <w:sz w:val="18"/>
                <w:szCs w:val="20"/>
                <w:lang w:val="pl-PL"/>
              </w:rPr>
            </w:pPr>
            <w:r w:rsidRPr="002704E0">
              <w:rPr>
                <w:b/>
                <w:color w:val="000000"/>
                <w:sz w:val="11"/>
                <w:szCs w:val="20"/>
                <w:lang w:val="pl-PL"/>
              </w:rPr>
              <w:t>SPRAWNIE, SAMODZIELNIE</w:t>
            </w:r>
            <w:r w:rsidRPr="002704E0">
              <w:rPr>
                <w:b/>
                <w:color w:val="000000"/>
                <w:sz w:val="11"/>
                <w:szCs w:val="20"/>
                <w:lang w:val="pl-PL"/>
              </w:rPr>
              <w:br/>
              <w:t>I CELOWO</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71111A3C" w14:textId="77777777" w:rsidR="00770552" w:rsidRPr="002704E0" w:rsidRDefault="00000000">
            <w:pPr>
              <w:jc w:val="center"/>
              <w:rPr>
                <w:sz w:val="18"/>
                <w:szCs w:val="20"/>
                <w:lang w:val="pl-PL"/>
              </w:rPr>
            </w:pPr>
            <w:r w:rsidRPr="002704E0">
              <w:rPr>
                <w:b/>
                <w:color w:val="000000"/>
                <w:sz w:val="24"/>
                <w:szCs w:val="20"/>
                <w:lang w:val="pl-PL"/>
              </w:rPr>
              <w:t>6</w:t>
            </w:r>
          </w:p>
          <w:p w14:paraId="38286EA7" w14:textId="77777777" w:rsidR="00770552" w:rsidRPr="002704E0" w:rsidRDefault="00000000">
            <w:pPr>
              <w:spacing w:line="216" w:lineRule="auto"/>
              <w:jc w:val="center"/>
              <w:rPr>
                <w:sz w:val="18"/>
                <w:szCs w:val="20"/>
                <w:lang w:val="pl-PL"/>
              </w:rPr>
            </w:pPr>
            <w:r w:rsidRPr="002704E0">
              <w:rPr>
                <w:b/>
                <w:color w:val="000000"/>
                <w:sz w:val="11"/>
                <w:szCs w:val="20"/>
                <w:lang w:val="pl-PL"/>
              </w:rPr>
              <w:t>TWÓRCZO</w:t>
            </w:r>
            <w:r w:rsidRPr="002704E0">
              <w:rPr>
                <w:b/>
                <w:color w:val="000000"/>
                <w:sz w:val="11"/>
                <w:szCs w:val="20"/>
                <w:lang w:val="pl-PL"/>
              </w:rPr>
              <w:br/>
              <w:t>I ODPOWIEDZIALNIE</w:t>
            </w:r>
          </w:p>
        </w:tc>
      </w:tr>
      <w:tr w:rsidR="00770552" w:rsidRPr="00047F0F" w14:paraId="64E28453" w14:textId="77777777">
        <w:trPr>
          <w:cantSplit/>
          <w:jc w:val="center"/>
        </w:trPr>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1753EAB7" w14:textId="77777777" w:rsidR="00770552" w:rsidRPr="002704E0" w:rsidRDefault="00000000">
            <w:pPr>
              <w:pStyle w:val="Listapunktowana"/>
              <w:spacing w:after="36" w:line="245" w:lineRule="auto"/>
              <w:ind w:left="158" w:hanging="130"/>
              <w:rPr>
                <w:sz w:val="18"/>
                <w:szCs w:val="20"/>
                <w:lang w:val="pl-PL"/>
              </w:rPr>
            </w:pPr>
            <w:r w:rsidRPr="002704E0">
              <w:rPr>
                <w:color w:val="000000"/>
                <w:sz w:val="12"/>
                <w:szCs w:val="20"/>
                <w:lang w:val="pl-PL"/>
              </w:rPr>
              <w:t>z pomocą rozpoznaje zagrożenie i stosuje zasadę</w:t>
            </w:r>
          </w:p>
          <w:p w14:paraId="096031D9" w14:textId="77777777" w:rsidR="00770552" w:rsidRPr="002704E0" w:rsidRDefault="00000000">
            <w:pPr>
              <w:pStyle w:val="Listapunktowana"/>
              <w:spacing w:after="36" w:line="245" w:lineRule="auto"/>
              <w:ind w:left="158" w:hanging="130"/>
              <w:rPr>
                <w:sz w:val="18"/>
                <w:szCs w:val="20"/>
                <w:lang w:val="pl-PL"/>
              </w:rPr>
            </w:pPr>
            <w:r w:rsidRPr="002704E0">
              <w:rPr>
                <w:color w:val="000000"/>
                <w:sz w:val="12"/>
                <w:szCs w:val="20"/>
                <w:lang w:val="pl-PL"/>
              </w:rPr>
              <w:t>koryguje przygotowanie po wskazaniu</w:t>
            </w:r>
          </w:p>
          <w:p w14:paraId="4A650143" w14:textId="77777777" w:rsidR="00770552" w:rsidRPr="002704E0" w:rsidRDefault="00000000">
            <w:pPr>
              <w:pStyle w:val="Listapunktowana"/>
              <w:spacing w:after="36" w:line="245" w:lineRule="auto"/>
              <w:ind w:left="158" w:hanging="130"/>
              <w:rPr>
                <w:sz w:val="18"/>
                <w:szCs w:val="20"/>
                <w:lang w:val="pl-PL"/>
              </w:rPr>
            </w:pPr>
            <w:r w:rsidRPr="002704E0">
              <w:rPr>
                <w:color w:val="000000"/>
                <w:sz w:val="12"/>
                <w:szCs w:val="20"/>
                <w:lang w:val="pl-PL"/>
              </w:rPr>
              <w:t>wie, kiedy wezwać dorosłego</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1FEE405B" w14:textId="77777777" w:rsidR="00770552" w:rsidRPr="002704E0" w:rsidRDefault="00000000">
            <w:pPr>
              <w:pStyle w:val="Listapunktowana"/>
              <w:spacing w:after="36" w:line="245" w:lineRule="auto"/>
              <w:ind w:left="158" w:hanging="130"/>
              <w:rPr>
                <w:sz w:val="18"/>
                <w:szCs w:val="20"/>
                <w:lang w:val="pl-PL"/>
              </w:rPr>
            </w:pPr>
            <w:r w:rsidRPr="002704E0">
              <w:rPr>
                <w:color w:val="000000"/>
                <w:sz w:val="12"/>
                <w:szCs w:val="20"/>
                <w:lang w:val="pl-PL"/>
              </w:rPr>
              <w:t>samodzielnie przygotowuje miejsce, sprzęt i strój</w:t>
            </w:r>
          </w:p>
          <w:p w14:paraId="1227B4CF" w14:textId="77777777" w:rsidR="00770552" w:rsidRPr="002704E0" w:rsidRDefault="00000000">
            <w:pPr>
              <w:pStyle w:val="Listapunktowana"/>
              <w:spacing w:after="36" w:line="245" w:lineRule="auto"/>
              <w:ind w:left="158" w:hanging="130"/>
              <w:rPr>
                <w:sz w:val="18"/>
                <w:szCs w:val="20"/>
                <w:lang w:val="pl-PL"/>
              </w:rPr>
            </w:pPr>
            <w:r w:rsidRPr="002704E0">
              <w:rPr>
                <w:color w:val="000000"/>
                <w:sz w:val="12"/>
                <w:szCs w:val="20"/>
                <w:lang w:val="pl-PL"/>
              </w:rPr>
              <w:t xml:space="preserve">stosuje poznaną </w:t>
            </w:r>
            <w:proofErr w:type="spellStart"/>
            <w:r w:rsidRPr="002704E0">
              <w:rPr>
                <w:color w:val="000000"/>
                <w:sz w:val="12"/>
                <w:szCs w:val="20"/>
                <w:lang w:val="pl-PL"/>
              </w:rPr>
              <w:t>samoasekurację</w:t>
            </w:r>
            <w:proofErr w:type="spellEnd"/>
          </w:p>
          <w:p w14:paraId="18502332" w14:textId="77777777" w:rsidR="00770552" w:rsidRPr="002704E0" w:rsidRDefault="00000000">
            <w:pPr>
              <w:pStyle w:val="Listapunktowana"/>
              <w:spacing w:after="36" w:line="245" w:lineRule="auto"/>
              <w:ind w:left="158" w:hanging="130"/>
              <w:rPr>
                <w:sz w:val="18"/>
                <w:szCs w:val="20"/>
                <w:lang w:val="pl-PL"/>
              </w:rPr>
            </w:pPr>
            <w:r w:rsidRPr="002704E0">
              <w:rPr>
                <w:color w:val="000000"/>
                <w:sz w:val="12"/>
                <w:szCs w:val="20"/>
                <w:lang w:val="pl-PL"/>
              </w:rPr>
              <w:t>zgłasza uraz lub ryzyko</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5562FF44" w14:textId="77777777" w:rsidR="00770552" w:rsidRPr="002704E0" w:rsidRDefault="00000000">
            <w:pPr>
              <w:pStyle w:val="Listapunktowana"/>
              <w:spacing w:after="36" w:line="245" w:lineRule="auto"/>
              <w:ind w:left="158" w:hanging="130"/>
              <w:rPr>
                <w:sz w:val="18"/>
                <w:szCs w:val="20"/>
                <w:lang w:val="pl-PL"/>
              </w:rPr>
            </w:pPr>
            <w:r w:rsidRPr="002704E0">
              <w:rPr>
                <w:color w:val="000000"/>
                <w:sz w:val="12"/>
                <w:szCs w:val="20"/>
                <w:lang w:val="pl-PL"/>
              </w:rPr>
              <w:t>poprawnie przewiduje typowe zagrożenia</w:t>
            </w:r>
          </w:p>
          <w:p w14:paraId="51E7C631" w14:textId="77777777" w:rsidR="00770552" w:rsidRPr="002704E0" w:rsidRDefault="00000000">
            <w:pPr>
              <w:pStyle w:val="Listapunktowana"/>
              <w:spacing w:after="36" w:line="245" w:lineRule="auto"/>
              <w:ind w:left="158" w:hanging="130"/>
              <w:rPr>
                <w:sz w:val="18"/>
                <w:szCs w:val="20"/>
                <w:lang w:val="pl-PL"/>
              </w:rPr>
            </w:pPr>
            <w:r w:rsidRPr="002704E0">
              <w:rPr>
                <w:color w:val="000000"/>
                <w:sz w:val="12"/>
                <w:szCs w:val="20"/>
                <w:lang w:val="pl-PL"/>
              </w:rPr>
              <w:t>dobiera zabezpieczenie do aktywności</w:t>
            </w:r>
          </w:p>
          <w:p w14:paraId="43AB349F" w14:textId="77777777" w:rsidR="00770552" w:rsidRPr="002704E0" w:rsidRDefault="00000000">
            <w:pPr>
              <w:pStyle w:val="Listapunktowana"/>
              <w:spacing w:after="36" w:line="245" w:lineRule="auto"/>
              <w:ind w:left="158" w:hanging="130"/>
              <w:rPr>
                <w:sz w:val="18"/>
                <w:szCs w:val="20"/>
                <w:lang w:val="pl-PL"/>
              </w:rPr>
            </w:pPr>
            <w:r w:rsidRPr="002704E0">
              <w:rPr>
                <w:color w:val="000000"/>
                <w:sz w:val="12"/>
                <w:szCs w:val="20"/>
                <w:lang w:val="pl-PL"/>
              </w:rPr>
              <w:t>wyjaśnia postępowanie po kontuzji</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1A0E840B" w14:textId="77777777" w:rsidR="00770552" w:rsidRPr="002704E0" w:rsidRDefault="00000000">
            <w:pPr>
              <w:pStyle w:val="Listapunktowana"/>
              <w:spacing w:after="36" w:line="245" w:lineRule="auto"/>
              <w:ind w:left="158" w:hanging="130"/>
              <w:rPr>
                <w:sz w:val="18"/>
                <w:szCs w:val="20"/>
                <w:lang w:val="pl-PL"/>
              </w:rPr>
            </w:pPr>
            <w:r w:rsidRPr="002704E0">
              <w:rPr>
                <w:color w:val="000000"/>
                <w:sz w:val="12"/>
                <w:szCs w:val="20"/>
                <w:lang w:val="pl-PL"/>
              </w:rPr>
              <w:t>sprawnie ocenia złożone warunki i uzasadnia decyzję</w:t>
            </w:r>
          </w:p>
          <w:p w14:paraId="39EC4A07" w14:textId="77777777" w:rsidR="00770552" w:rsidRPr="002704E0" w:rsidRDefault="00000000">
            <w:pPr>
              <w:pStyle w:val="Listapunktowana"/>
              <w:spacing w:after="36" w:line="245" w:lineRule="auto"/>
              <w:ind w:left="158" w:hanging="130"/>
              <w:rPr>
                <w:sz w:val="18"/>
                <w:szCs w:val="20"/>
                <w:lang w:val="pl-PL"/>
              </w:rPr>
            </w:pPr>
            <w:r w:rsidRPr="002704E0">
              <w:rPr>
                <w:color w:val="000000"/>
                <w:sz w:val="12"/>
                <w:szCs w:val="20"/>
                <w:lang w:val="pl-PL"/>
              </w:rPr>
              <w:t>wspiera bezpieczeństwo partnera</w:t>
            </w:r>
          </w:p>
          <w:p w14:paraId="38E0B294" w14:textId="77777777" w:rsidR="00770552" w:rsidRPr="002704E0" w:rsidRDefault="00000000">
            <w:pPr>
              <w:pStyle w:val="Listapunktowana"/>
              <w:spacing w:after="36" w:line="245" w:lineRule="auto"/>
              <w:ind w:left="158" w:hanging="130"/>
              <w:rPr>
                <w:sz w:val="18"/>
                <w:szCs w:val="20"/>
                <w:lang w:val="pl-PL"/>
              </w:rPr>
            </w:pPr>
            <w:r w:rsidRPr="002704E0">
              <w:rPr>
                <w:color w:val="000000"/>
                <w:sz w:val="12"/>
                <w:szCs w:val="20"/>
                <w:lang w:val="pl-PL"/>
              </w:rPr>
              <w:t>modyfikuje działanie do pogody i terenu</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1F2FAEE9" w14:textId="77777777" w:rsidR="00770552" w:rsidRPr="002704E0" w:rsidRDefault="00000000">
            <w:pPr>
              <w:pStyle w:val="Listapunktowana"/>
              <w:spacing w:after="36" w:line="245" w:lineRule="auto"/>
              <w:ind w:left="158" w:hanging="130"/>
              <w:rPr>
                <w:sz w:val="18"/>
                <w:szCs w:val="20"/>
                <w:lang w:val="pl-PL"/>
              </w:rPr>
            </w:pPr>
            <w:r w:rsidRPr="002704E0">
              <w:rPr>
                <w:color w:val="000000"/>
                <w:sz w:val="12"/>
                <w:szCs w:val="20"/>
                <w:lang w:val="pl-PL"/>
              </w:rPr>
              <w:t>projektuje procedurę bezpiecznej aktywności</w:t>
            </w:r>
          </w:p>
          <w:p w14:paraId="0355DDA4" w14:textId="77777777" w:rsidR="00770552" w:rsidRPr="002704E0" w:rsidRDefault="00000000">
            <w:pPr>
              <w:pStyle w:val="Listapunktowana"/>
              <w:spacing w:after="36" w:line="245" w:lineRule="auto"/>
              <w:ind w:left="158" w:hanging="130"/>
              <w:rPr>
                <w:sz w:val="18"/>
                <w:szCs w:val="20"/>
                <w:lang w:val="pl-PL"/>
              </w:rPr>
            </w:pPr>
            <w:r w:rsidRPr="002704E0">
              <w:rPr>
                <w:color w:val="000000"/>
                <w:sz w:val="12"/>
                <w:szCs w:val="20"/>
                <w:lang w:val="pl-PL"/>
              </w:rPr>
              <w:t>uwzględnia różne potrzeby i środowisko</w:t>
            </w:r>
          </w:p>
          <w:p w14:paraId="10248A83" w14:textId="77777777" w:rsidR="00770552" w:rsidRPr="002704E0" w:rsidRDefault="00000000">
            <w:pPr>
              <w:pStyle w:val="Listapunktowana"/>
              <w:spacing w:after="36" w:line="245" w:lineRule="auto"/>
              <w:ind w:left="158" w:hanging="130"/>
              <w:rPr>
                <w:sz w:val="18"/>
                <w:szCs w:val="20"/>
                <w:lang w:val="pl-PL"/>
              </w:rPr>
            </w:pPr>
            <w:r w:rsidRPr="002704E0">
              <w:rPr>
                <w:color w:val="000000"/>
                <w:sz w:val="12"/>
                <w:szCs w:val="20"/>
                <w:lang w:val="pl-PL"/>
              </w:rPr>
              <w:t>weryfikuje skuteczność i proponuje poprawę</w:t>
            </w:r>
          </w:p>
        </w:tc>
      </w:tr>
    </w:tbl>
    <w:p w14:paraId="60FB61F5" w14:textId="77777777" w:rsidR="00770552" w:rsidRPr="002704E0" w:rsidRDefault="00000000">
      <w:pPr>
        <w:spacing w:before="50"/>
        <w:rPr>
          <w:color w:val="000000"/>
          <w:sz w:val="13"/>
          <w:szCs w:val="20"/>
          <w:lang w:val="pl-PL"/>
        </w:rPr>
      </w:pPr>
      <w:r w:rsidRPr="002704E0">
        <w:rPr>
          <w:b/>
          <w:color w:val="000000"/>
          <w:sz w:val="13"/>
          <w:szCs w:val="20"/>
          <w:lang w:val="pl-PL"/>
        </w:rPr>
        <w:t xml:space="preserve">Ważne: </w:t>
      </w:r>
      <w:r w:rsidRPr="002704E0">
        <w:rPr>
          <w:color w:val="000000"/>
          <w:sz w:val="13"/>
          <w:szCs w:val="20"/>
          <w:lang w:val="pl-PL"/>
        </w:rPr>
        <w:t xml:space="preserve">Wymagania dotyczą wiedzy i bezpiecznych </w:t>
      </w:r>
      <w:proofErr w:type="spellStart"/>
      <w:r w:rsidRPr="002704E0">
        <w:rPr>
          <w:color w:val="000000"/>
          <w:sz w:val="13"/>
          <w:szCs w:val="20"/>
          <w:lang w:val="pl-PL"/>
        </w:rPr>
        <w:t>zachowań</w:t>
      </w:r>
      <w:proofErr w:type="spellEnd"/>
      <w:r w:rsidRPr="002704E0">
        <w:rPr>
          <w:color w:val="000000"/>
          <w:sz w:val="13"/>
          <w:szCs w:val="20"/>
          <w:lang w:val="pl-PL"/>
        </w:rPr>
        <w:t>, a nie podejmowania działań medycznych poza zakresem.</w:t>
      </w:r>
    </w:p>
    <w:p w14:paraId="26E9CCDF" w14:textId="77777777" w:rsidR="002704E0" w:rsidRPr="002704E0" w:rsidRDefault="002704E0">
      <w:pPr>
        <w:spacing w:before="50"/>
        <w:rPr>
          <w:sz w:val="18"/>
          <w:szCs w:val="20"/>
          <w:lang w:val="pl-PL"/>
        </w:rPr>
      </w:pPr>
    </w:p>
    <w:tbl>
      <w:tblPr>
        <w:tblW w:w="0" w:type="auto"/>
        <w:jc w:val="center"/>
        <w:tblLayout w:type="fixed"/>
        <w:tblLook w:val="04A0" w:firstRow="1" w:lastRow="0" w:firstColumn="1" w:lastColumn="0" w:noHBand="0" w:noVBand="1"/>
      </w:tblPr>
      <w:tblGrid>
        <w:gridCol w:w="936"/>
        <w:gridCol w:w="14256"/>
      </w:tblGrid>
      <w:tr w:rsidR="002704E0" w:rsidRPr="009A615A" w14:paraId="07DC5440" w14:textId="77777777" w:rsidTr="00E437A4">
        <w:trPr>
          <w:jc w:val="center"/>
        </w:trPr>
        <w:tc>
          <w:tcPr>
            <w:tcW w:w="936" w:type="dxa"/>
            <w:tcBorders>
              <w:top w:val="single" w:sz="8" w:space="0" w:color="000000"/>
              <w:left w:val="single" w:sz="8" w:space="0" w:color="000000"/>
              <w:bottom w:val="single" w:sz="8" w:space="0" w:color="000000"/>
              <w:right w:val="single" w:sz="8" w:space="0" w:color="000000"/>
            </w:tcBorders>
            <w:shd w:val="clear" w:color="auto" w:fill="000000"/>
            <w:tcMar>
              <w:top w:w="80" w:type="dxa"/>
              <w:left w:w="110" w:type="dxa"/>
              <w:bottom w:w="80" w:type="dxa"/>
              <w:right w:w="110" w:type="dxa"/>
            </w:tcMar>
          </w:tcPr>
          <w:p w14:paraId="72654AD2" w14:textId="77777777" w:rsidR="002704E0" w:rsidRPr="002704E0" w:rsidRDefault="002704E0" w:rsidP="00E437A4">
            <w:pPr>
              <w:jc w:val="center"/>
              <w:rPr>
                <w:sz w:val="18"/>
                <w:szCs w:val="20"/>
                <w:lang w:val="pl-PL"/>
              </w:rPr>
            </w:pPr>
            <w:r w:rsidRPr="002704E0">
              <w:rPr>
                <w:b/>
                <w:color w:val="FFFFFF"/>
                <w:sz w:val="36"/>
                <w:szCs w:val="20"/>
                <w:lang w:val="pl-PL"/>
              </w:rPr>
              <w:t>8</w:t>
            </w:r>
          </w:p>
        </w:tc>
        <w:tc>
          <w:tcPr>
            <w:tcW w:w="14256" w:type="dxa"/>
            <w:tcBorders>
              <w:top w:val="single" w:sz="8" w:space="0" w:color="000000"/>
              <w:left w:val="single" w:sz="8" w:space="0" w:color="000000"/>
              <w:bottom w:val="single" w:sz="8" w:space="0" w:color="000000"/>
              <w:right w:val="single" w:sz="8" w:space="0" w:color="000000"/>
            </w:tcBorders>
            <w:tcMar>
              <w:top w:w="80" w:type="dxa"/>
              <w:left w:w="110" w:type="dxa"/>
              <w:bottom w:w="80" w:type="dxa"/>
              <w:right w:w="110" w:type="dxa"/>
            </w:tcMar>
          </w:tcPr>
          <w:p w14:paraId="32F442E4" w14:textId="77777777" w:rsidR="002704E0" w:rsidRPr="002704E0" w:rsidRDefault="002704E0" w:rsidP="00E437A4">
            <w:pPr>
              <w:rPr>
                <w:sz w:val="18"/>
                <w:szCs w:val="20"/>
                <w:lang w:val="pl-PL"/>
              </w:rPr>
            </w:pPr>
            <w:r w:rsidRPr="002704E0">
              <w:rPr>
                <w:b/>
                <w:color w:val="000000"/>
                <w:sz w:val="28"/>
                <w:szCs w:val="20"/>
                <w:lang w:val="pl-PL"/>
              </w:rPr>
              <w:t>KOMPETENCJE SPOŁECZNE</w:t>
            </w:r>
          </w:p>
          <w:p w14:paraId="5FB6EE2E" w14:textId="77777777" w:rsidR="002704E0" w:rsidRPr="002704E0" w:rsidRDefault="002704E0" w:rsidP="00E437A4">
            <w:pPr>
              <w:rPr>
                <w:sz w:val="18"/>
                <w:szCs w:val="20"/>
                <w:lang w:val="pl-PL"/>
              </w:rPr>
            </w:pPr>
            <w:r w:rsidRPr="002704E0">
              <w:rPr>
                <w:i/>
                <w:color w:val="333333"/>
                <w:sz w:val="16"/>
                <w:szCs w:val="20"/>
                <w:lang w:val="pl-PL"/>
              </w:rPr>
              <w:t xml:space="preserve">Fair </w:t>
            </w:r>
            <w:proofErr w:type="spellStart"/>
            <w:r w:rsidRPr="002704E0">
              <w:rPr>
                <w:i/>
                <w:color w:val="333333"/>
                <w:sz w:val="16"/>
                <w:szCs w:val="20"/>
                <w:lang w:val="pl-PL"/>
              </w:rPr>
              <w:t>play</w:t>
            </w:r>
            <w:proofErr w:type="spellEnd"/>
            <w:r w:rsidRPr="002704E0">
              <w:rPr>
                <w:i/>
                <w:color w:val="333333"/>
                <w:sz w:val="16"/>
                <w:szCs w:val="20"/>
                <w:lang w:val="pl-PL"/>
              </w:rPr>
              <w:t>, role, komunikacja, emocje, empatia, włączenie i rozwiązywanie konfliktów.</w:t>
            </w:r>
            <w:r w:rsidRPr="0009332E">
              <w:rPr>
                <w:b/>
                <w:color w:val="4B4B4B"/>
                <w:sz w:val="12"/>
                <w:lang w:val="pl-PL"/>
              </w:rPr>
              <w:t xml:space="preserve">  </w:t>
            </w:r>
            <w:proofErr w:type="gramStart"/>
            <w:r>
              <w:rPr>
                <w:b/>
                <w:color w:val="4B4B4B"/>
                <w:sz w:val="12"/>
              </w:rPr>
              <w:t>|  PODSTAWA</w:t>
            </w:r>
            <w:proofErr w:type="gramEnd"/>
            <w:r>
              <w:rPr>
                <w:b/>
                <w:color w:val="4B4B4B"/>
                <w:sz w:val="12"/>
              </w:rPr>
              <w:t xml:space="preserve">: </w:t>
            </w:r>
            <w:r>
              <w:rPr>
                <w:i/>
                <w:color w:val="4B4B4B"/>
                <w:sz w:val="12"/>
              </w:rPr>
              <w:t>PP 2017/2025, WF kl. V–VI, VIII.1–16.</w:t>
            </w:r>
          </w:p>
        </w:tc>
      </w:tr>
    </w:tbl>
    <w:p w14:paraId="2A98C031" w14:textId="77777777" w:rsidR="002704E0" w:rsidRPr="002704E0" w:rsidRDefault="002704E0" w:rsidP="002704E0">
      <w:pPr>
        <w:rPr>
          <w:sz w:val="18"/>
          <w:szCs w:val="20"/>
          <w:lang w:val="pl-PL"/>
        </w:rPr>
      </w:pPr>
    </w:p>
    <w:tbl>
      <w:tblPr>
        <w:tblW w:w="0" w:type="auto"/>
        <w:jc w:val="center"/>
        <w:tblLayout w:type="fixed"/>
        <w:tblLook w:val="04A0" w:firstRow="1" w:lastRow="0" w:firstColumn="1" w:lastColumn="0" w:noHBand="0" w:noVBand="1"/>
      </w:tblPr>
      <w:tblGrid>
        <w:gridCol w:w="5256"/>
        <w:gridCol w:w="4968"/>
        <w:gridCol w:w="4968"/>
      </w:tblGrid>
      <w:tr w:rsidR="002704E0" w:rsidRPr="00047F0F" w14:paraId="78ABB887" w14:textId="77777777" w:rsidTr="00E437A4">
        <w:trPr>
          <w:jc w:val="center"/>
        </w:trPr>
        <w:tc>
          <w:tcPr>
            <w:tcW w:w="5256" w:type="dxa"/>
            <w:tcBorders>
              <w:top w:val="single" w:sz="6" w:space="0" w:color="808080"/>
              <w:left w:val="single" w:sz="6" w:space="0" w:color="808080"/>
              <w:bottom w:val="single" w:sz="6" w:space="0" w:color="808080"/>
              <w:right w:val="single" w:sz="6" w:space="0" w:color="808080"/>
            </w:tcBorders>
            <w:shd w:val="clear" w:color="auto" w:fill="F2F2F2"/>
            <w:tcMar>
              <w:top w:w="70" w:type="dxa"/>
              <w:left w:w="95" w:type="dxa"/>
              <w:bottom w:w="70" w:type="dxa"/>
              <w:right w:w="95" w:type="dxa"/>
            </w:tcMar>
          </w:tcPr>
          <w:p w14:paraId="4111E055" w14:textId="77777777" w:rsidR="002704E0" w:rsidRPr="002704E0" w:rsidRDefault="002704E0" w:rsidP="00E437A4">
            <w:pPr>
              <w:spacing w:after="40"/>
              <w:rPr>
                <w:sz w:val="18"/>
                <w:szCs w:val="20"/>
                <w:lang w:val="pl-PL"/>
              </w:rPr>
            </w:pPr>
            <w:r w:rsidRPr="002704E0">
              <w:rPr>
                <w:b/>
                <w:color w:val="000000"/>
                <w:sz w:val="14"/>
                <w:szCs w:val="20"/>
                <w:lang w:val="pl-PL"/>
              </w:rPr>
              <w:t>ZAKRES WYMAGANIA</w:t>
            </w:r>
          </w:p>
          <w:p w14:paraId="65D7F01F" w14:textId="77777777" w:rsidR="002704E0" w:rsidRPr="002704E0" w:rsidRDefault="002704E0" w:rsidP="00E437A4">
            <w:pPr>
              <w:pStyle w:val="Listapunktowana"/>
              <w:spacing w:after="22" w:line="245" w:lineRule="auto"/>
              <w:ind w:left="158" w:hanging="130"/>
              <w:rPr>
                <w:sz w:val="18"/>
                <w:szCs w:val="20"/>
                <w:lang w:val="pl-PL"/>
              </w:rPr>
            </w:pPr>
            <w:r w:rsidRPr="002704E0">
              <w:rPr>
                <w:color w:val="000000"/>
                <w:sz w:val="12"/>
                <w:szCs w:val="20"/>
                <w:lang w:val="pl-PL"/>
              </w:rPr>
              <w:t xml:space="preserve">rozumie ideę olimpizmu i stosuje zasadę fair </w:t>
            </w:r>
            <w:proofErr w:type="spellStart"/>
            <w:r w:rsidRPr="002704E0">
              <w:rPr>
                <w:color w:val="000000"/>
                <w:sz w:val="12"/>
                <w:szCs w:val="20"/>
                <w:lang w:val="pl-PL"/>
              </w:rPr>
              <w:t>play</w:t>
            </w:r>
            <w:proofErr w:type="spellEnd"/>
          </w:p>
          <w:p w14:paraId="2823CDE6" w14:textId="77777777" w:rsidR="002704E0" w:rsidRPr="002704E0" w:rsidRDefault="002704E0" w:rsidP="00E437A4">
            <w:pPr>
              <w:pStyle w:val="Listapunktowana"/>
              <w:spacing w:after="22" w:line="245" w:lineRule="auto"/>
              <w:ind w:left="158" w:hanging="130"/>
              <w:rPr>
                <w:sz w:val="18"/>
                <w:szCs w:val="20"/>
                <w:lang w:val="pl-PL"/>
              </w:rPr>
            </w:pPr>
            <w:r w:rsidRPr="002704E0">
              <w:rPr>
                <w:color w:val="000000"/>
                <w:sz w:val="12"/>
                <w:szCs w:val="20"/>
                <w:lang w:val="pl-PL"/>
              </w:rPr>
              <w:t>okazuje szacunek przeciwnikowi, sędziemu i współuczestnikom</w:t>
            </w:r>
          </w:p>
          <w:p w14:paraId="009EB4F8" w14:textId="77777777" w:rsidR="002704E0" w:rsidRPr="002704E0" w:rsidRDefault="002704E0" w:rsidP="00E437A4">
            <w:pPr>
              <w:pStyle w:val="Listapunktowana"/>
              <w:spacing w:after="22" w:line="245" w:lineRule="auto"/>
              <w:ind w:left="158" w:hanging="130"/>
              <w:rPr>
                <w:sz w:val="18"/>
                <w:szCs w:val="20"/>
                <w:lang w:val="pl-PL"/>
              </w:rPr>
            </w:pPr>
            <w:r w:rsidRPr="002704E0">
              <w:rPr>
                <w:color w:val="000000"/>
                <w:sz w:val="12"/>
                <w:szCs w:val="20"/>
                <w:lang w:val="pl-PL"/>
              </w:rPr>
              <w:t>współdziała i skutecznie komunikuje się w grupie</w:t>
            </w:r>
          </w:p>
          <w:p w14:paraId="63913B59" w14:textId="77777777" w:rsidR="002704E0" w:rsidRPr="002704E0" w:rsidRDefault="002704E0" w:rsidP="00E437A4">
            <w:pPr>
              <w:pStyle w:val="Listapunktowana"/>
              <w:spacing w:after="22" w:line="245" w:lineRule="auto"/>
              <w:ind w:left="158" w:hanging="130"/>
              <w:rPr>
                <w:sz w:val="18"/>
                <w:szCs w:val="20"/>
                <w:lang w:val="pl-PL"/>
              </w:rPr>
            </w:pPr>
            <w:r w:rsidRPr="002704E0">
              <w:rPr>
                <w:color w:val="000000"/>
                <w:sz w:val="12"/>
                <w:szCs w:val="20"/>
                <w:lang w:val="pl-PL"/>
              </w:rPr>
              <w:t>pełni rolę zawodnika, organizatora, sędziego lub kibica</w:t>
            </w:r>
          </w:p>
          <w:p w14:paraId="559EBA72" w14:textId="77777777" w:rsidR="002704E0" w:rsidRPr="002704E0" w:rsidRDefault="002704E0" w:rsidP="00E437A4">
            <w:pPr>
              <w:pStyle w:val="Listapunktowana"/>
              <w:spacing w:after="22" w:line="245" w:lineRule="auto"/>
              <w:ind w:left="158" w:hanging="130"/>
              <w:rPr>
                <w:sz w:val="18"/>
                <w:szCs w:val="20"/>
                <w:lang w:val="pl-PL"/>
              </w:rPr>
            </w:pPr>
            <w:r w:rsidRPr="002704E0">
              <w:rPr>
                <w:color w:val="000000"/>
                <w:sz w:val="12"/>
                <w:szCs w:val="20"/>
                <w:lang w:val="pl-PL"/>
              </w:rPr>
              <w:t>rozpoznaje emocje związane z wygraną, przegraną i błędem</w:t>
            </w:r>
          </w:p>
          <w:p w14:paraId="4563890C" w14:textId="77777777" w:rsidR="002704E0" w:rsidRPr="002704E0" w:rsidRDefault="002704E0" w:rsidP="00E437A4">
            <w:pPr>
              <w:pStyle w:val="Listapunktowana"/>
              <w:spacing w:after="22" w:line="245" w:lineRule="auto"/>
              <w:ind w:left="158" w:hanging="130"/>
              <w:rPr>
                <w:sz w:val="18"/>
                <w:szCs w:val="20"/>
                <w:lang w:val="pl-PL"/>
              </w:rPr>
            </w:pPr>
            <w:r w:rsidRPr="002704E0">
              <w:rPr>
                <w:color w:val="000000"/>
                <w:sz w:val="12"/>
                <w:szCs w:val="20"/>
                <w:lang w:val="pl-PL"/>
              </w:rPr>
              <w:t>wspiera osoby o różnej sprawności i przeciwdziała wykluczeniu</w:t>
            </w:r>
          </w:p>
          <w:p w14:paraId="168D5ED7" w14:textId="77777777" w:rsidR="002704E0" w:rsidRPr="002704E0" w:rsidRDefault="002704E0" w:rsidP="00E437A4">
            <w:pPr>
              <w:pStyle w:val="Listapunktowana"/>
              <w:spacing w:after="22" w:line="245" w:lineRule="auto"/>
              <w:ind w:left="158" w:hanging="130"/>
              <w:rPr>
                <w:sz w:val="18"/>
                <w:szCs w:val="20"/>
                <w:lang w:val="pl-PL"/>
              </w:rPr>
            </w:pPr>
            <w:r w:rsidRPr="002704E0">
              <w:rPr>
                <w:color w:val="000000"/>
                <w:sz w:val="12"/>
                <w:szCs w:val="20"/>
                <w:lang w:val="pl-PL"/>
              </w:rPr>
              <w:t>rozwiązuje nieporozumienia bez przemocy, z empatią i asertywnością</w:t>
            </w:r>
          </w:p>
          <w:p w14:paraId="487C0A8A" w14:textId="77777777" w:rsidR="002704E0" w:rsidRPr="002704E0" w:rsidRDefault="002704E0" w:rsidP="00E437A4">
            <w:pPr>
              <w:pStyle w:val="Listapunktowana"/>
              <w:spacing w:after="22" w:line="245" w:lineRule="auto"/>
              <w:ind w:left="158" w:hanging="130"/>
              <w:rPr>
                <w:sz w:val="18"/>
                <w:szCs w:val="20"/>
                <w:lang w:val="pl-PL"/>
              </w:rPr>
            </w:pPr>
            <w:r w:rsidRPr="002704E0">
              <w:rPr>
                <w:color w:val="000000"/>
                <w:sz w:val="12"/>
                <w:szCs w:val="20"/>
                <w:lang w:val="pl-PL"/>
              </w:rPr>
              <w:t>wzmacnia poczucie własnej wartości i pozytywny obraz siebie</w:t>
            </w:r>
          </w:p>
        </w:tc>
        <w:tc>
          <w:tcPr>
            <w:tcW w:w="4968" w:type="dxa"/>
            <w:tcBorders>
              <w:top w:val="single" w:sz="6" w:space="0" w:color="808080"/>
              <w:left w:val="single" w:sz="6" w:space="0" w:color="808080"/>
              <w:bottom w:val="single" w:sz="6" w:space="0" w:color="808080"/>
              <w:right w:val="single" w:sz="6" w:space="0" w:color="808080"/>
            </w:tcBorders>
            <w:shd w:val="clear" w:color="auto" w:fill="E7E6E6"/>
            <w:tcMar>
              <w:top w:w="70" w:type="dxa"/>
              <w:left w:w="95" w:type="dxa"/>
              <w:bottom w:w="70" w:type="dxa"/>
              <w:right w:w="95" w:type="dxa"/>
            </w:tcMar>
          </w:tcPr>
          <w:p w14:paraId="59AD1EF5" w14:textId="77777777" w:rsidR="002704E0" w:rsidRPr="002704E0" w:rsidRDefault="002704E0" w:rsidP="00E437A4">
            <w:pPr>
              <w:spacing w:after="40"/>
              <w:rPr>
                <w:sz w:val="18"/>
                <w:szCs w:val="20"/>
                <w:lang w:val="pl-PL"/>
              </w:rPr>
            </w:pPr>
            <w:r w:rsidRPr="002704E0">
              <w:rPr>
                <w:b/>
                <w:color w:val="000000"/>
                <w:sz w:val="14"/>
                <w:szCs w:val="20"/>
                <w:lang w:val="pl-PL"/>
              </w:rPr>
              <w:t>KRYTERIA SUKCESU</w:t>
            </w:r>
          </w:p>
          <w:p w14:paraId="61897A23" w14:textId="77777777" w:rsidR="002704E0" w:rsidRPr="002704E0" w:rsidRDefault="002704E0" w:rsidP="00E437A4">
            <w:pPr>
              <w:pStyle w:val="Listapunktowana"/>
              <w:spacing w:after="22" w:line="245" w:lineRule="auto"/>
              <w:ind w:left="158" w:hanging="130"/>
              <w:rPr>
                <w:sz w:val="18"/>
                <w:szCs w:val="20"/>
                <w:lang w:val="pl-PL"/>
              </w:rPr>
            </w:pPr>
            <w:r w:rsidRPr="002704E0">
              <w:rPr>
                <w:color w:val="000000"/>
                <w:sz w:val="12"/>
                <w:szCs w:val="20"/>
                <w:lang w:val="pl-PL"/>
              </w:rPr>
              <w:t>respektuje zasady i decyzje sędziego</w:t>
            </w:r>
          </w:p>
          <w:p w14:paraId="721F8873" w14:textId="77777777" w:rsidR="002704E0" w:rsidRPr="002704E0" w:rsidRDefault="002704E0" w:rsidP="00E437A4">
            <w:pPr>
              <w:pStyle w:val="Listapunktowana"/>
              <w:spacing w:after="22" w:line="245" w:lineRule="auto"/>
              <w:ind w:left="158" w:hanging="130"/>
              <w:rPr>
                <w:sz w:val="18"/>
                <w:szCs w:val="20"/>
                <w:lang w:val="pl-PL"/>
              </w:rPr>
            </w:pPr>
            <w:r w:rsidRPr="002704E0">
              <w:rPr>
                <w:color w:val="000000"/>
                <w:sz w:val="12"/>
                <w:szCs w:val="20"/>
                <w:lang w:val="pl-PL"/>
              </w:rPr>
              <w:t>komunikuje się bez obrażania i obwiniania innych</w:t>
            </w:r>
          </w:p>
          <w:p w14:paraId="3EC287A8" w14:textId="77777777" w:rsidR="002704E0" w:rsidRPr="002704E0" w:rsidRDefault="002704E0" w:rsidP="00E437A4">
            <w:pPr>
              <w:pStyle w:val="Listapunktowana"/>
              <w:spacing w:after="22" w:line="245" w:lineRule="auto"/>
              <w:ind w:left="158" w:hanging="130"/>
              <w:rPr>
                <w:sz w:val="18"/>
                <w:szCs w:val="20"/>
                <w:lang w:val="pl-PL"/>
              </w:rPr>
            </w:pPr>
            <w:r w:rsidRPr="002704E0">
              <w:rPr>
                <w:color w:val="000000"/>
                <w:sz w:val="12"/>
                <w:szCs w:val="20"/>
                <w:lang w:val="pl-PL"/>
              </w:rPr>
              <w:t>przyjmuje odpowiedzialność za własną rolę i działanie zespołu</w:t>
            </w:r>
          </w:p>
          <w:p w14:paraId="47DB16D1" w14:textId="77777777" w:rsidR="002704E0" w:rsidRPr="002704E0" w:rsidRDefault="002704E0" w:rsidP="00E437A4">
            <w:pPr>
              <w:pStyle w:val="Listapunktowana"/>
              <w:spacing w:after="22" w:line="245" w:lineRule="auto"/>
              <w:ind w:left="158" w:hanging="130"/>
              <w:rPr>
                <w:sz w:val="18"/>
                <w:szCs w:val="20"/>
                <w:lang w:val="pl-PL"/>
              </w:rPr>
            </w:pPr>
            <w:r w:rsidRPr="002704E0">
              <w:rPr>
                <w:color w:val="000000"/>
                <w:sz w:val="12"/>
                <w:szCs w:val="20"/>
                <w:lang w:val="pl-PL"/>
              </w:rPr>
              <w:t>wspiera udział każdego ucznia, także osoby o niższej sprawności</w:t>
            </w:r>
          </w:p>
          <w:p w14:paraId="3B072126" w14:textId="77777777" w:rsidR="002704E0" w:rsidRPr="002704E0" w:rsidRDefault="002704E0" w:rsidP="00E437A4">
            <w:pPr>
              <w:pStyle w:val="Listapunktowana"/>
              <w:spacing w:after="22" w:line="245" w:lineRule="auto"/>
              <w:ind w:left="158" w:hanging="130"/>
              <w:rPr>
                <w:sz w:val="18"/>
                <w:szCs w:val="20"/>
                <w:lang w:val="pl-PL"/>
              </w:rPr>
            </w:pPr>
            <w:r w:rsidRPr="002704E0">
              <w:rPr>
                <w:color w:val="000000"/>
                <w:sz w:val="12"/>
                <w:szCs w:val="20"/>
                <w:lang w:val="pl-PL"/>
              </w:rPr>
              <w:t>nazywa emocje i rozwiązuje prosty konflikt w sposób konstruktywny</w:t>
            </w:r>
          </w:p>
        </w:tc>
        <w:tc>
          <w:tcPr>
            <w:tcW w:w="4968" w:type="dxa"/>
            <w:tcBorders>
              <w:top w:val="single" w:sz="6" w:space="0" w:color="808080"/>
              <w:left w:val="single" w:sz="6" w:space="0" w:color="808080"/>
              <w:bottom w:val="single" w:sz="6" w:space="0" w:color="808080"/>
              <w:right w:val="single" w:sz="6" w:space="0" w:color="808080"/>
            </w:tcBorders>
            <w:shd w:val="clear" w:color="auto" w:fill="F2F2F2"/>
            <w:tcMar>
              <w:top w:w="70" w:type="dxa"/>
              <w:left w:w="95" w:type="dxa"/>
              <w:bottom w:w="70" w:type="dxa"/>
              <w:right w:w="95" w:type="dxa"/>
            </w:tcMar>
          </w:tcPr>
          <w:p w14:paraId="1B8F84C0" w14:textId="77777777" w:rsidR="002704E0" w:rsidRPr="002704E0" w:rsidRDefault="002704E0" w:rsidP="00E437A4">
            <w:pPr>
              <w:spacing w:after="40"/>
              <w:rPr>
                <w:sz w:val="18"/>
                <w:szCs w:val="20"/>
                <w:lang w:val="pl-PL"/>
              </w:rPr>
            </w:pPr>
            <w:r w:rsidRPr="002704E0">
              <w:rPr>
                <w:b/>
                <w:color w:val="000000"/>
                <w:sz w:val="14"/>
                <w:szCs w:val="20"/>
                <w:lang w:val="pl-PL"/>
              </w:rPr>
              <w:t>MOŻLIWE DOWODY OSIĄGNIĘCIA UMIEJĘTNOŚCI</w:t>
            </w:r>
          </w:p>
          <w:p w14:paraId="6BE47A56" w14:textId="77777777" w:rsidR="002704E0" w:rsidRPr="002704E0" w:rsidRDefault="002704E0" w:rsidP="00E437A4">
            <w:pPr>
              <w:spacing w:after="30"/>
              <w:rPr>
                <w:sz w:val="18"/>
                <w:szCs w:val="20"/>
                <w:lang w:val="pl-PL"/>
              </w:rPr>
            </w:pPr>
            <w:r w:rsidRPr="002704E0">
              <w:rPr>
                <w:i/>
                <w:color w:val="333333"/>
                <w:sz w:val="12"/>
                <w:szCs w:val="20"/>
                <w:lang w:val="pl-PL"/>
              </w:rPr>
              <w:t>Uczeń może pokazać tę umiejętność między innymi poprzez:</w:t>
            </w:r>
          </w:p>
          <w:p w14:paraId="3736251C" w14:textId="77777777" w:rsidR="002704E0" w:rsidRPr="002704E0" w:rsidRDefault="002704E0" w:rsidP="00E437A4">
            <w:pPr>
              <w:pStyle w:val="Listapunktowana"/>
              <w:spacing w:after="22" w:line="245" w:lineRule="auto"/>
              <w:ind w:left="158" w:hanging="130"/>
              <w:rPr>
                <w:sz w:val="18"/>
                <w:szCs w:val="20"/>
                <w:lang w:val="pl-PL"/>
              </w:rPr>
            </w:pPr>
            <w:r w:rsidRPr="002704E0">
              <w:rPr>
                <w:color w:val="000000"/>
                <w:sz w:val="12"/>
                <w:szCs w:val="20"/>
                <w:lang w:val="pl-PL"/>
              </w:rPr>
              <w:t>Obserwacja: gra, ćwiczenie w parze, praca zespołu lub organizacja aktywności</w:t>
            </w:r>
          </w:p>
          <w:p w14:paraId="333A845B" w14:textId="77777777" w:rsidR="002704E0" w:rsidRPr="002704E0" w:rsidRDefault="002704E0" w:rsidP="00E437A4">
            <w:pPr>
              <w:pStyle w:val="Listapunktowana"/>
              <w:spacing w:after="22" w:line="245" w:lineRule="auto"/>
              <w:ind w:left="158" w:hanging="130"/>
              <w:rPr>
                <w:sz w:val="18"/>
                <w:szCs w:val="20"/>
                <w:lang w:val="pl-PL"/>
              </w:rPr>
            </w:pPr>
            <w:r w:rsidRPr="002704E0">
              <w:rPr>
                <w:color w:val="000000"/>
                <w:sz w:val="12"/>
                <w:szCs w:val="20"/>
                <w:lang w:val="pl-PL"/>
              </w:rPr>
              <w:t>Rola: zawodnik, kapitan, sędzia, organizator, obserwator lub kibic</w:t>
            </w:r>
          </w:p>
          <w:p w14:paraId="66F46116" w14:textId="77777777" w:rsidR="002704E0" w:rsidRPr="002704E0" w:rsidRDefault="002704E0" w:rsidP="00E437A4">
            <w:pPr>
              <w:pStyle w:val="Listapunktowana"/>
              <w:spacing w:after="22" w:line="245" w:lineRule="auto"/>
              <w:ind w:left="158" w:hanging="130"/>
              <w:rPr>
                <w:sz w:val="18"/>
                <w:szCs w:val="20"/>
                <w:lang w:val="pl-PL"/>
              </w:rPr>
            </w:pPr>
            <w:r w:rsidRPr="002704E0">
              <w:rPr>
                <w:color w:val="000000"/>
                <w:sz w:val="12"/>
                <w:szCs w:val="20"/>
                <w:lang w:val="pl-PL"/>
              </w:rPr>
              <w:t>Sytuacja społeczna: ustalenie zasad, rozwiązanie sporu lub włączenie uczestnika</w:t>
            </w:r>
          </w:p>
          <w:p w14:paraId="483D7484" w14:textId="77777777" w:rsidR="002704E0" w:rsidRPr="002704E0" w:rsidRDefault="002704E0" w:rsidP="00E437A4">
            <w:pPr>
              <w:pStyle w:val="Listapunktowana"/>
              <w:spacing w:after="22" w:line="245" w:lineRule="auto"/>
              <w:ind w:left="158" w:hanging="130"/>
              <w:rPr>
                <w:sz w:val="18"/>
                <w:szCs w:val="20"/>
                <w:lang w:val="pl-PL"/>
              </w:rPr>
            </w:pPr>
            <w:r w:rsidRPr="002704E0">
              <w:rPr>
                <w:color w:val="000000"/>
                <w:sz w:val="12"/>
                <w:szCs w:val="20"/>
                <w:lang w:val="pl-PL"/>
              </w:rPr>
              <w:t>Refleksja: samoocena współpracy, informacja koleżeńska lub omówienie emocji</w:t>
            </w:r>
          </w:p>
        </w:tc>
      </w:tr>
    </w:tbl>
    <w:p w14:paraId="6ED3054E" w14:textId="77777777" w:rsidR="002704E0" w:rsidRPr="002704E0" w:rsidRDefault="002704E0" w:rsidP="002704E0">
      <w:pPr>
        <w:rPr>
          <w:sz w:val="18"/>
          <w:szCs w:val="20"/>
          <w:lang w:val="pl-PL"/>
        </w:rPr>
      </w:pPr>
    </w:p>
    <w:p w14:paraId="307F81B0" w14:textId="77777777" w:rsidR="002704E0" w:rsidRPr="002704E0" w:rsidRDefault="002704E0" w:rsidP="002704E0">
      <w:pPr>
        <w:spacing w:before="40" w:after="40"/>
        <w:rPr>
          <w:sz w:val="18"/>
          <w:szCs w:val="20"/>
          <w:lang w:val="pl-PL"/>
        </w:rPr>
      </w:pPr>
      <w:r w:rsidRPr="002704E0">
        <w:rPr>
          <w:b/>
          <w:color w:val="000000"/>
          <w:sz w:val="18"/>
          <w:szCs w:val="20"/>
          <w:lang w:val="pl-PL"/>
        </w:rPr>
        <w:t>SKALA OSIĄGNIĘĆ 2–6</w:t>
      </w:r>
    </w:p>
    <w:tbl>
      <w:tblPr>
        <w:tblW w:w="0" w:type="auto"/>
        <w:jc w:val="center"/>
        <w:tblLayout w:type="fixed"/>
        <w:tblLook w:val="04A0" w:firstRow="1" w:lastRow="0" w:firstColumn="1" w:lastColumn="0" w:noHBand="0" w:noVBand="1"/>
      </w:tblPr>
      <w:tblGrid>
        <w:gridCol w:w="3038"/>
        <w:gridCol w:w="3038"/>
        <w:gridCol w:w="3038"/>
        <w:gridCol w:w="3038"/>
        <w:gridCol w:w="3038"/>
      </w:tblGrid>
      <w:tr w:rsidR="002704E0" w:rsidRPr="002704E0" w14:paraId="37B5E8D8" w14:textId="77777777" w:rsidTr="00E437A4">
        <w:trPr>
          <w:tblHeader/>
          <w:jc w:val="center"/>
        </w:trPr>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269F1C9F" w14:textId="77777777" w:rsidR="002704E0" w:rsidRPr="002704E0" w:rsidRDefault="002704E0" w:rsidP="00E437A4">
            <w:pPr>
              <w:jc w:val="center"/>
              <w:rPr>
                <w:sz w:val="18"/>
                <w:szCs w:val="20"/>
                <w:lang w:val="pl-PL"/>
              </w:rPr>
            </w:pPr>
            <w:r w:rsidRPr="002704E0">
              <w:rPr>
                <w:b/>
                <w:color w:val="000000"/>
                <w:sz w:val="24"/>
                <w:szCs w:val="20"/>
                <w:lang w:val="pl-PL"/>
              </w:rPr>
              <w:t>2</w:t>
            </w:r>
          </w:p>
          <w:p w14:paraId="4119D7E1" w14:textId="77777777" w:rsidR="002704E0" w:rsidRPr="002704E0" w:rsidRDefault="002704E0" w:rsidP="00E437A4">
            <w:pPr>
              <w:spacing w:line="216" w:lineRule="auto"/>
              <w:jc w:val="center"/>
              <w:rPr>
                <w:sz w:val="18"/>
                <w:szCs w:val="20"/>
                <w:lang w:val="pl-PL"/>
              </w:rPr>
            </w:pPr>
            <w:r w:rsidRPr="002704E0">
              <w:rPr>
                <w:b/>
                <w:color w:val="000000"/>
                <w:sz w:val="11"/>
                <w:szCs w:val="20"/>
                <w:lang w:val="pl-PL"/>
              </w:rPr>
              <w:t>Z POMOCĄ</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177B9D98" w14:textId="77777777" w:rsidR="002704E0" w:rsidRPr="002704E0" w:rsidRDefault="002704E0" w:rsidP="00E437A4">
            <w:pPr>
              <w:jc w:val="center"/>
              <w:rPr>
                <w:sz w:val="18"/>
                <w:szCs w:val="20"/>
                <w:lang w:val="pl-PL"/>
              </w:rPr>
            </w:pPr>
            <w:r w:rsidRPr="002704E0">
              <w:rPr>
                <w:b/>
                <w:color w:val="000000"/>
                <w:sz w:val="24"/>
                <w:szCs w:val="20"/>
                <w:lang w:val="pl-PL"/>
              </w:rPr>
              <w:t>3</w:t>
            </w:r>
          </w:p>
          <w:p w14:paraId="7C59954D" w14:textId="77777777" w:rsidR="002704E0" w:rsidRPr="002704E0" w:rsidRDefault="002704E0" w:rsidP="00E437A4">
            <w:pPr>
              <w:spacing w:line="216" w:lineRule="auto"/>
              <w:jc w:val="center"/>
              <w:rPr>
                <w:sz w:val="18"/>
                <w:szCs w:val="20"/>
                <w:lang w:val="pl-PL"/>
              </w:rPr>
            </w:pPr>
            <w:r w:rsidRPr="002704E0">
              <w:rPr>
                <w:b/>
                <w:color w:val="000000"/>
                <w:sz w:val="11"/>
                <w:szCs w:val="20"/>
                <w:lang w:val="pl-PL"/>
              </w:rPr>
              <w:t>SAMODZIELNIE</w:t>
            </w:r>
            <w:r w:rsidRPr="002704E0">
              <w:rPr>
                <w:b/>
                <w:color w:val="000000"/>
                <w:sz w:val="11"/>
                <w:szCs w:val="20"/>
                <w:lang w:val="pl-PL"/>
              </w:rPr>
              <w:br/>
              <w:t>W TYPOWEJ SYTUACJI</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13C196F3" w14:textId="77777777" w:rsidR="002704E0" w:rsidRPr="002704E0" w:rsidRDefault="002704E0" w:rsidP="00E437A4">
            <w:pPr>
              <w:jc w:val="center"/>
              <w:rPr>
                <w:sz w:val="18"/>
                <w:szCs w:val="20"/>
                <w:lang w:val="pl-PL"/>
              </w:rPr>
            </w:pPr>
            <w:r w:rsidRPr="002704E0">
              <w:rPr>
                <w:b/>
                <w:color w:val="000000"/>
                <w:sz w:val="24"/>
                <w:szCs w:val="20"/>
                <w:lang w:val="pl-PL"/>
              </w:rPr>
              <w:t>4</w:t>
            </w:r>
          </w:p>
          <w:p w14:paraId="04C89204" w14:textId="77777777" w:rsidR="002704E0" w:rsidRPr="002704E0" w:rsidRDefault="002704E0" w:rsidP="00E437A4">
            <w:pPr>
              <w:spacing w:line="216" w:lineRule="auto"/>
              <w:jc w:val="center"/>
              <w:rPr>
                <w:sz w:val="18"/>
                <w:szCs w:val="20"/>
                <w:lang w:val="pl-PL"/>
              </w:rPr>
            </w:pPr>
            <w:r w:rsidRPr="002704E0">
              <w:rPr>
                <w:b/>
                <w:color w:val="000000"/>
                <w:sz w:val="11"/>
                <w:szCs w:val="20"/>
                <w:lang w:val="pl-PL"/>
              </w:rPr>
              <w:t>POPRAWNIE</w:t>
            </w:r>
            <w:r w:rsidRPr="002704E0">
              <w:rPr>
                <w:b/>
                <w:color w:val="000000"/>
                <w:sz w:val="11"/>
                <w:szCs w:val="20"/>
                <w:lang w:val="pl-PL"/>
              </w:rPr>
              <w:br/>
              <w:t>I ŚWIADOMIE</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1D965D9A" w14:textId="77777777" w:rsidR="002704E0" w:rsidRPr="002704E0" w:rsidRDefault="002704E0" w:rsidP="00E437A4">
            <w:pPr>
              <w:jc w:val="center"/>
              <w:rPr>
                <w:sz w:val="18"/>
                <w:szCs w:val="20"/>
                <w:lang w:val="pl-PL"/>
              </w:rPr>
            </w:pPr>
            <w:r w:rsidRPr="002704E0">
              <w:rPr>
                <w:b/>
                <w:color w:val="000000"/>
                <w:sz w:val="24"/>
                <w:szCs w:val="20"/>
                <w:lang w:val="pl-PL"/>
              </w:rPr>
              <w:t>5</w:t>
            </w:r>
          </w:p>
          <w:p w14:paraId="2C918EA0" w14:textId="77777777" w:rsidR="002704E0" w:rsidRPr="002704E0" w:rsidRDefault="002704E0" w:rsidP="00E437A4">
            <w:pPr>
              <w:spacing w:line="216" w:lineRule="auto"/>
              <w:jc w:val="center"/>
              <w:rPr>
                <w:sz w:val="18"/>
                <w:szCs w:val="20"/>
                <w:lang w:val="pl-PL"/>
              </w:rPr>
            </w:pPr>
            <w:r w:rsidRPr="002704E0">
              <w:rPr>
                <w:b/>
                <w:color w:val="000000"/>
                <w:sz w:val="11"/>
                <w:szCs w:val="20"/>
                <w:lang w:val="pl-PL"/>
              </w:rPr>
              <w:t>SPRAWNIE, SAMODZIELNIE</w:t>
            </w:r>
            <w:r w:rsidRPr="002704E0">
              <w:rPr>
                <w:b/>
                <w:color w:val="000000"/>
                <w:sz w:val="11"/>
                <w:szCs w:val="20"/>
                <w:lang w:val="pl-PL"/>
              </w:rPr>
              <w:br/>
              <w:t>I CELOWO</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67195402" w14:textId="77777777" w:rsidR="002704E0" w:rsidRPr="002704E0" w:rsidRDefault="002704E0" w:rsidP="00E437A4">
            <w:pPr>
              <w:jc w:val="center"/>
              <w:rPr>
                <w:sz w:val="18"/>
                <w:szCs w:val="20"/>
                <w:lang w:val="pl-PL"/>
              </w:rPr>
            </w:pPr>
            <w:r w:rsidRPr="002704E0">
              <w:rPr>
                <w:b/>
                <w:color w:val="000000"/>
                <w:sz w:val="24"/>
                <w:szCs w:val="20"/>
                <w:lang w:val="pl-PL"/>
              </w:rPr>
              <w:t>6</w:t>
            </w:r>
          </w:p>
          <w:p w14:paraId="51B8C04B" w14:textId="77777777" w:rsidR="002704E0" w:rsidRPr="002704E0" w:rsidRDefault="002704E0" w:rsidP="00E437A4">
            <w:pPr>
              <w:spacing w:line="216" w:lineRule="auto"/>
              <w:jc w:val="center"/>
              <w:rPr>
                <w:sz w:val="18"/>
                <w:szCs w:val="20"/>
                <w:lang w:val="pl-PL"/>
              </w:rPr>
            </w:pPr>
            <w:r w:rsidRPr="002704E0">
              <w:rPr>
                <w:b/>
                <w:color w:val="000000"/>
                <w:sz w:val="11"/>
                <w:szCs w:val="20"/>
                <w:lang w:val="pl-PL"/>
              </w:rPr>
              <w:t>TWÓRCZO</w:t>
            </w:r>
            <w:r w:rsidRPr="002704E0">
              <w:rPr>
                <w:b/>
                <w:color w:val="000000"/>
                <w:sz w:val="11"/>
                <w:szCs w:val="20"/>
                <w:lang w:val="pl-PL"/>
              </w:rPr>
              <w:br/>
              <w:t>I ODPOWIEDZIALNIE</w:t>
            </w:r>
          </w:p>
        </w:tc>
      </w:tr>
      <w:tr w:rsidR="002704E0" w:rsidRPr="00047F0F" w14:paraId="51CE6F9B" w14:textId="77777777" w:rsidTr="00E437A4">
        <w:trPr>
          <w:cantSplit/>
          <w:jc w:val="center"/>
        </w:trPr>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58B27A03" w14:textId="77777777" w:rsidR="002704E0" w:rsidRPr="002704E0" w:rsidRDefault="002704E0" w:rsidP="00E437A4">
            <w:pPr>
              <w:pStyle w:val="Listapunktowana"/>
              <w:spacing w:after="36" w:line="245" w:lineRule="auto"/>
              <w:ind w:left="158" w:hanging="130"/>
              <w:rPr>
                <w:sz w:val="18"/>
                <w:szCs w:val="20"/>
                <w:lang w:val="pl-PL"/>
              </w:rPr>
            </w:pPr>
            <w:r w:rsidRPr="002704E0">
              <w:rPr>
                <w:color w:val="000000"/>
                <w:sz w:val="12"/>
                <w:szCs w:val="20"/>
                <w:lang w:val="pl-PL"/>
              </w:rPr>
              <w:t>z pomocą podejmuje rolę i stosuje podstawowe zasady</w:t>
            </w:r>
          </w:p>
          <w:p w14:paraId="51FFB33C" w14:textId="77777777" w:rsidR="002704E0" w:rsidRPr="002704E0" w:rsidRDefault="002704E0" w:rsidP="00E437A4">
            <w:pPr>
              <w:pStyle w:val="Listapunktowana"/>
              <w:spacing w:after="36" w:line="245" w:lineRule="auto"/>
              <w:ind w:left="158" w:hanging="130"/>
              <w:rPr>
                <w:sz w:val="18"/>
                <w:szCs w:val="20"/>
                <w:lang w:val="pl-PL"/>
              </w:rPr>
            </w:pPr>
            <w:r w:rsidRPr="002704E0">
              <w:rPr>
                <w:color w:val="000000"/>
                <w:sz w:val="12"/>
                <w:szCs w:val="20"/>
                <w:lang w:val="pl-PL"/>
              </w:rPr>
              <w:t>koryguje nieodpowiednią komunikację po wskazaniu</w:t>
            </w:r>
          </w:p>
          <w:p w14:paraId="598BDF16" w14:textId="77777777" w:rsidR="002704E0" w:rsidRPr="002704E0" w:rsidRDefault="002704E0" w:rsidP="00E437A4">
            <w:pPr>
              <w:pStyle w:val="Listapunktowana"/>
              <w:spacing w:after="36" w:line="245" w:lineRule="auto"/>
              <w:ind w:left="158" w:hanging="130"/>
              <w:rPr>
                <w:sz w:val="18"/>
                <w:szCs w:val="20"/>
                <w:lang w:val="pl-PL"/>
              </w:rPr>
            </w:pPr>
            <w:r w:rsidRPr="002704E0">
              <w:rPr>
                <w:color w:val="000000"/>
                <w:sz w:val="12"/>
                <w:szCs w:val="20"/>
                <w:lang w:val="pl-PL"/>
              </w:rPr>
              <w:t>uczestniczy bez wykluczania innych</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65FA241C" w14:textId="77777777" w:rsidR="002704E0" w:rsidRPr="002704E0" w:rsidRDefault="002704E0" w:rsidP="00E437A4">
            <w:pPr>
              <w:pStyle w:val="Listapunktowana"/>
              <w:spacing w:after="36" w:line="245" w:lineRule="auto"/>
              <w:ind w:left="158" w:hanging="130"/>
              <w:rPr>
                <w:sz w:val="18"/>
                <w:szCs w:val="20"/>
                <w:lang w:val="pl-PL"/>
              </w:rPr>
            </w:pPr>
            <w:r w:rsidRPr="002704E0">
              <w:rPr>
                <w:color w:val="000000"/>
                <w:sz w:val="12"/>
                <w:szCs w:val="20"/>
                <w:lang w:val="pl-PL"/>
              </w:rPr>
              <w:t>samodzielnie pełni przydzieloną rolę</w:t>
            </w:r>
          </w:p>
          <w:p w14:paraId="48482D33" w14:textId="77777777" w:rsidR="002704E0" w:rsidRPr="002704E0" w:rsidRDefault="002704E0" w:rsidP="00E437A4">
            <w:pPr>
              <w:pStyle w:val="Listapunktowana"/>
              <w:spacing w:after="36" w:line="245" w:lineRule="auto"/>
              <w:ind w:left="158" w:hanging="130"/>
              <w:rPr>
                <w:sz w:val="18"/>
                <w:szCs w:val="20"/>
                <w:lang w:val="pl-PL"/>
              </w:rPr>
            </w:pPr>
            <w:r w:rsidRPr="002704E0">
              <w:rPr>
                <w:color w:val="000000"/>
                <w:sz w:val="12"/>
                <w:szCs w:val="20"/>
                <w:lang w:val="pl-PL"/>
              </w:rPr>
              <w:t>akceptuje decyzje i wynik</w:t>
            </w:r>
          </w:p>
          <w:p w14:paraId="13FACE01" w14:textId="77777777" w:rsidR="002704E0" w:rsidRPr="002704E0" w:rsidRDefault="002704E0" w:rsidP="00E437A4">
            <w:pPr>
              <w:pStyle w:val="Listapunktowana"/>
              <w:spacing w:after="36" w:line="245" w:lineRule="auto"/>
              <w:ind w:left="158" w:hanging="130"/>
              <w:rPr>
                <w:sz w:val="18"/>
                <w:szCs w:val="20"/>
                <w:lang w:val="pl-PL"/>
              </w:rPr>
            </w:pPr>
            <w:r w:rsidRPr="002704E0">
              <w:rPr>
                <w:color w:val="000000"/>
                <w:sz w:val="12"/>
                <w:szCs w:val="20"/>
                <w:lang w:val="pl-PL"/>
              </w:rPr>
              <w:t>wspiera partnera w typowej sytuacji</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17BDB2FD" w14:textId="77777777" w:rsidR="002704E0" w:rsidRPr="002704E0" w:rsidRDefault="002704E0" w:rsidP="00E437A4">
            <w:pPr>
              <w:pStyle w:val="Listapunktowana"/>
              <w:spacing w:after="36" w:line="245" w:lineRule="auto"/>
              <w:ind w:left="158" w:hanging="130"/>
              <w:rPr>
                <w:sz w:val="18"/>
                <w:szCs w:val="20"/>
                <w:lang w:val="pl-PL"/>
              </w:rPr>
            </w:pPr>
            <w:r w:rsidRPr="002704E0">
              <w:rPr>
                <w:color w:val="000000"/>
                <w:sz w:val="12"/>
                <w:szCs w:val="20"/>
                <w:lang w:val="pl-PL"/>
              </w:rPr>
              <w:t>sprawnie komunikuje się i współdziała</w:t>
            </w:r>
          </w:p>
          <w:p w14:paraId="63885758" w14:textId="77777777" w:rsidR="002704E0" w:rsidRPr="002704E0" w:rsidRDefault="002704E0" w:rsidP="00E437A4">
            <w:pPr>
              <w:pStyle w:val="Listapunktowana"/>
              <w:spacing w:after="36" w:line="245" w:lineRule="auto"/>
              <w:ind w:left="158" w:hanging="130"/>
              <w:rPr>
                <w:sz w:val="18"/>
                <w:szCs w:val="20"/>
                <w:lang w:val="pl-PL"/>
              </w:rPr>
            </w:pPr>
            <w:r w:rsidRPr="002704E0">
              <w:rPr>
                <w:color w:val="000000"/>
                <w:sz w:val="12"/>
                <w:szCs w:val="20"/>
                <w:lang w:val="pl-PL"/>
              </w:rPr>
              <w:t>rozpoznaje emocje własne i innych</w:t>
            </w:r>
          </w:p>
          <w:p w14:paraId="008BB718" w14:textId="77777777" w:rsidR="002704E0" w:rsidRPr="002704E0" w:rsidRDefault="002704E0" w:rsidP="00E437A4">
            <w:pPr>
              <w:pStyle w:val="Listapunktowana"/>
              <w:spacing w:after="36" w:line="245" w:lineRule="auto"/>
              <w:ind w:left="158" w:hanging="130"/>
              <w:rPr>
                <w:sz w:val="18"/>
                <w:szCs w:val="20"/>
                <w:lang w:val="pl-PL"/>
              </w:rPr>
            </w:pPr>
            <w:r w:rsidRPr="002704E0">
              <w:rPr>
                <w:color w:val="000000"/>
                <w:sz w:val="12"/>
                <w:szCs w:val="20"/>
                <w:lang w:val="pl-PL"/>
              </w:rPr>
              <w:t>pomaga zespołowi rozwiązać nieporozumienie</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0AFBCB52" w14:textId="77777777" w:rsidR="002704E0" w:rsidRPr="002704E0" w:rsidRDefault="002704E0" w:rsidP="00E437A4">
            <w:pPr>
              <w:pStyle w:val="Listapunktowana"/>
              <w:spacing w:after="36" w:line="245" w:lineRule="auto"/>
              <w:ind w:left="158" w:hanging="130"/>
              <w:rPr>
                <w:sz w:val="18"/>
                <w:szCs w:val="20"/>
                <w:lang w:val="pl-PL"/>
              </w:rPr>
            </w:pPr>
            <w:r w:rsidRPr="002704E0">
              <w:rPr>
                <w:color w:val="000000"/>
                <w:sz w:val="12"/>
                <w:szCs w:val="20"/>
                <w:lang w:val="pl-PL"/>
              </w:rPr>
              <w:t>dobiera sposób komunikacji do sytuacji</w:t>
            </w:r>
          </w:p>
          <w:p w14:paraId="78B3B3B9" w14:textId="77777777" w:rsidR="002704E0" w:rsidRPr="002704E0" w:rsidRDefault="002704E0" w:rsidP="00E437A4">
            <w:pPr>
              <w:pStyle w:val="Listapunktowana"/>
              <w:spacing w:after="36" w:line="245" w:lineRule="auto"/>
              <w:ind w:left="158" w:hanging="130"/>
              <w:rPr>
                <w:sz w:val="18"/>
                <w:szCs w:val="20"/>
                <w:lang w:val="pl-PL"/>
              </w:rPr>
            </w:pPr>
            <w:r w:rsidRPr="002704E0">
              <w:rPr>
                <w:color w:val="000000"/>
                <w:sz w:val="12"/>
                <w:szCs w:val="20"/>
                <w:lang w:val="pl-PL"/>
              </w:rPr>
              <w:t>uzasadnia rozwiązanie konfliktu</w:t>
            </w:r>
          </w:p>
          <w:p w14:paraId="2102A89F" w14:textId="77777777" w:rsidR="002704E0" w:rsidRPr="002704E0" w:rsidRDefault="002704E0" w:rsidP="00E437A4">
            <w:pPr>
              <w:pStyle w:val="Listapunktowana"/>
              <w:spacing w:after="36" w:line="245" w:lineRule="auto"/>
              <w:ind w:left="158" w:hanging="130"/>
              <w:rPr>
                <w:sz w:val="18"/>
                <w:szCs w:val="20"/>
                <w:lang w:val="pl-PL"/>
              </w:rPr>
            </w:pPr>
            <w:r w:rsidRPr="002704E0">
              <w:rPr>
                <w:color w:val="000000"/>
                <w:sz w:val="12"/>
                <w:szCs w:val="20"/>
                <w:lang w:val="pl-PL"/>
              </w:rPr>
              <w:t>motywuje osoby o zróżnicowanych potrzebach</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7E0BA6E9" w14:textId="77777777" w:rsidR="002704E0" w:rsidRPr="002704E0" w:rsidRDefault="002704E0" w:rsidP="00E437A4">
            <w:pPr>
              <w:pStyle w:val="Listapunktowana"/>
              <w:spacing w:after="36" w:line="245" w:lineRule="auto"/>
              <w:ind w:left="158" w:hanging="130"/>
              <w:rPr>
                <w:sz w:val="18"/>
                <w:szCs w:val="20"/>
                <w:lang w:val="pl-PL"/>
              </w:rPr>
            </w:pPr>
            <w:r w:rsidRPr="002704E0">
              <w:rPr>
                <w:color w:val="000000"/>
                <w:sz w:val="12"/>
                <w:szCs w:val="20"/>
                <w:lang w:val="pl-PL"/>
              </w:rPr>
              <w:t>organizuje aktywność włączającą wszystkich</w:t>
            </w:r>
          </w:p>
          <w:p w14:paraId="200F3FF8" w14:textId="77777777" w:rsidR="002704E0" w:rsidRPr="002704E0" w:rsidRDefault="002704E0" w:rsidP="00E437A4">
            <w:pPr>
              <w:pStyle w:val="Listapunktowana"/>
              <w:spacing w:after="36" w:line="245" w:lineRule="auto"/>
              <w:ind w:left="158" w:hanging="130"/>
              <w:rPr>
                <w:sz w:val="18"/>
                <w:szCs w:val="20"/>
                <w:lang w:val="pl-PL"/>
              </w:rPr>
            </w:pPr>
            <w:r w:rsidRPr="002704E0">
              <w:rPr>
                <w:color w:val="000000"/>
                <w:sz w:val="12"/>
                <w:szCs w:val="20"/>
                <w:lang w:val="pl-PL"/>
              </w:rPr>
              <w:t xml:space="preserve">inicjuje kulturę szacunku i fair </w:t>
            </w:r>
            <w:proofErr w:type="spellStart"/>
            <w:r w:rsidRPr="002704E0">
              <w:rPr>
                <w:color w:val="000000"/>
                <w:sz w:val="12"/>
                <w:szCs w:val="20"/>
                <w:lang w:val="pl-PL"/>
              </w:rPr>
              <w:t>play</w:t>
            </w:r>
            <w:proofErr w:type="spellEnd"/>
          </w:p>
          <w:p w14:paraId="0415C25F" w14:textId="77777777" w:rsidR="002704E0" w:rsidRPr="002704E0" w:rsidRDefault="002704E0" w:rsidP="00E437A4">
            <w:pPr>
              <w:pStyle w:val="Listapunktowana"/>
              <w:spacing w:after="36" w:line="245" w:lineRule="auto"/>
              <w:ind w:left="158" w:hanging="130"/>
              <w:rPr>
                <w:sz w:val="18"/>
                <w:szCs w:val="20"/>
                <w:lang w:val="pl-PL"/>
              </w:rPr>
            </w:pPr>
            <w:r w:rsidRPr="002704E0">
              <w:rPr>
                <w:color w:val="000000"/>
                <w:sz w:val="12"/>
                <w:szCs w:val="20"/>
                <w:lang w:val="pl-PL"/>
              </w:rPr>
              <w:t>ocenia współpracę i proponuje jej udoskonalenie</w:t>
            </w:r>
          </w:p>
        </w:tc>
      </w:tr>
    </w:tbl>
    <w:p w14:paraId="779C76E1" w14:textId="77777777" w:rsidR="002704E0" w:rsidRPr="002704E0" w:rsidRDefault="002704E0" w:rsidP="002704E0">
      <w:pPr>
        <w:spacing w:before="50"/>
        <w:rPr>
          <w:sz w:val="18"/>
          <w:szCs w:val="20"/>
          <w:lang w:val="pl-PL"/>
        </w:rPr>
      </w:pPr>
      <w:r w:rsidRPr="002704E0">
        <w:rPr>
          <w:b/>
          <w:color w:val="000000"/>
          <w:sz w:val="13"/>
          <w:szCs w:val="20"/>
          <w:lang w:val="pl-PL"/>
        </w:rPr>
        <w:t xml:space="preserve">Ważne: </w:t>
      </w:r>
      <w:r w:rsidRPr="002704E0">
        <w:rPr>
          <w:color w:val="000000"/>
          <w:sz w:val="13"/>
          <w:szCs w:val="20"/>
          <w:lang w:val="pl-PL"/>
        </w:rPr>
        <w:t>Kompetencje społeczne ocenia się tylko w zakresie związanym z realizacją wymagań przedmiotowych, nie jako ogólną ocenę zachowania.</w:t>
      </w:r>
    </w:p>
    <w:p w14:paraId="48899351" w14:textId="77777777" w:rsidR="00770552" w:rsidRPr="002704E0" w:rsidRDefault="00770552">
      <w:pPr>
        <w:rPr>
          <w:sz w:val="18"/>
          <w:szCs w:val="20"/>
          <w:lang w:val="pl-PL"/>
        </w:rPr>
      </w:pPr>
    </w:p>
    <w:p w14:paraId="60E574BF" w14:textId="77777777" w:rsidR="00383C10" w:rsidRPr="0009332E" w:rsidRDefault="00000000">
      <w:pPr>
        <w:spacing w:after="80"/>
        <w:rPr>
          <w:lang w:val="pl-PL"/>
        </w:rPr>
      </w:pPr>
      <w:r w:rsidRPr="0009332E">
        <w:rPr>
          <w:b/>
          <w:sz w:val="34"/>
          <w:lang w:val="pl-PL"/>
        </w:rPr>
        <w:t>MOŻLIWE DOŚWIADCZENIA EDUKACYJNE</w:t>
      </w:r>
    </w:p>
    <w:p w14:paraId="5DBCB9EC" w14:textId="77777777" w:rsidR="00383C10" w:rsidRDefault="00000000">
      <w:pPr>
        <w:spacing w:after="100"/>
        <w:rPr>
          <w:sz w:val="18"/>
          <w:lang w:val="pl-PL"/>
        </w:rPr>
      </w:pPr>
      <w:r w:rsidRPr="0009332E">
        <w:rPr>
          <w:sz w:val="18"/>
          <w:lang w:val="pl-PL"/>
        </w:rPr>
        <w:t>Podstawa programowa obowiązująca w klasach V–VIII wskazuje, że poniższe doświadczenia edukacyjne mogą być realizowane. Nie podlegają testowej ocenie sprawności fizycznej ani formalnej klasyfikacji. Mogą jednak dostarczać dowodów osiągnięcia wymagań szczegółowych, jeżeli oceniane są konkretne umiejętności ujawnione w działaniu.</w:t>
      </w:r>
    </w:p>
    <w:p w14:paraId="5C9CE1F3" w14:textId="77777777" w:rsidR="0009332E" w:rsidRPr="0009332E" w:rsidRDefault="0009332E">
      <w:pPr>
        <w:spacing w:after="100"/>
        <w:rPr>
          <w:lang w:val="pl-PL"/>
        </w:rPr>
      </w:pPr>
    </w:p>
    <w:tbl>
      <w:tblPr>
        <w:tblStyle w:val="Tabela-Siatka"/>
        <w:tblW w:w="0" w:type="auto"/>
        <w:jc w:val="center"/>
        <w:tblLayout w:type="fixed"/>
        <w:tblLook w:val="04A0" w:firstRow="1" w:lastRow="0" w:firstColumn="1" w:lastColumn="0" w:noHBand="0" w:noVBand="1"/>
      </w:tblPr>
      <w:tblGrid>
        <w:gridCol w:w="4680"/>
        <w:gridCol w:w="4680"/>
        <w:gridCol w:w="6120"/>
      </w:tblGrid>
      <w:tr w:rsidR="00383C10" w14:paraId="29753760" w14:textId="77777777">
        <w:trPr>
          <w:tblHeader/>
          <w:jc w:val="center"/>
        </w:trPr>
        <w:tc>
          <w:tcPr>
            <w:tcW w:w="4680" w:type="dxa"/>
            <w:shd w:val="clear" w:color="auto" w:fill="D9D9D9"/>
            <w:tcMar>
              <w:top w:w="90" w:type="dxa"/>
              <w:left w:w="110" w:type="dxa"/>
              <w:bottom w:w="90" w:type="dxa"/>
              <w:right w:w="110" w:type="dxa"/>
            </w:tcMar>
            <w:vAlign w:val="center"/>
          </w:tcPr>
          <w:p w14:paraId="2C357A36" w14:textId="77777777" w:rsidR="00383C10" w:rsidRDefault="00000000">
            <w:pPr>
              <w:jc w:val="center"/>
            </w:pPr>
            <w:r>
              <w:rPr>
                <w:b/>
                <w:sz w:val="16"/>
              </w:rPr>
              <w:t>FORMA DOŚWIADCZENIA</w:t>
            </w:r>
          </w:p>
        </w:tc>
        <w:tc>
          <w:tcPr>
            <w:tcW w:w="4680" w:type="dxa"/>
            <w:shd w:val="clear" w:color="auto" w:fill="D9D9D9"/>
            <w:tcMar>
              <w:top w:w="90" w:type="dxa"/>
              <w:left w:w="110" w:type="dxa"/>
              <w:bottom w:w="90" w:type="dxa"/>
              <w:right w:w="110" w:type="dxa"/>
            </w:tcMar>
            <w:vAlign w:val="center"/>
          </w:tcPr>
          <w:p w14:paraId="1A9E3D8A" w14:textId="77777777" w:rsidR="00383C10" w:rsidRPr="0009332E" w:rsidRDefault="00000000">
            <w:pPr>
              <w:jc w:val="center"/>
              <w:rPr>
                <w:lang w:val="pl-PL"/>
              </w:rPr>
            </w:pPr>
            <w:r w:rsidRPr="0009332E">
              <w:rPr>
                <w:b/>
                <w:sz w:val="16"/>
                <w:lang w:val="pl-PL"/>
              </w:rPr>
              <w:t>STATUS / CZĘSTOTLIWOŚĆ WSKAZANA W PODSTAWIE</w:t>
            </w:r>
          </w:p>
        </w:tc>
        <w:tc>
          <w:tcPr>
            <w:tcW w:w="6120" w:type="dxa"/>
            <w:shd w:val="clear" w:color="auto" w:fill="D9D9D9"/>
            <w:tcMar>
              <w:top w:w="90" w:type="dxa"/>
              <w:left w:w="110" w:type="dxa"/>
              <w:bottom w:w="90" w:type="dxa"/>
              <w:right w:w="110" w:type="dxa"/>
            </w:tcMar>
            <w:vAlign w:val="center"/>
          </w:tcPr>
          <w:p w14:paraId="43AB9B65" w14:textId="77777777" w:rsidR="00383C10" w:rsidRDefault="00000000">
            <w:pPr>
              <w:jc w:val="center"/>
            </w:pPr>
            <w:r>
              <w:rPr>
                <w:b/>
                <w:sz w:val="16"/>
              </w:rPr>
              <w:t>PRZYKŁADOWE DOWODY</w:t>
            </w:r>
          </w:p>
        </w:tc>
      </w:tr>
      <w:tr w:rsidR="00383C10" w:rsidRPr="00047F0F" w14:paraId="28786279" w14:textId="77777777">
        <w:trPr>
          <w:jc w:val="center"/>
        </w:trPr>
        <w:tc>
          <w:tcPr>
            <w:tcW w:w="4680" w:type="dxa"/>
            <w:tcMar>
              <w:top w:w="95" w:type="dxa"/>
              <w:left w:w="110" w:type="dxa"/>
              <w:bottom w:w="95" w:type="dxa"/>
              <w:right w:w="110" w:type="dxa"/>
            </w:tcMar>
            <w:vAlign w:val="center"/>
          </w:tcPr>
          <w:p w14:paraId="10DA34DF" w14:textId="77777777" w:rsidR="00383C10" w:rsidRPr="0009332E" w:rsidRDefault="00000000">
            <w:pPr>
              <w:rPr>
                <w:lang w:val="pl-PL"/>
              </w:rPr>
            </w:pPr>
            <w:r w:rsidRPr="0009332E">
              <w:rPr>
                <w:b/>
                <w:sz w:val="16"/>
                <w:lang w:val="pl-PL"/>
              </w:rPr>
              <w:t>Współorganizowanie wydarzenia związanego z aktywnością fizyczną</w:t>
            </w:r>
          </w:p>
        </w:tc>
        <w:tc>
          <w:tcPr>
            <w:tcW w:w="4680" w:type="dxa"/>
            <w:tcMar>
              <w:top w:w="95" w:type="dxa"/>
              <w:left w:w="110" w:type="dxa"/>
              <w:bottom w:w="95" w:type="dxa"/>
              <w:right w:w="110" w:type="dxa"/>
            </w:tcMar>
            <w:vAlign w:val="center"/>
          </w:tcPr>
          <w:p w14:paraId="1E2AFE12" w14:textId="77777777" w:rsidR="00383C10" w:rsidRPr="0009332E" w:rsidRDefault="00000000">
            <w:pPr>
              <w:rPr>
                <w:lang w:val="pl-PL"/>
              </w:rPr>
            </w:pPr>
            <w:r w:rsidRPr="0009332E">
              <w:rPr>
                <w:sz w:val="16"/>
                <w:lang w:val="pl-PL"/>
              </w:rPr>
              <w:t>Może być realizowane; wskazane minimum: co najmniej raz w każdym roku szkolnym.</w:t>
            </w:r>
          </w:p>
        </w:tc>
        <w:tc>
          <w:tcPr>
            <w:tcW w:w="6120" w:type="dxa"/>
            <w:tcMar>
              <w:top w:w="95" w:type="dxa"/>
              <w:left w:w="110" w:type="dxa"/>
              <w:bottom w:w="95" w:type="dxa"/>
              <w:right w:w="110" w:type="dxa"/>
            </w:tcMar>
            <w:vAlign w:val="center"/>
          </w:tcPr>
          <w:p w14:paraId="7261AEB6" w14:textId="77777777" w:rsidR="00383C10" w:rsidRPr="0009332E" w:rsidRDefault="00000000">
            <w:pPr>
              <w:rPr>
                <w:lang w:val="pl-PL"/>
              </w:rPr>
            </w:pPr>
            <w:r w:rsidRPr="0009332E">
              <w:rPr>
                <w:sz w:val="16"/>
                <w:lang w:val="pl-PL"/>
              </w:rPr>
              <w:t>Plan wydarzenia, realizacja roli, przygotowany materiał, refleksja po działaniu.</w:t>
            </w:r>
          </w:p>
        </w:tc>
      </w:tr>
      <w:tr w:rsidR="00383C10" w:rsidRPr="00047F0F" w14:paraId="1FCD2DBF" w14:textId="77777777">
        <w:trPr>
          <w:jc w:val="center"/>
        </w:trPr>
        <w:tc>
          <w:tcPr>
            <w:tcW w:w="4680" w:type="dxa"/>
            <w:tcMar>
              <w:top w:w="95" w:type="dxa"/>
              <w:left w:w="110" w:type="dxa"/>
              <w:bottom w:w="95" w:type="dxa"/>
              <w:right w:w="110" w:type="dxa"/>
            </w:tcMar>
            <w:vAlign w:val="center"/>
          </w:tcPr>
          <w:p w14:paraId="2D66743B" w14:textId="77777777" w:rsidR="00383C10" w:rsidRPr="0009332E" w:rsidRDefault="00000000">
            <w:pPr>
              <w:rPr>
                <w:lang w:val="pl-PL"/>
              </w:rPr>
            </w:pPr>
            <w:r w:rsidRPr="0009332E">
              <w:rPr>
                <w:b/>
                <w:sz w:val="16"/>
                <w:lang w:val="pl-PL"/>
              </w:rPr>
              <w:t>Samodzielne zaplanowanie i przeprowadzenie ćwiczeń</w:t>
            </w:r>
          </w:p>
        </w:tc>
        <w:tc>
          <w:tcPr>
            <w:tcW w:w="4680" w:type="dxa"/>
            <w:tcMar>
              <w:top w:w="95" w:type="dxa"/>
              <w:left w:w="110" w:type="dxa"/>
              <w:bottom w:w="95" w:type="dxa"/>
              <w:right w:w="110" w:type="dxa"/>
            </w:tcMar>
            <w:vAlign w:val="center"/>
          </w:tcPr>
          <w:p w14:paraId="4E85BEB8" w14:textId="77777777" w:rsidR="00383C10" w:rsidRPr="0009332E" w:rsidRDefault="00000000">
            <w:pPr>
              <w:rPr>
                <w:lang w:val="pl-PL"/>
              </w:rPr>
            </w:pPr>
            <w:r w:rsidRPr="0009332E">
              <w:rPr>
                <w:sz w:val="16"/>
                <w:lang w:val="pl-PL"/>
              </w:rPr>
              <w:t>Może być realizowane; wskazane minimum: co najmniej dwa razy w każdym roku szkolnym.</w:t>
            </w:r>
          </w:p>
        </w:tc>
        <w:tc>
          <w:tcPr>
            <w:tcW w:w="6120" w:type="dxa"/>
            <w:tcMar>
              <w:top w:w="95" w:type="dxa"/>
              <w:left w:w="110" w:type="dxa"/>
              <w:bottom w:w="95" w:type="dxa"/>
              <w:right w:w="110" w:type="dxa"/>
            </w:tcMar>
            <w:vAlign w:val="center"/>
          </w:tcPr>
          <w:p w14:paraId="7BF27706" w14:textId="77777777" w:rsidR="00383C10" w:rsidRPr="0009332E" w:rsidRDefault="00000000">
            <w:pPr>
              <w:rPr>
                <w:lang w:val="pl-PL"/>
              </w:rPr>
            </w:pPr>
            <w:r w:rsidRPr="0009332E">
              <w:rPr>
                <w:sz w:val="16"/>
                <w:lang w:val="pl-PL"/>
              </w:rPr>
              <w:t>Plan rozgrzewki, zestawu lub gry, obserwacja realizacji, samoocena i modyfikacja.</w:t>
            </w:r>
          </w:p>
        </w:tc>
      </w:tr>
      <w:tr w:rsidR="00383C10" w:rsidRPr="00047F0F" w14:paraId="7225CD96" w14:textId="77777777">
        <w:trPr>
          <w:jc w:val="center"/>
        </w:trPr>
        <w:tc>
          <w:tcPr>
            <w:tcW w:w="4680" w:type="dxa"/>
            <w:tcMar>
              <w:top w:w="95" w:type="dxa"/>
              <w:left w:w="110" w:type="dxa"/>
              <w:bottom w:w="95" w:type="dxa"/>
              <w:right w:w="110" w:type="dxa"/>
            </w:tcMar>
            <w:vAlign w:val="center"/>
          </w:tcPr>
          <w:p w14:paraId="1D60C8F0" w14:textId="77777777" w:rsidR="00383C10" w:rsidRDefault="00000000">
            <w:proofErr w:type="spellStart"/>
            <w:r>
              <w:rPr>
                <w:b/>
                <w:sz w:val="16"/>
              </w:rPr>
              <w:t>Dokumentowanie</w:t>
            </w:r>
            <w:proofErr w:type="spellEnd"/>
            <w:r>
              <w:rPr>
                <w:b/>
                <w:sz w:val="16"/>
              </w:rPr>
              <w:t xml:space="preserve"> </w:t>
            </w:r>
            <w:proofErr w:type="spellStart"/>
            <w:r>
              <w:rPr>
                <w:b/>
                <w:sz w:val="16"/>
              </w:rPr>
              <w:t>własnej</w:t>
            </w:r>
            <w:proofErr w:type="spellEnd"/>
            <w:r>
              <w:rPr>
                <w:b/>
                <w:sz w:val="16"/>
              </w:rPr>
              <w:t xml:space="preserve"> </w:t>
            </w:r>
            <w:proofErr w:type="spellStart"/>
            <w:r>
              <w:rPr>
                <w:b/>
                <w:sz w:val="16"/>
              </w:rPr>
              <w:t>aktywności</w:t>
            </w:r>
            <w:proofErr w:type="spellEnd"/>
            <w:r>
              <w:rPr>
                <w:b/>
                <w:sz w:val="16"/>
              </w:rPr>
              <w:t xml:space="preserve"> </w:t>
            </w:r>
            <w:proofErr w:type="spellStart"/>
            <w:r>
              <w:rPr>
                <w:b/>
                <w:sz w:val="16"/>
              </w:rPr>
              <w:t>fizycznej</w:t>
            </w:r>
            <w:proofErr w:type="spellEnd"/>
          </w:p>
        </w:tc>
        <w:tc>
          <w:tcPr>
            <w:tcW w:w="4680" w:type="dxa"/>
            <w:tcMar>
              <w:top w:w="95" w:type="dxa"/>
              <w:left w:w="110" w:type="dxa"/>
              <w:bottom w:w="95" w:type="dxa"/>
              <w:right w:w="110" w:type="dxa"/>
            </w:tcMar>
            <w:vAlign w:val="center"/>
          </w:tcPr>
          <w:p w14:paraId="25095CC8" w14:textId="77777777" w:rsidR="00383C10" w:rsidRPr="0009332E" w:rsidRDefault="00000000">
            <w:pPr>
              <w:rPr>
                <w:lang w:val="pl-PL"/>
              </w:rPr>
            </w:pPr>
            <w:r w:rsidRPr="0009332E">
              <w:rPr>
                <w:sz w:val="16"/>
                <w:lang w:val="pl-PL"/>
              </w:rPr>
              <w:t>Może być realizowane; podstawa nie określa minimalnej częstotliwości.</w:t>
            </w:r>
          </w:p>
        </w:tc>
        <w:tc>
          <w:tcPr>
            <w:tcW w:w="6120" w:type="dxa"/>
            <w:tcMar>
              <w:top w:w="95" w:type="dxa"/>
              <w:left w:w="110" w:type="dxa"/>
              <w:bottom w:w="95" w:type="dxa"/>
              <w:right w:w="110" w:type="dxa"/>
            </w:tcMar>
            <w:vAlign w:val="center"/>
          </w:tcPr>
          <w:p w14:paraId="733923F8" w14:textId="77777777" w:rsidR="00383C10" w:rsidRPr="0009332E" w:rsidRDefault="00000000">
            <w:pPr>
              <w:rPr>
                <w:lang w:val="pl-PL"/>
              </w:rPr>
            </w:pPr>
            <w:r w:rsidRPr="0009332E">
              <w:rPr>
                <w:sz w:val="16"/>
                <w:lang w:val="pl-PL"/>
              </w:rPr>
              <w:t>Dziennik, tabela, wykres, analiza własnych danych i realistyczny kolejny krok.</w:t>
            </w:r>
          </w:p>
        </w:tc>
      </w:tr>
      <w:tr w:rsidR="00383C10" w:rsidRPr="00047F0F" w14:paraId="1D6FF998" w14:textId="77777777">
        <w:trPr>
          <w:jc w:val="center"/>
        </w:trPr>
        <w:tc>
          <w:tcPr>
            <w:tcW w:w="4680" w:type="dxa"/>
            <w:tcMar>
              <w:top w:w="95" w:type="dxa"/>
              <w:left w:w="110" w:type="dxa"/>
              <w:bottom w:w="95" w:type="dxa"/>
              <w:right w:w="110" w:type="dxa"/>
            </w:tcMar>
            <w:vAlign w:val="center"/>
          </w:tcPr>
          <w:p w14:paraId="2F4CF44C" w14:textId="77777777" w:rsidR="00383C10" w:rsidRDefault="00000000">
            <w:proofErr w:type="spellStart"/>
            <w:r>
              <w:rPr>
                <w:b/>
                <w:sz w:val="16"/>
              </w:rPr>
              <w:t>Działanie</w:t>
            </w:r>
            <w:proofErr w:type="spellEnd"/>
            <w:r>
              <w:rPr>
                <w:b/>
                <w:sz w:val="16"/>
              </w:rPr>
              <w:t xml:space="preserve"> </w:t>
            </w:r>
            <w:proofErr w:type="spellStart"/>
            <w:r>
              <w:rPr>
                <w:b/>
                <w:sz w:val="16"/>
              </w:rPr>
              <w:t>promujące</w:t>
            </w:r>
            <w:proofErr w:type="spellEnd"/>
            <w:r>
              <w:rPr>
                <w:b/>
                <w:sz w:val="16"/>
              </w:rPr>
              <w:t xml:space="preserve"> </w:t>
            </w:r>
            <w:proofErr w:type="spellStart"/>
            <w:r>
              <w:rPr>
                <w:b/>
                <w:sz w:val="16"/>
              </w:rPr>
              <w:t>aktywność</w:t>
            </w:r>
            <w:proofErr w:type="spellEnd"/>
            <w:r>
              <w:rPr>
                <w:b/>
                <w:sz w:val="16"/>
              </w:rPr>
              <w:t xml:space="preserve"> </w:t>
            </w:r>
            <w:proofErr w:type="spellStart"/>
            <w:r>
              <w:rPr>
                <w:b/>
                <w:sz w:val="16"/>
              </w:rPr>
              <w:t>fizyczną</w:t>
            </w:r>
            <w:proofErr w:type="spellEnd"/>
          </w:p>
        </w:tc>
        <w:tc>
          <w:tcPr>
            <w:tcW w:w="4680" w:type="dxa"/>
            <w:tcMar>
              <w:top w:w="95" w:type="dxa"/>
              <w:left w:w="110" w:type="dxa"/>
              <w:bottom w:w="95" w:type="dxa"/>
              <w:right w:w="110" w:type="dxa"/>
            </w:tcMar>
            <w:vAlign w:val="center"/>
          </w:tcPr>
          <w:p w14:paraId="3644C461" w14:textId="77777777" w:rsidR="00383C10" w:rsidRPr="0009332E" w:rsidRDefault="00000000">
            <w:pPr>
              <w:rPr>
                <w:lang w:val="pl-PL"/>
              </w:rPr>
            </w:pPr>
            <w:r w:rsidRPr="0009332E">
              <w:rPr>
                <w:sz w:val="16"/>
                <w:lang w:val="pl-PL"/>
              </w:rPr>
              <w:t>Może być realizowane; podstawa nie określa minimalnej częstotliwości.</w:t>
            </w:r>
          </w:p>
        </w:tc>
        <w:tc>
          <w:tcPr>
            <w:tcW w:w="6120" w:type="dxa"/>
            <w:tcMar>
              <w:top w:w="95" w:type="dxa"/>
              <w:left w:w="110" w:type="dxa"/>
              <w:bottom w:w="95" w:type="dxa"/>
              <w:right w:w="110" w:type="dxa"/>
            </w:tcMar>
            <w:vAlign w:val="center"/>
          </w:tcPr>
          <w:p w14:paraId="072E7CA2" w14:textId="77777777" w:rsidR="00383C10" w:rsidRPr="0009332E" w:rsidRDefault="00000000">
            <w:pPr>
              <w:rPr>
                <w:lang w:val="pl-PL"/>
              </w:rPr>
            </w:pPr>
            <w:r w:rsidRPr="0009332E">
              <w:rPr>
                <w:sz w:val="16"/>
                <w:lang w:val="pl-PL"/>
              </w:rPr>
              <w:t>Plakat, komunikat, plan akcji, realizacja zadania i podsumowanie odbioru działania.</w:t>
            </w:r>
          </w:p>
        </w:tc>
      </w:tr>
      <w:tr w:rsidR="00383C10" w:rsidRPr="00047F0F" w14:paraId="2909206B" w14:textId="77777777">
        <w:trPr>
          <w:jc w:val="center"/>
        </w:trPr>
        <w:tc>
          <w:tcPr>
            <w:tcW w:w="4680" w:type="dxa"/>
            <w:tcMar>
              <w:top w:w="95" w:type="dxa"/>
              <w:left w:w="110" w:type="dxa"/>
              <w:bottom w:w="95" w:type="dxa"/>
              <w:right w:w="110" w:type="dxa"/>
            </w:tcMar>
            <w:vAlign w:val="center"/>
          </w:tcPr>
          <w:p w14:paraId="6BC6EC2C" w14:textId="77777777" w:rsidR="00383C10" w:rsidRPr="0009332E" w:rsidRDefault="00000000">
            <w:pPr>
              <w:rPr>
                <w:lang w:val="pl-PL"/>
              </w:rPr>
            </w:pPr>
            <w:r w:rsidRPr="0009332E">
              <w:rPr>
                <w:b/>
                <w:sz w:val="16"/>
                <w:lang w:val="pl-PL"/>
              </w:rPr>
              <w:t>Aktywny udział w wydarzeniu sportowym lub rekreacyjnym</w:t>
            </w:r>
          </w:p>
        </w:tc>
        <w:tc>
          <w:tcPr>
            <w:tcW w:w="4680" w:type="dxa"/>
            <w:tcMar>
              <w:top w:w="95" w:type="dxa"/>
              <w:left w:w="110" w:type="dxa"/>
              <w:bottom w:w="95" w:type="dxa"/>
              <w:right w:w="110" w:type="dxa"/>
            </w:tcMar>
            <w:vAlign w:val="center"/>
          </w:tcPr>
          <w:p w14:paraId="495F376A" w14:textId="77777777" w:rsidR="00383C10" w:rsidRPr="0009332E" w:rsidRDefault="00000000">
            <w:pPr>
              <w:rPr>
                <w:lang w:val="pl-PL"/>
              </w:rPr>
            </w:pPr>
            <w:r w:rsidRPr="0009332E">
              <w:rPr>
                <w:sz w:val="16"/>
                <w:lang w:val="pl-PL"/>
              </w:rPr>
              <w:t>Może być realizowane; wskazane minimum: co najmniej raz w każdym roku szkolnym.</w:t>
            </w:r>
          </w:p>
        </w:tc>
        <w:tc>
          <w:tcPr>
            <w:tcW w:w="6120" w:type="dxa"/>
            <w:tcMar>
              <w:top w:w="95" w:type="dxa"/>
              <w:left w:w="110" w:type="dxa"/>
              <w:bottom w:w="95" w:type="dxa"/>
              <w:right w:w="110" w:type="dxa"/>
            </w:tcMar>
            <w:vAlign w:val="center"/>
          </w:tcPr>
          <w:p w14:paraId="64DDB8D8" w14:textId="77777777" w:rsidR="00383C10" w:rsidRPr="0009332E" w:rsidRDefault="00000000">
            <w:pPr>
              <w:rPr>
                <w:lang w:val="pl-PL"/>
              </w:rPr>
            </w:pPr>
            <w:r w:rsidRPr="0009332E">
              <w:rPr>
                <w:sz w:val="16"/>
                <w:lang w:val="pl-PL"/>
              </w:rPr>
              <w:t xml:space="preserve">Udział w dostosowanej roli, obserwacja bezpieczeństwa i fair </w:t>
            </w:r>
            <w:proofErr w:type="spellStart"/>
            <w:r w:rsidRPr="0009332E">
              <w:rPr>
                <w:sz w:val="16"/>
                <w:lang w:val="pl-PL"/>
              </w:rPr>
              <w:t>play</w:t>
            </w:r>
            <w:proofErr w:type="spellEnd"/>
            <w:r w:rsidRPr="0009332E">
              <w:rPr>
                <w:sz w:val="16"/>
                <w:lang w:val="pl-PL"/>
              </w:rPr>
              <w:t>, karta refleksji.</w:t>
            </w:r>
          </w:p>
        </w:tc>
      </w:tr>
    </w:tbl>
    <w:p w14:paraId="5E2D7C91" w14:textId="77777777" w:rsidR="00383C10" w:rsidRPr="0009332E" w:rsidRDefault="00000000">
      <w:pPr>
        <w:spacing w:before="100"/>
        <w:rPr>
          <w:lang w:val="pl-PL"/>
        </w:rPr>
      </w:pPr>
      <w:r w:rsidRPr="0009332E">
        <w:rPr>
          <w:b/>
          <w:sz w:val="17"/>
          <w:lang w:val="pl-PL"/>
        </w:rPr>
        <w:t xml:space="preserve">Zasada realizacji: </w:t>
      </w:r>
      <w:r w:rsidRPr="0009332E">
        <w:rPr>
          <w:sz w:val="17"/>
          <w:lang w:val="pl-PL"/>
        </w:rPr>
        <w:t>jedno działanie może dostarczać dowodów dla kilku form, jeżeli uczeń rzeczywiście wykonuje odrębne zadania. Uczeń czasowo lub częściowo zwolniony powinien być włączany przez role znaczące edukacyjnie, np. planowanie, sędziowanie, organizację, obserwację lub dokumentowanie.</w:t>
      </w:r>
    </w:p>
    <w:p w14:paraId="12109C66" w14:textId="77777777" w:rsidR="00383C10" w:rsidRPr="0009332E" w:rsidRDefault="00000000">
      <w:pPr>
        <w:rPr>
          <w:lang w:val="pl-PL"/>
        </w:rPr>
      </w:pPr>
      <w:r w:rsidRPr="0009332E">
        <w:rPr>
          <w:lang w:val="pl-PL"/>
        </w:rPr>
        <w:br w:type="page"/>
      </w:r>
    </w:p>
    <w:p w14:paraId="224CA0BD" w14:textId="77777777" w:rsidR="00770552" w:rsidRPr="002704E0" w:rsidRDefault="00000000">
      <w:pPr>
        <w:keepNext/>
        <w:spacing w:before="40" w:after="80"/>
        <w:rPr>
          <w:lang w:val="pl-PL"/>
        </w:rPr>
      </w:pPr>
      <w:r w:rsidRPr="002704E0">
        <w:rPr>
          <w:b/>
          <w:color w:val="000000"/>
          <w:sz w:val="34"/>
          <w:lang w:val="pl-PL"/>
        </w:rPr>
        <w:lastRenderedPageBreak/>
        <w:t>USTALANIE OCENY ŚRÓDROCZNEJ I ROCZNEJ</w:t>
      </w:r>
    </w:p>
    <w:tbl>
      <w:tblPr>
        <w:tblW w:w="0" w:type="auto"/>
        <w:jc w:val="center"/>
        <w:tblLayout w:type="fixed"/>
        <w:tblLook w:val="04A0" w:firstRow="1" w:lastRow="0" w:firstColumn="1" w:lastColumn="0" w:noHBand="0" w:noVBand="1"/>
      </w:tblPr>
      <w:tblGrid>
        <w:gridCol w:w="7560"/>
        <w:gridCol w:w="7560"/>
      </w:tblGrid>
      <w:tr w:rsidR="00770552" w:rsidRPr="00047F0F" w14:paraId="6332C132" w14:textId="77777777">
        <w:trPr>
          <w:jc w:val="center"/>
        </w:trPr>
        <w:tc>
          <w:tcPr>
            <w:tcW w:w="7560" w:type="dxa"/>
            <w:tcBorders>
              <w:top w:val="single" w:sz="8" w:space="0" w:color="000000"/>
              <w:left w:val="single" w:sz="8" w:space="0" w:color="000000"/>
              <w:bottom w:val="single" w:sz="8" w:space="0" w:color="000000"/>
              <w:right w:val="single" w:sz="8" w:space="0" w:color="000000"/>
            </w:tcBorders>
            <w:shd w:val="clear" w:color="auto" w:fill="F2F2F2"/>
            <w:tcMar>
              <w:top w:w="80" w:type="dxa"/>
              <w:left w:w="110" w:type="dxa"/>
              <w:bottom w:w="80" w:type="dxa"/>
              <w:right w:w="110" w:type="dxa"/>
            </w:tcMar>
          </w:tcPr>
          <w:p w14:paraId="70BF4886" w14:textId="77777777" w:rsidR="00770552" w:rsidRPr="002704E0" w:rsidRDefault="00000000">
            <w:pPr>
              <w:rPr>
                <w:lang w:val="pl-PL"/>
              </w:rPr>
            </w:pPr>
            <w:r w:rsidRPr="002704E0">
              <w:rPr>
                <w:b/>
                <w:color w:val="000000"/>
                <w:sz w:val="20"/>
                <w:lang w:val="pl-PL"/>
              </w:rPr>
              <w:t>CO NAUCZYCIEL ANALIZUJE?</w:t>
            </w:r>
          </w:p>
          <w:p w14:paraId="754E4306" w14:textId="77777777" w:rsidR="00770552" w:rsidRPr="002704E0" w:rsidRDefault="00000000">
            <w:pPr>
              <w:pStyle w:val="Listapunktowana"/>
              <w:spacing w:after="36" w:line="245" w:lineRule="auto"/>
              <w:ind w:left="158" w:hanging="130"/>
              <w:rPr>
                <w:lang w:val="pl-PL"/>
              </w:rPr>
            </w:pPr>
            <w:r w:rsidRPr="002704E0">
              <w:rPr>
                <w:color w:val="000000"/>
                <w:sz w:val="16"/>
                <w:lang w:val="pl-PL"/>
              </w:rPr>
              <w:t>poziom i postęp w opanowaniu wymagań zrealizowanych w danej klasie</w:t>
            </w:r>
          </w:p>
          <w:p w14:paraId="566E313E" w14:textId="77777777" w:rsidR="00770552" w:rsidRPr="002704E0" w:rsidRDefault="00000000">
            <w:pPr>
              <w:pStyle w:val="Listapunktowana"/>
              <w:spacing w:after="36" w:line="245" w:lineRule="auto"/>
              <w:ind w:left="158" w:hanging="130"/>
              <w:rPr>
                <w:lang w:val="pl-PL"/>
              </w:rPr>
            </w:pPr>
            <w:r w:rsidRPr="002704E0">
              <w:rPr>
                <w:color w:val="000000"/>
                <w:sz w:val="16"/>
                <w:lang w:val="pl-PL"/>
              </w:rPr>
              <w:t>poprawność, bezpieczeństwo, samodzielność i zastosowanie umiejętności</w:t>
            </w:r>
          </w:p>
          <w:p w14:paraId="5C63FF4C" w14:textId="77777777" w:rsidR="00770552" w:rsidRPr="002704E0" w:rsidRDefault="00000000">
            <w:pPr>
              <w:pStyle w:val="Listapunktowana"/>
              <w:spacing w:after="36" w:line="245" w:lineRule="auto"/>
              <w:ind w:left="158" w:hanging="130"/>
              <w:rPr>
                <w:lang w:val="pl-PL"/>
              </w:rPr>
            </w:pPr>
            <w:r w:rsidRPr="002704E0">
              <w:rPr>
                <w:color w:val="000000"/>
                <w:sz w:val="16"/>
                <w:lang w:val="pl-PL"/>
              </w:rPr>
              <w:t>wysiłek adekwatny do możliwości ucznia</w:t>
            </w:r>
          </w:p>
          <w:p w14:paraId="0345F668" w14:textId="77777777" w:rsidR="00770552" w:rsidRPr="002704E0" w:rsidRDefault="00000000">
            <w:pPr>
              <w:pStyle w:val="Listapunktowana"/>
              <w:spacing w:after="36" w:line="245" w:lineRule="auto"/>
              <w:ind w:left="158" w:hanging="130"/>
              <w:rPr>
                <w:lang w:val="pl-PL"/>
              </w:rPr>
            </w:pPr>
            <w:r w:rsidRPr="002704E0">
              <w:rPr>
                <w:color w:val="000000"/>
                <w:sz w:val="16"/>
                <w:lang w:val="pl-PL"/>
              </w:rPr>
              <w:t>systematyczność aktywnego udziału w zajęciach</w:t>
            </w:r>
          </w:p>
          <w:p w14:paraId="2E0AA78F" w14:textId="77777777" w:rsidR="00770552" w:rsidRPr="002704E0" w:rsidRDefault="00000000">
            <w:pPr>
              <w:pStyle w:val="Listapunktowana"/>
              <w:spacing w:after="36" w:line="245" w:lineRule="auto"/>
              <w:ind w:left="158" w:hanging="130"/>
              <w:rPr>
                <w:lang w:val="pl-PL"/>
              </w:rPr>
            </w:pPr>
            <w:r w:rsidRPr="002704E0">
              <w:rPr>
                <w:color w:val="000000"/>
                <w:sz w:val="16"/>
                <w:lang w:val="pl-PL"/>
              </w:rPr>
              <w:t>aktywność w działaniach szkoły na rzecz kultury fizycznej</w:t>
            </w:r>
          </w:p>
          <w:p w14:paraId="69CAE022" w14:textId="77777777" w:rsidR="00770552" w:rsidRPr="002704E0" w:rsidRDefault="00000000">
            <w:pPr>
              <w:pStyle w:val="Listapunktowana"/>
              <w:spacing w:after="36" w:line="245" w:lineRule="auto"/>
              <w:ind w:left="158" w:hanging="130"/>
              <w:rPr>
                <w:lang w:val="pl-PL"/>
              </w:rPr>
            </w:pPr>
            <w:r w:rsidRPr="002704E0">
              <w:rPr>
                <w:color w:val="000000"/>
                <w:sz w:val="16"/>
                <w:lang w:val="pl-PL"/>
              </w:rPr>
              <w:t>współpracę i odpowiedzialność w zakresie wymagań przedmiotowych</w:t>
            </w:r>
          </w:p>
        </w:tc>
        <w:tc>
          <w:tcPr>
            <w:tcW w:w="7560" w:type="dxa"/>
            <w:tcBorders>
              <w:top w:val="single" w:sz="8" w:space="0" w:color="000000"/>
              <w:left w:val="single" w:sz="8" w:space="0" w:color="000000"/>
              <w:bottom w:val="single" w:sz="8" w:space="0" w:color="000000"/>
              <w:right w:val="single" w:sz="8" w:space="0" w:color="000000"/>
            </w:tcBorders>
            <w:tcMar>
              <w:top w:w="80" w:type="dxa"/>
              <w:left w:w="110" w:type="dxa"/>
              <w:bottom w:w="80" w:type="dxa"/>
              <w:right w:w="110" w:type="dxa"/>
            </w:tcMar>
          </w:tcPr>
          <w:p w14:paraId="27055843" w14:textId="77777777" w:rsidR="00770552" w:rsidRPr="002704E0" w:rsidRDefault="00000000">
            <w:pPr>
              <w:rPr>
                <w:lang w:val="pl-PL"/>
              </w:rPr>
            </w:pPr>
            <w:r w:rsidRPr="002704E0">
              <w:rPr>
                <w:b/>
                <w:color w:val="000000"/>
                <w:sz w:val="20"/>
                <w:lang w:val="pl-PL"/>
              </w:rPr>
              <w:t>CZEGO NIE STOSOWAĆ AUTOMATYCZNIE?</w:t>
            </w:r>
          </w:p>
          <w:p w14:paraId="1317C900" w14:textId="77777777" w:rsidR="00770552" w:rsidRPr="002704E0" w:rsidRDefault="00000000">
            <w:pPr>
              <w:pStyle w:val="Listapunktowana"/>
              <w:spacing w:after="36" w:line="245" w:lineRule="auto"/>
              <w:ind w:left="158" w:hanging="130"/>
              <w:rPr>
                <w:lang w:val="pl-PL"/>
              </w:rPr>
            </w:pPr>
            <w:r w:rsidRPr="002704E0">
              <w:rPr>
                <w:color w:val="000000"/>
                <w:sz w:val="16"/>
                <w:lang w:val="pl-PL"/>
              </w:rPr>
              <w:t>średniej arytmetycznej jako jedynej podstawy oceny</w:t>
            </w:r>
          </w:p>
          <w:p w14:paraId="1286C37E" w14:textId="77777777" w:rsidR="00770552" w:rsidRPr="002704E0" w:rsidRDefault="00000000">
            <w:pPr>
              <w:pStyle w:val="Listapunktowana"/>
              <w:spacing w:after="36" w:line="245" w:lineRule="auto"/>
              <w:ind w:left="158" w:hanging="130"/>
              <w:rPr>
                <w:lang w:val="pl-PL"/>
              </w:rPr>
            </w:pPr>
            <w:r w:rsidRPr="002704E0">
              <w:rPr>
                <w:color w:val="000000"/>
                <w:sz w:val="16"/>
                <w:lang w:val="pl-PL"/>
              </w:rPr>
              <w:t>jednego testu sprawnościowego lub pojedynczego wyniku</w:t>
            </w:r>
          </w:p>
          <w:p w14:paraId="57067EFB" w14:textId="77777777" w:rsidR="00770552" w:rsidRPr="002704E0" w:rsidRDefault="00000000">
            <w:pPr>
              <w:pStyle w:val="Listapunktowana"/>
              <w:spacing w:after="36" w:line="245" w:lineRule="auto"/>
              <w:ind w:left="158" w:hanging="130"/>
              <w:rPr>
                <w:lang w:val="pl-PL"/>
              </w:rPr>
            </w:pPr>
            <w:r w:rsidRPr="002704E0">
              <w:rPr>
                <w:color w:val="000000"/>
                <w:sz w:val="16"/>
                <w:lang w:val="pl-PL"/>
              </w:rPr>
              <w:t>porównywania ucznia z wynikami innych osób</w:t>
            </w:r>
          </w:p>
          <w:p w14:paraId="2F424497" w14:textId="77777777" w:rsidR="00770552" w:rsidRPr="002704E0" w:rsidRDefault="00000000">
            <w:pPr>
              <w:pStyle w:val="Listapunktowana"/>
              <w:spacing w:after="36" w:line="245" w:lineRule="auto"/>
              <w:ind w:left="158" w:hanging="130"/>
              <w:rPr>
                <w:lang w:val="pl-PL"/>
              </w:rPr>
            </w:pPr>
            <w:r w:rsidRPr="002704E0">
              <w:rPr>
                <w:color w:val="000000"/>
                <w:sz w:val="16"/>
                <w:lang w:val="pl-PL"/>
              </w:rPr>
              <w:t>karania stopniem za usprawiedliwioną nieobecność, brak predyspozycji lub ogólne zachowanie</w:t>
            </w:r>
          </w:p>
          <w:p w14:paraId="1C4E33CB" w14:textId="77777777" w:rsidR="00770552" w:rsidRPr="002704E0" w:rsidRDefault="00000000">
            <w:pPr>
              <w:pStyle w:val="Listapunktowana"/>
              <w:spacing w:after="36" w:line="245" w:lineRule="auto"/>
              <w:ind w:left="158" w:hanging="130"/>
              <w:rPr>
                <w:lang w:val="pl-PL"/>
              </w:rPr>
            </w:pPr>
            <w:r w:rsidRPr="002704E0">
              <w:rPr>
                <w:color w:val="000000"/>
                <w:sz w:val="16"/>
                <w:lang w:val="pl-PL"/>
              </w:rPr>
              <w:t>warunku udziału w zawodach, klubie lub aktywnościach pozaszkolnych</w:t>
            </w:r>
          </w:p>
          <w:p w14:paraId="7F25AB8A" w14:textId="77777777" w:rsidR="00770552" w:rsidRPr="002704E0" w:rsidRDefault="00000000">
            <w:pPr>
              <w:pStyle w:val="Listapunktowana"/>
              <w:spacing w:after="36" w:line="245" w:lineRule="auto"/>
              <w:ind w:left="158" w:hanging="130"/>
              <w:rPr>
                <w:lang w:val="pl-PL"/>
              </w:rPr>
            </w:pPr>
            <w:r w:rsidRPr="002704E0">
              <w:rPr>
                <w:color w:val="000000"/>
                <w:sz w:val="16"/>
                <w:lang w:val="pl-PL"/>
              </w:rPr>
              <w:t>publicznego rankingu wyników i danych zdrowotnych</w:t>
            </w:r>
          </w:p>
        </w:tc>
      </w:tr>
    </w:tbl>
    <w:p w14:paraId="2D2A82F1" w14:textId="77777777" w:rsidR="00770552" w:rsidRPr="002704E0" w:rsidRDefault="00770552">
      <w:pPr>
        <w:rPr>
          <w:lang w:val="pl-PL"/>
        </w:rPr>
      </w:pPr>
    </w:p>
    <w:tbl>
      <w:tblPr>
        <w:tblW w:w="0" w:type="auto"/>
        <w:jc w:val="center"/>
        <w:tblLayout w:type="fixed"/>
        <w:tblLook w:val="04A0" w:firstRow="1" w:lastRow="0" w:firstColumn="1" w:lastColumn="0" w:noHBand="0" w:noVBand="1"/>
      </w:tblPr>
      <w:tblGrid>
        <w:gridCol w:w="15192"/>
      </w:tblGrid>
      <w:tr w:rsidR="00770552" w:rsidRPr="00047F0F" w14:paraId="44AF9256" w14:textId="77777777">
        <w:trPr>
          <w:jc w:val="center"/>
        </w:trPr>
        <w:tc>
          <w:tcPr>
            <w:tcW w:w="15192" w:type="dxa"/>
            <w:tcBorders>
              <w:top w:val="single" w:sz="7" w:space="0" w:color="808080"/>
              <w:left w:val="single" w:sz="7" w:space="0" w:color="808080"/>
              <w:bottom w:val="single" w:sz="7" w:space="0" w:color="808080"/>
              <w:right w:val="single" w:sz="7" w:space="0" w:color="808080"/>
            </w:tcBorders>
            <w:shd w:val="clear" w:color="auto" w:fill="F2F2F2"/>
            <w:tcMar>
              <w:top w:w="100" w:type="dxa"/>
              <w:left w:w="140" w:type="dxa"/>
              <w:bottom w:w="100" w:type="dxa"/>
              <w:right w:w="140" w:type="dxa"/>
            </w:tcMar>
          </w:tcPr>
          <w:p w14:paraId="52EE20FB" w14:textId="77777777" w:rsidR="00770552" w:rsidRPr="002704E0" w:rsidRDefault="00000000">
            <w:pPr>
              <w:spacing w:after="40"/>
              <w:rPr>
                <w:lang w:val="pl-PL"/>
              </w:rPr>
            </w:pPr>
            <w:r w:rsidRPr="002704E0">
              <w:rPr>
                <w:b/>
                <w:color w:val="000000"/>
                <w:lang w:val="pl-PL"/>
              </w:rPr>
              <w:t>Reguła klasyfikacji</w:t>
            </w:r>
          </w:p>
          <w:p w14:paraId="14741753" w14:textId="77777777" w:rsidR="00770552" w:rsidRPr="002704E0" w:rsidRDefault="00000000">
            <w:pPr>
              <w:spacing w:line="247" w:lineRule="auto"/>
              <w:rPr>
                <w:lang w:val="pl-PL"/>
              </w:rPr>
            </w:pPr>
            <w:r w:rsidRPr="002704E0">
              <w:rPr>
                <w:color w:val="000000"/>
                <w:sz w:val="16"/>
                <w:lang w:val="pl-PL"/>
              </w:rPr>
              <w:t>Ocena odpowiada dominującemu i stabilnemu poziomowi osiągnięć widocznemu w wielu sytuacjach. Wymagania wyższego poziomu obejmują również opanowanie wymagań niższych, ale nie zakładają bezbłędności w każdym pojedynczym zadaniu. Ocena roczna uwzględnia osiągnięcia z całego roku i aktualny poziom ucznia.</w:t>
            </w:r>
          </w:p>
        </w:tc>
      </w:tr>
    </w:tbl>
    <w:p w14:paraId="1E8DB626" w14:textId="77777777" w:rsidR="009A615A" w:rsidRDefault="009A615A">
      <w:pPr>
        <w:spacing w:before="60" w:after="40"/>
        <w:rPr>
          <w:b/>
          <w:color w:val="000000"/>
          <w:sz w:val="21"/>
          <w:lang w:val="pl-PL"/>
        </w:rPr>
      </w:pPr>
    </w:p>
    <w:p w14:paraId="3D919F87" w14:textId="77777777" w:rsidR="00770552" w:rsidRDefault="00000000">
      <w:pPr>
        <w:spacing w:before="60" w:after="40"/>
        <w:rPr>
          <w:b/>
          <w:color w:val="000000"/>
          <w:sz w:val="21"/>
          <w:lang w:val="pl-PL"/>
        </w:rPr>
      </w:pPr>
      <w:r w:rsidRPr="002704E0">
        <w:rPr>
          <w:b/>
          <w:color w:val="000000"/>
          <w:sz w:val="21"/>
          <w:lang w:val="pl-PL"/>
        </w:rPr>
        <w:t>ARKUSZ SYNTEZY – DOMINUJĄCY POZIOM OSIĄGNIĘĆ</w:t>
      </w:r>
    </w:p>
    <w:p w14:paraId="16A1E213" w14:textId="77777777" w:rsidR="009A615A" w:rsidRPr="002704E0" w:rsidRDefault="009A615A">
      <w:pPr>
        <w:spacing w:before="60" w:after="40"/>
        <w:rPr>
          <w:lang w:val="pl-PL"/>
        </w:rPr>
      </w:pPr>
    </w:p>
    <w:tbl>
      <w:tblPr>
        <w:tblW w:w="0" w:type="auto"/>
        <w:jc w:val="center"/>
        <w:tblLayout w:type="fixed"/>
        <w:tblLook w:val="04A0" w:firstRow="1" w:lastRow="0" w:firstColumn="1" w:lastColumn="0" w:noHBand="0" w:noVBand="1"/>
      </w:tblPr>
      <w:tblGrid>
        <w:gridCol w:w="648"/>
        <w:gridCol w:w="5903"/>
        <w:gridCol w:w="1224"/>
        <w:gridCol w:w="1224"/>
        <w:gridCol w:w="1224"/>
        <w:gridCol w:w="1224"/>
        <w:gridCol w:w="1224"/>
      </w:tblGrid>
      <w:tr w:rsidR="00770552" w:rsidRPr="002704E0" w14:paraId="18329E44" w14:textId="77777777">
        <w:trPr>
          <w:jc w:val="center"/>
        </w:trPr>
        <w:tc>
          <w:tcPr>
            <w:tcW w:w="648" w:type="dxa"/>
            <w:tcBorders>
              <w:top w:val="single" w:sz="8" w:space="0" w:color="000000"/>
              <w:left w:val="single" w:sz="8" w:space="0" w:color="000000"/>
              <w:bottom w:val="single" w:sz="8" w:space="0" w:color="000000"/>
              <w:right w:val="single" w:sz="8" w:space="0" w:color="000000"/>
            </w:tcBorders>
            <w:shd w:val="clear" w:color="auto" w:fill="E7E6E6"/>
            <w:tcMar>
              <w:top w:w="55" w:type="dxa"/>
              <w:left w:w="70" w:type="dxa"/>
              <w:bottom w:w="55" w:type="dxa"/>
              <w:right w:w="70" w:type="dxa"/>
            </w:tcMar>
          </w:tcPr>
          <w:p w14:paraId="5B6AB92F" w14:textId="77777777" w:rsidR="00770552" w:rsidRPr="002704E0" w:rsidRDefault="00000000">
            <w:pPr>
              <w:jc w:val="center"/>
              <w:rPr>
                <w:lang w:val="pl-PL"/>
              </w:rPr>
            </w:pPr>
            <w:r w:rsidRPr="002704E0">
              <w:rPr>
                <w:b/>
                <w:color w:val="000000"/>
                <w:sz w:val="16"/>
                <w:lang w:val="pl-PL"/>
              </w:rPr>
              <w:t>Lp.</w:t>
            </w:r>
          </w:p>
        </w:tc>
        <w:tc>
          <w:tcPr>
            <w:tcW w:w="5903" w:type="dxa"/>
            <w:tcBorders>
              <w:top w:val="single" w:sz="8" w:space="0" w:color="000000"/>
              <w:left w:val="single" w:sz="8" w:space="0" w:color="000000"/>
              <w:bottom w:val="single" w:sz="8" w:space="0" w:color="000000"/>
              <w:right w:val="single" w:sz="8" w:space="0" w:color="000000"/>
            </w:tcBorders>
            <w:shd w:val="clear" w:color="auto" w:fill="E7E6E6"/>
            <w:tcMar>
              <w:top w:w="55" w:type="dxa"/>
              <w:left w:w="70" w:type="dxa"/>
              <w:bottom w:w="55" w:type="dxa"/>
              <w:right w:w="70" w:type="dxa"/>
            </w:tcMar>
          </w:tcPr>
          <w:p w14:paraId="284F2873" w14:textId="77777777" w:rsidR="00770552" w:rsidRPr="002704E0" w:rsidRDefault="00000000">
            <w:pPr>
              <w:jc w:val="center"/>
              <w:rPr>
                <w:lang w:val="pl-PL"/>
              </w:rPr>
            </w:pPr>
            <w:r w:rsidRPr="002704E0">
              <w:rPr>
                <w:b/>
                <w:color w:val="000000"/>
                <w:sz w:val="16"/>
                <w:lang w:val="pl-PL"/>
              </w:rPr>
              <w:t>OBSZAR</w:t>
            </w:r>
          </w:p>
        </w:tc>
        <w:tc>
          <w:tcPr>
            <w:tcW w:w="1224" w:type="dxa"/>
            <w:tcBorders>
              <w:top w:val="single" w:sz="8" w:space="0" w:color="000000"/>
              <w:left w:val="single" w:sz="8" w:space="0" w:color="000000"/>
              <w:bottom w:val="single" w:sz="8" w:space="0" w:color="000000"/>
              <w:right w:val="single" w:sz="8" w:space="0" w:color="000000"/>
            </w:tcBorders>
            <w:shd w:val="clear" w:color="auto" w:fill="E7E6E6"/>
            <w:tcMar>
              <w:top w:w="55" w:type="dxa"/>
              <w:left w:w="70" w:type="dxa"/>
              <w:bottom w:w="55" w:type="dxa"/>
              <w:right w:w="70" w:type="dxa"/>
            </w:tcMar>
          </w:tcPr>
          <w:p w14:paraId="7FCF9E96" w14:textId="77777777" w:rsidR="00770552" w:rsidRPr="002704E0" w:rsidRDefault="00000000">
            <w:pPr>
              <w:jc w:val="center"/>
              <w:rPr>
                <w:lang w:val="pl-PL"/>
              </w:rPr>
            </w:pPr>
            <w:r w:rsidRPr="002704E0">
              <w:rPr>
                <w:b/>
                <w:color w:val="000000"/>
                <w:sz w:val="16"/>
                <w:lang w:val="pl-PL"/>
              </w:rPr>
              <w:t>2</w:t>
            </w:r>
          </w:p>
        </w:tc>
        <w:tc>
          <w:tcPr>
            <w:tcW w:w="1224" w:type="dxa"/>
            <w:tcBorders>
              <w:top w:val="single" w:sz="8" w:space="0" w:color="000000"/>
              <w:left w:val="single" w:sz="8" w:space="0" w:color="000000"/>
              <w:bottom w:val="single" w:sz="8" w:space="0" w:color="000000"/>
              <w:right w:val="single" w:sz="8" w:space="0" w:color="000000"/>
            </w:tcBorders>
            <w:shd w:val="clear" w:color="auto" w:fill="E7E6E6"/>
            <w:tcMar>
              <w:top w:w="55" w:type="dxa"/>
              <w:left w:w="70" w:type="dxa"/>
              <w:bottom w:w="55" w:type="dxa"/>
              <w:right w:w="70" w:type="dxa"/>
            </w:tcMar>
          </w:tcPr>
          <w:p w14:paraId="5B03E663" w14:textId="77777777" w:rsidR="00770552" w:rsidRPr="002704E0" w:rsidRDefault="00000000">
            <w:pPr>
              <w:jc w:val="center"/>
              <w:rPr>
                <w:lang w:val="pl-PL"/>
              </w:rPr>
            </w:pPr>
            <w:r w:rsidRPr="002704E0">
              <w:rPr>
                <w:b/>
                <w:color w:val="000000"/>
                <w:sz w:val="16"/>
                <w:lang w:val="pl-PL"/>
              </w:rPr>
              <w:t>3</w:t>
            </w:r>
          </w:p>
        </w:tc>
        <w:tc>
          <w:tcPr>
            <w:tcW w:w="1224" w:type="dxa"/>
            <w:tcBorders>
              <w:top w:val="single" w:sz="8" w:space="0" w:color="000000"/>
              <w:left w:val="single" w:sz="8" w:space="0" w:color="000000"/>
              <w:bottom w:val="single" w:sz="8" w:space="0" w:color="000000"/>
              <w:right w:val="single" w:sz="8" w:space="0" w:color="000000"/>
            </w:tcBorders>
            <w:shd w:val="clear" w:color="auto" w:fill="E7E6E6"/>
            <w:tcMar>
              <w:top w:w="55" w:type="dxa"/>
              <w:left w:w="70" w:type="dxa"/>
              <w:bottom w:w="55" w:type="dxa"/>
              <w:right w:w="70" w:type="dxa"/>
            </w:tcMar>
          </w:tcPr>
          <w:p w14:paraId="3FAA5495" w14:textId="77777777" w:rsidR="00770552" w:rsidRPr="002704E0" w:rsidRDefault="00000000">
            <w:pPr>
              <w:jc w:val="center"/>
              <w:rPr>
                <w:lang w:val="pl-PL"/>
              </w:rPr>
            </w:pPr>
            <w:r w:rsidRPr="002704E0">
              <w:rPr>
                <w:b/>
                <w:color w:val="000000"/>
                <w:sz w:val="16"/>
                <w:lang w:val="pl-PL"/>
              </w:rPr>
              <w:t>4</w:t>
            </w:r>
          </w:p>
        </w:tc>
        <w:tc>
          <w:tcPr>
            <w:tcW w:w="1224" w:type="dxa"/>
            <w:tcBorders>
              <w:top w:val="single" w:sz="8" w:space="0" w:color="000000"/>
              <w:left w:val="single" w:sz="8" w:space="0" w:color="000000"/>
              <w:bottom w:val="single" w:sz="8" w:space="0" w:color="000000"/>
              <w:right w:val="single" w:sz="8" w:space="0" w:color="000000"/>
            </w:tcBorders>
            <w:shd w:val="clear" w:color="auto" w:fill="E7E6E6"/>
            <w:tcMar>
              <w:top w:w="55" w:type="dxa"/>
              <w:left w:w="70" w:type="dxa"/>
              <w:bottom w:w="55" w:type="dxa"/>
              <w:right w:w="70" w:type="dxa"/>
            </w:tcMar>
          </w:tcPr>
          <w:p w14:paraId="047BB232" w14:textId="77777777" w:rsidR="00770552" w:rsidRPr="002704E0" w:rsidRDefault="00000000">
            <w:pPr>
              <w:jc w:val="center"/>
              <w:rPr>
                <w:lang w:val="pl-PL"/>
              </w:rPr>
            </w:pPr>
            <w:r w:rsidRPr="002704E0">
              <w:rPr>
                <w:b/>
                <w:color w:val="000000"/>
                <w:sz w:val="16"/>
                <w:lang w:val="pl-PL"/>
              </w:rPr>
              <w:t>5</w:t>
            </w:r>
          </w:p>
        </w:tc>
        <w:tc>
          <w:tcPr>
            <w:tcW w:w="1224" w:type="dxa"/>
            <w:tcBorders>
              <w:top w:val="single" w:sz="8" w:space="0" w:color="000000"/>
              <w:left w:val="single" w:sz="8" w:space="0" w:color="000000"/>
              <w:bottom w:val="single" w:sz="8" w:space="0" w:color="000000"/>
              <w:right w:val="single" w:sz="8" w:space="0" w:color="000000"/>
            </w:tcBorders>
            <w:shd w:val="clear" w:color="auto" w:fill="E7E6E6"/>
            <w:tcMar>
              <w:top w:w="55" w:type="dxa"/>
              <w:left w:w="70" w:type="dxa"/>
              <w:bottom w:w="55" w:type="dxa"/>
              <w:right w:w="70" w:type="dxa"/>
            </w:tcMar>
          </w:tcPr>
          <w:p w14:paraId="186FE861" w14:textId="77777777" w:rsidR="00770552" w:rsidRPr="002704E0" w:rsidRDefault="00000000">
            <w:pPr>
              <w:jc w:val="center"/>
              <w:rPr>
                <w:lang w:val="pl-PL"/>
              </w:rPr>
            </w:pPr>
            <w:r w:rsidRPr="002704E0">
              <w:rPr>
                <w:b/>
                <w:color w:val="000000"/>
                <w:sz w:val="16"/>
                <w:lang w:val="pl-PL"/>
              </w:rPr>
              <w:t>6</w:t>
            </w:r>
          </w:p>
        </w:tc>
      </w:tr>
      <w:tr w:rsidR="00770552" w:rsidRPr="002704E0" w14:paraId="062D7C52" w14:textId="77777777">
        <w:trPr>
          <w:jc w:val="center"/>
        </w:trPr>
        <w:tc>
          <w:tcPr>
            <w:tcW w:w="648"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68EE660D" w14:textId="77777777" w:rsidR="00770552" w:rsidRPr="002704E0" w:rsidRDefault="00000000">
            <w:pPr>
              <w:jc w:val="center"/>
              <w:rPr>
                <w:lang w:val="pl-PL"/>
              </w:rPr>
            </w:pPr>
            <w:r w:rsidRPr="002704E0">
              <w:rPr>
                <w:color w:val="000000"/>
                <w:sz w:val="14"/>
                <w:lang w:val="pl-PL"/>
              </w:rPr>
              <w:t>1</w:t>
            </w:r>
          </w:p>
        </w:tc>
        <w:tc>
          <w:tcPr>
            <w:tcW w:w="5903"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1CCDE847" w14:textId="77777777" w:rsidR="00770552" w:rsidRPr="002704E0" w:rsidRDefault="00000000">
            <w:pPr>
              <w:rPr>
                <w:lang w:val="pl-PL"/>
              </w:rPr>
            </w:pPr>
            <w:r w:rsidRPr="002704E0">
              <w:rPr>
                <w:color w:val="000000"/>
                <w:sz w:val="14"/>
                <w:lang w:val="pl-PL"/>
              </w:rPr>
              <w:t>Ćwiczenia ogólnorozwojowe</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2254A052" w14:textId="77777777" w:rsidR="00770552" w:rsidRPr="002704E0" w:rsidRDefault="00000000">
            <w:pPr>
              <w:jc w:val="center"/>
              <w:rPr>
                <w:lang w:val="pl-PL"/>
              </w:rPr>
            </w:pPr>
            <w:r w:rsidRPr="002704E0">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239729EE" w14:textId="77777777" w:rsidR="00770552" w:rsidRPr="002704E0" w:rsidRDefault="00000000">
            <w:pPr>
              <w:jc w:val="center"/>
              <w:rPr>
                <w:lang w:val="pl-PL"/>
              </w:rPr>
            </w:pPr>
            <w:r w:rsidRPr="002704E0">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79305584" w14:textId="77777777" w:rsidR="00770552" w:rsidRPr="002704E0" w:rsidRDefault="00000000">
            <w:pPr>
              <w:jc w:val="center"/>
              <w:rPr>
                <w:lang w:val="pl-PL"/>
              </w:rPr>
            </w:pPr>
            <w:r w:rsidRPr="002704E0">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4E4DA2C9" w14:textId="77777777" w:rsidR="00770552" w:rsidRPr="002704E0" w:rsidRDefault="00000000">
            <w:pPr>
              <w:jc w:val="center"/>
              <w:rPr>
                <w:lang w:val="pl-PL"/>
              </w:rPr>
            </w:pPr>
            <w:r w:rsidRPr="002704E0">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136AE059" w14:textId="77777777" w:rsidR="00770552" w:rsidRPr="002704E0" w:rsidRDefault="00000000">
            <w:pPr>
              <w:jc w:val="center"/>
              <w:rPr>
                <w:lang w:val="pl-PL"/>
              </w:rPr>
            </w:pPr>
            <w:r w:rsidRPr="002704E0">
              <w:rPr>
                <w:color w:val="000000"/>
                <w:sz w:val="14"/>
                <w:lang w:val="pl-PL"/>
              </w:rPr>
              <w:t>[ ]</w:t>
            </w:r>
          </w:p>
        </w:tc>
      </w:tr>
      <w:tr w:rsidR="00770552" w:rsidRPr="002704E0" w14:paraId="7D79AFAB" w14:textId="77777777">
        <w:trPr>
          <w:jc w:val="center"/>
        </w:trPr>
        <w:tc>
          <w:tcPr>
            <w:tcW w:w="648"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1A06FBEE" w14:textId="77777777" w:rsidR="00770552" w:rsidRPr="002704E0" w:rsidRDefault="00000000">
            <w:pPr>
              <w:jc w:val="center"/>
              <w:rPr>
                <w:lang w:val="pl-PL"/>
              </w:rPr>
            </w:pPr>
            <w:r w:rsidRPr="002704E0">
              <w:rPr>
                <w:color w:val="000000"/>
                <w:sz w:val="14"/>
                <w:lang w:val="pl-PL"/>
              </w:rPr>
              <w:t>2</w:t>
            </w:r>
          </w:p>
        </w:tc>
        <w:tc>
          <w:tcPr>
            <w:tcW w:w="5903"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18FB9E66" w14:textId="77777777" w:rsidR="00770552" w:rsidRPr="002704E0" w:rsidRDefault="00000000">
            <w:pPr>
              <w:rPr>
                <w:lang w:val="pl-PL"/>
              </w:rPr>
            </w:pPr>
            <w:r w:rsidRPr="002704E0">
              <w:rPr>
                <w:color w:val="000000"/>
                <w:sz w:val="14"/>
                <w:lang w:val="pl-PL"/>
              </w:rPr>
              <w:t>Gry zespołowe i rekreacyjne</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07F866BB" w14:textId="77777777" w:rsidR="00770552" w:rsidRPr="002704E0" w:rsidRDefault="00000000">
            <w:pPr>
              <w:jc w:val="center"/>
              <w:rPr>
                <w:lang w:val="pl-PL"/>
              </w:rPr>
            </w:pPr>
            <w:r w:rsidRPr="002704E0">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5F89C5D6" w14:textId="77777777" w:rsidR="00770552" w:rsidRPr="002704E0" w:rsidRDefault="00000000">
            <w:pPr>
              <w:jc w:val="center"/>
              <w:rPr>
                <w:lang w:val="pl-PL"/>
              </w:rPr>
            </w:pPr>
            <w:r w:rsidRPr="002704E0">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43777B88" w14:textId="77777777" w:rsidR="00770552" w:rsidRPr="002704E0" w:rsidRDefault="00000000">
            <w:pPr>
              <w:jc w:val="center"/>
              <w:rPr>
                <w:lang w:val="pl-PL"/>
              </w:rPr>
            </w:pPr>
            <w:r w:rsidRPr="002704E0">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59CAF39C" w14:textId="77777777" w:rsidR="00770552" w:rsidRPr="002704E0" w:rsidRDefault="00000000">
            <w:pPr>
              <w:jc w:val="center"/>
              <w:rPr>
                <w:lang w:val="pl-PL"/>
              </w:rPr>
            </w:pPr>
            <w:r w:rsidRPr="002704E0">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59F09464" w14:textId="77777777" w:rsidR="00770552" w:rsidRPr="002704E0" w:rsidRDefault="00000000">
            <w:pPr>
              <w:jc w:val="center"/>
              <w:rPr>
                <w:lang w:val="pl-PL"/>
              </w:rPr>
            </w:pPr>
            <w:r w:rsidRPr="002704E0">
              <w:rPr>
                <w:color w:val="000000"/>
                <w:sz w:val="14"/>
                <w:lang w:val="pl-PL"/>
              </w:rPr>
              <w:t>[ ]</w:t>
            </w:r>
          </w:p>
        </w:tc>
      </w:tr>
      <w:tr w:rsidR="00770552" w:rsidRPr="002704E0" w14:paraId="0AC6619A" w14:textId="77777777">
        <w:trPr>
          <w:jc w:val="center"/>
        </w:trPr>
        <w:tc>
          <w:tcPr>
            <w:tcW w:w="648"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4055302D" w14:textId="77777777" w:rsidR="00770552" w:rsidRPr="002704E0" w:rsidRDefault="00000000">
            <w:pPr>
              <w:jc w:val="center"/>
              <w:rPr>
                <w:lang w:val="pl-PL"/>
              </w:rPr>
            </w:pPr>
            <w:r w:rsidRPr="002704E0">
              <w:rPr>
                <w:color w:val="000000"/>
                <w:sz w:val="14"/>
                <w:lang w:val="pl-PL"/>
              </w:rPr>
              <w:t>3</w:t>
            </w:r>
          </w:p>
        </w:tc>
        <w:tc>
          <w:tcPr>
            <w:tcW w:w="5903"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1F260E55" w14:textId="77777777" w:rsidR="00770552" w:rsidRPr="002704E0" w:rsidRDefault="00000000">
            <w:pPr>
              <w:rPr>
                <w:lang w:val="pl-PL"/>
              </w:rPr>
            </w:pPr>
            <w:r w:rsidRPr="002704E0">
              <w:rPr>
                <w:color w:val="000000"/>
                <w:sz w:val="14"/>
                <w:lang w:val="pl-PL"/>
              </w:rPr>
              <w:t>Lekkoatletyka</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1200A082" w14:textId="77777777" w:rsidR="00770552" w:rsidRPr="002704E0" w:rsidRDefault="00000000">
            <w:pPr>
              <w:jc w:val="center"/>
              <w:rPr>
                <w:lang w:val="pl-PL"/>
              </w:rPr>
            </w:pPr>
            <w:r w:rsidRPr="002704E0">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3D1A5599" w14:textId="77777777" w:rsidR="00770552" w:rsidRPr="002704E0" w:rsidRDefault="00000000">
            <w:pPr>
              <w:jc w:val="center"/>
              <w:rPr>
                <w:lang w:val="pl-PL"/>
              </w:rPr>
            </w:pPr>
            <w:r w:rsidRPr="002704E0">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3652952A" w14:textId="77777777" w:rsidR="00770552" w:rsidRPr="002704E0" w:rsidRDefault="00000000">
            <w:pPr>
              <w:jc w:val="center"/>
              <w:rPr>
                <w:lang w:val="pl-PL"/>
              </w:rPr>
            </w:pPr>
            <w:r w:rsidRPr="002704E0">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19314A25" w14:textId="77777777" w:rsidR="00770552" w:rsidRPr="002704E0" w:rsidRDefault="00000000">
            <w:pPr>
              <w:jc w:val="center"/>
              <w:rPr>
                <w:lang w:val="pl-PL"/>
              </w:rPr>
            </w:pPr>
            <w:r w:rsidRPr="002704E0">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12F637C6" w14:textId="77777777" w:rsidR="00770552" w:rsidRPr="002704E0" w:rsidRDefault="00000000">
            <w:pPr>
              <w:jc w:val="center"/>
              <w:rPr>
                <w:lang w:val="pl-PL"/>
              </w:rPr>
            </w:pPr>
            <w:r w:rsidRPr="002704E0">
              <w:rPr>
                <w:color w:val="000000"/>
                <w:sz w:val="14"/>
                <w:lang w:val="pl-PL"/>
              </w:rPr>
              <w:t>[ ]</w:t>
            </w:r>
          </w:p>
        </w:tc>
      </w:tr>
      <w:tr w:rsidR="00770552" w:rsidRPr="002704E0" w14:paraId="70BF1916" w14:textId="77777777">
        <w:trPr>
          <w:jc w:val="center"/>
        </w:trPr>
        <w:tc>
          <w:tcPr>
            <w:tcW w:w="648"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779B0D09" w14:textId="77777777" w:rsidR="00770552" w:rsidRPr="002704E0" w:rsidRDefault="00000000">
            <w:pPr>
              <w:jc w:val="center"/>
              <w:rPr>
                <w:lang w:val="pl-PL"/>
              </w:rPr>
            </w:pPr>
            <w:r w:rsidRPr="002704E0">
              <w:rPr>
                <w:color w:val="000000"/>
                <w:sz w:val="14"/>
                <w:lang w:val="pl-PL"/>
              </w:rPr>
              <w:t>4</w:t>
            </w:r>
          </w:p>
        </w:tc>
        <w:tc>
          <w:tcPr>
            <w:tcW w:w="5903"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12500609" w14:textId="77777777" w:rsidR="00770552" w:rsidRPr="002704E0" w:rsidRDefault="00000000">
            <w:pPr>
              <w:rPr>
                <w:lang w:val="pl-PL"/>
              </w:rPr>
            </w:pPr>
            <w:r w:rsidRPr="002704E0">
              <w:rPr>
                <w:color w:val="000000"/>
                <w:sz w:val="14"/>
                <w:lang w:val="pl-PL"/>
              </w:rPr>
              <w:t>Taniec</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2304532D" w14:textId="77777777" w:rsidR="00770552" w:rsidRPr="002704E0" w:rsidRDefault="00000000">
            <w:pPr>
              <w:jc w:val="center"/>
              <w:rPr>
                <w:lang w:val="pl-PL"/>
              </w:rPr>
            </w:pPr>
            <w:r w:rsidRPr="002704E0">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77F798E5" w14:textId="77777777" w:rsidR="00770552" w:rsidRPr="002704E0" w:rsidRDefault="00000000">
            <w:pPr>
              <w:jc w:val="center"/>
              <w:rPr>
                <w:lang w:val="pl-PL"/>
              </w:rPr>
            </w:pPr>
            <w:r w:rsidRPr="002704E0">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70B18831" w14:textId="77777777" w:rsidR="00770552" w:rsidRPr="002704E0" w:rsidRDefault="00000000">
            <w:pPr>
              <w:jc w:val="center"/>
              <w:rPr>
                <w:lang w:val="pl-PL"/>
              </w:rPr>
            </w:pPr>
            <w:r w:rsidRPr="002704E0">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65C2BB81" w14:textId="77777777" w:rsidR="00770552" w:rsidRPr="002704E0" w:rsidRDefault="00000000">
            <w:pPr>
              <w:jc w:val="center"/>
              <w:rPr>
                <w:lang w:val="pl-PL"/>
              </w:rPr>
            </w:pPr>
            <w:r w:rsidRPr="002704E0">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7AA03FDE" w14:textId="77777777" w:rsidR="00770552" w:rsidRPr="002704E0" w:rsidRDefault="00000000">
            <w:pPr>
              <w:jc w:val="center"/>
              <w:rPr>
                <w:lang w:val="pl-PL"/>
              </w:rPr>
            </w:pPr>
            <w:r w:rsidRPr="002704E0">
              <w:rPr>
                <w:color w:val="000000"/>
                <w:sz w:val="14"/>
                <w:lang w:val="pl-PL"/>
              </w:rPr>
              <w:t>[ ]</w:t>
            </w:r>
          </w:p>
        </w:tc>
      </w:tr>
      <w:tr w:rsidR="00770552" w:rsidRPr="002704E0" w14:paraId="7ACA4B42" w14:textId="77777777">
        <w:trPr>
          <w:jc w:val="center"/>
        </w:trPr>
        <w:tc>
          <w:tcPr>
            <w:tcW w:w="648"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6E32617E" w14:textId="77777777" w:rsidR="00770552" w:rsidRPr="002704E0" w:rsidRDefault="00000000">
            <w:pPr>
              <w:jc w:val="center"/>
              <w:rPr>
                <w:lang w:val="pl-PL"/>
              </w:rPr>
            </w:pPr>
            <w:r w:rsidRPr="002704E0">
              <w:rPr>
                <w:color w:val="000000"/>
                <w:sz w:val="14"/>
                <w:lang w:val="pl-PL"/>
              </w:rPr>
              <w:t>5</w:t>
            </w:r>
          </w:p>
        </w:tc>
        <w:tc>
          <w:tcPr>
            <w:tcW w:w="5903"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1DD30C65" w14:textId="77777777" w:rsidR="00770552" w:rsidRPr="002704E0" w:rsidRDefault="00000000">
            <w:pPr>
              <w:rPr>
                <w:lang w:val="pl-PL"/>
              </w:rPr>
            </w:pPr>
            <w:r w:rsidRPr="002704E0">
              <w:rPr>
                <w:color w:val="000000"/>
                <w:sz w:val="14"/>
                <w:lang w:val="pl-PL"/>
              </w:rPr>
              <w:t>Relaksacja i odprężenie</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448F4EA4" w14:textId="77777777" w:rsidR="00770552" w:rsidRPr="002704E0" w:rsidRDefault="00000000">
            <w:pPr>
              <w:jc w:val="center"/>
              <w:rPr>
                <w:lang w:val="pl-PL"/>
              </w:rPr>
            </w:pPr>
            <w:r w:rsidRPr="002704E0">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48C8BC26" w14:textId="77777777" w:rsidR="00770552" w:rsidRPr="002704E0" w:rsidRDefault="00000000">
            <w:pPr>
              <w:jc w:val="center"/>
              <w:rPr>
                <w:lang w:val="pl-PL"/>
              </w:rPr>
            </w:pPr>
            <w:r w:rsidRPr="002704E0">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57E6DE16" w14:textId="77777777" w:rsidR="00770552" w:rsidRPr="002704E0" w:rsidRDefault="00000000">
            <w:pPr>
              <w:jc w:val="center"/>
              <w:rPr>
                <w:lang w:val="pl-PL"/>
              </w:rPr>
            </w:pPr>
            <w:r w:rsidRPr="002704E0">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4EE2DB7E" w14:textId="77777777" w:rsidR="00770552" w:rsidRPr="002704E0" w:rsidRDefault="00000000">
            <w:pPr>
              <w:jc w:val="center"/>
              <w:rPr>
                <w:lang w:val="pl-PL"/>
              </w:rPr>
            </w:pPr>
            <w:r w:rsidRPr="002704E0">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700B4105" w14:textId="77777777" w:rsidR="00770552" w:rsidRPr="002704E0" w:rsidRDefault="00000000">
            <w:pPr>
              <w:jc w:val="center"/>
              <w:rPr>
                <w:lang w:val="pl-PL"/>
              </w:rPr>
            </w:pPr>
            <w:r w:rsidRPr="002704E0">
              <w:rPr>
                <w:color w:val="000000"/>
                <w:sz w:val="14"/>
                <w:lang w:val="pl-PL"/>
              </w:rPr>
              <w:t>[ ]</w:t>
            </w:r>
          </w:p>
        </w:tc>
      </w:tr>
      <w:tr w:rsidR="00770552" w:rsidRPr="002704E0" w14:paraId="5ABBD87C" w14:textId="77777777">
        <w:trPr>
          <w:jc w:val="center"/>
        </w:trPr>
        <w:tc>
          <w:tcPr>
            <w:tcW w:w="648"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3DB6194A" w14:textId="77777777" w:rsidR="00770552" w:rsidRPr="002704E0" w:rsidRDefault="00000000">
            <w:pPr>
              <w:jc w:val="center"/>
              <w:rPr>
                <w:lang w:val="pl-PL"/>
              </w:rPr>
            </w:pPr>
            <w:r w:rsidRPr="002704E0">
              <w:rPr>
                <w:color w:val="000000"/>
                <w:sz w:val="14"/>
                <w:lang w:val="pl-PL"/>
              </w:rPr>
              <w:t>6</w:t>
            </w:r>
          </w:p>
        </w:tc>
        <w:tc>
          <w:tcPr>
            <w:tcW w:w="5903"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0DF4FE88" w14:textId="77777777" w:rsidR="00770552" w:rsidRPr="002704E0" w:rsidRDefault="00000000">
            <w:pPr>
              <w:rPr>
                <w:lang w:val="pl-PL"/>
              </w:rPr>
            </w:pPr>
            <w:r w:rsidRPr="002704E0">
              <w:rPr>
                <w:color w:val="000000"/>
                <w:sz w:val="14"/>
                <w:lang w:val="pl-PL"/>
              </w:rPr>
              <w:t>Monitorowanie aktywności i sprawności fizycznej</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0AD5684C" w14:textId="77777777" w:rsidR="00770552" w:rsidRPr="002704E0" w:rsidRDefault="00000000">
            <w:pPr>
              <w:jc w:val="center"/>
              <w:rPr>
                <w:lang w:val="pl-PL"/>
              </w:rPr>
            </w:pPr>
            <w:r w:rsidRPr="002704E0">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380EEAA0" w14:textId="77777777" w:rsidR="00770552" w:rsidRPr="002704E0" w:rsidRDefault="00000000">
            <w:pPr>
              <w:jc w:val="center"/>
              <w:rPr>
                <w:lang w:val="pl-PL"/>
              </w:rPr>
            </w:pPr>
            <w:r w:rsidRPr="002704E0">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2F4BCCC0" w14:textId="77777777" w:rsidR="00770552" w:rsidRPr="002704E0" w:rsidRDefault="00000000">
            <w:pPr>
              <w:jc w:val="center"/>
              <w:rPr>
                <w:lang w:val="pl-PL"/>
              </w:rPr>
            </w:pPr>
            <w:r w:rsidRPr="002704E0">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09FAA650" w14:textId="77777777" w:rsidR="00770552" w:rsidRPr="002704E0" w:rsidRDefault="00000000">
            <w:pPr>
              <w:jc w:val="center"/>
              <w:rPr>
                <w:lang w:val="pl-PL"/>
              </w:rPr>
            </w:pPr>
            <w:r w:rsidRPr="002704E0">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6FCB0641" w14:textId="77777777" w:rsidR="00770552" w:rsidRPr="002704E0" w:rsidRDefault="00000000">
            <w:pPr>
              <w:jc w:val="center"/>
              <w:rPr>
                <w:lang w:val="pl-PL"/>
              </w:rPr>
            </w:pPr>
            <w:r w:rsidRPr="002704E0">
              <w:rPr>
                <w:color w:val="000000"/>
                <w:sz w:val="14"/>
                <w:lang w:val="pl-PL"/>
              </w:rPr>
              <w:t>[ ]</w:t>
            </w:r>
          </w:p>
        </w:tc>
      </w:tr>
      <w:tr w:rsidR="00770552" w:rsidRPr="002704E0" w14:paraId="154B7FF4" w14:textId="77777777">
        <w:trPr>
          <w:jc w:val="center"/>
        </w:trPr>
        <w:tc>
          <w:tcPr>
            <w:tcW w:w="648"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736CE409" w14:textId="77777777" w:rsidR="00770552" w:rsidRPr="002704E0" w:rsidRDefault="00000000">
            <w:pPr>
              <w:jc w:val="center"/>
              <w:rPr>
                <w:lang w:val="pl-PL"/>
              </w:rPr>
            </w:pPr>
            <w:r w:rsidRPr="002704E0">
              <w:rPr>
                <w:color w:val="000000"/>
                <w:sz w:val="14"/>
                <w:lang w:val="pl-PL"/>
              </w:rPr>
              <w:t>7</w:t>
            </w:r>
          </w:p>
        </w:tc>
        <w:tc>
          <w:tcPr>
            <w:tcW w:w="5903"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3375290D" w14:textId="77777777" w:rsidR="00770552" w:rsidRPr="002704E0" w:rsidRDefault="00000000">
            <w:pPr>
              <w:rPr>
                <w:lang w:val="pl-PL"/>
              </w:rPr>
            </w:pPr>
            <w:r w:rsidRPr="002704E0">
              <w:rPr>
                <w:color w:val="000000"/>
                <w:sz w:val="14"/>
                <w:lang w:val="pl-PL"/>
              </w:rPr>
              <w:t>Bezpieczeństwo w aktywności fizycznej</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30B4B443" w14:textId="77777777" w:rsidR="00770552" w:rsidRPr="002704E0" w:rsidRDefault="00000000">
            <w:pPr>
              <w:jc w:val="center"/>
              <w:rPr>
                <w:lang w:val="pl-PL"/>
              </w:rPr>
            </w:pPr>
            <w:r w:rsidRPr="002704E0">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1F742E55" w14:textId="77777777" w:rsidR="00770552" w:rsidRPr="002704E0" w:rsidRDefault="00000000">
            <w:pPr>
              <w:jc w:val="center"/>
              <w:rPr>
                <w:lang w:val="pl-PL"/>
              </w:rPr>
            </w:pPr>
            <w:r w:rsidRPr="002704E0">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47222B00" w14:textId="77777777" w:rsidR="00770552" w:rsidRPr="002704E0" w:rsidRDefault="00000000">
            <w:pPr>
              <w:jc w:val="center"/>
              <w:rPr>
                <w:lang w:val="pl-PL"/>
              </w:rPr>
            </w:pPr>
            <w:r w:rsidRPr="002704E0">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04D87AB7" w14:textId="77777777" w:rsidR="00770552" w:rsidRPr="002704E0" w:rsidRDefault="00000000">
            <w:pPr>
              <w:jc w:val="center"/>
              <w:rPr>
                <w:lang w:val="pl-PL"/>
              </w:rPr>
            </w:pPr>
            <w:r w:rsidRPr="002704E0">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7FE87E8A" w14:textId="77777777" w:rsidR="00770552" w:rsidRPr="002704E0" w:rsidRDefault="00000000">
            <w:pPr>
              <w:jc w:val="center"/>
              <w:rPr>
                <w:lang w:val="pl-PL"/>
              </w:rPr>
            </w:pPr>
            <w:r w:rsidRPr="002704E0">
              <w:rPr>
                <w:color w:val="000000"/>
                <w:sz w:val="14"/>
                <w:lang w:val="pl-PL"/>
              </w:rPr>
              <w:t>[ ]</w:t>
            </w:r>
          </w:p>
        </w:tc>
      </w:tr>
      <w:tr w:rsidR="00770552" w:rsidRPr="002704E0" w14:paraId="26BC7979" w14:textId="77777777">
        <w:trPr>
          <w:jc w:val="center"/>
        </w:trPr>
        <w:tc>
          <w:tcPr>
            <w:tcW w:w="648"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0C786506" w14:textId="77777777" w:rsidR="00770552" w:rsidRPr="002704E0" w:rsidRDefault="00000000">
            <w:pPr>
              <w:jc w:val="center"/>
              <w:rPr>
                <w:lang w:val="pl-PL"/>
              </w:rPr>
            </w:pPr>
            <w:r w:rsidRPr="002704E0">
              <w:rPr>
                <w:color w:val="000000"/>
                <w:sz w:val="14"/>
                <w:lang w:val="pl-PL"/>
              </w:rPr>
              <w:t>8</w:t>
            </w:r>
          </w:p>
        </w:tc>
        <w:tc>
          <w:tcPr>
            <w:tcW w:w="5903"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01C83F32" w14:textId="77777777" w:rsidR="00770552" w:rsidRPr="002704E0" w:rsidRDefault="00000000">
            <w:pPr>
              <w:rPr>
                <w:lang w:val="pl-PL"/>
              </w:rPr>
            </w:pPr>
            <w:r w:rsidRPr="002704E0">
              <w:rPr>
                <w:color w:val="000000"/>
                <w:sz w:val="14"/>
                <w:lang w:val="pl-PL"/>
              </w:rPr>
              <w:t>Kompetencje społeczne</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7A2D147D" w14:textId="77777777" w:rsidR="00770552" w:rsidRPr="002704E0" w:rsidRDefault="00000000">
            <w:pPr>
              <w:jc w:val="center"/>
              <w:rPr>
                <w:lang w:val="pl-PL"/>
              </w:rPr>
            </w:pPr>
            <w:r w:rsidRPr="002704E0">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2E77E983" w14:textId="77777777" w:rsidR="00770552" w:rsidRPr="002704E0" w:rsidRDefault="00000000">
            <w:pPr>
              <w:jc w:val="center"/>
              <w:rPr>
                <w:lang w:val="pl-PL"/>
              </w:rPr>
            </w:pPr>
            <w:r w:rsidRPr="002704E0">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494618F0" w14:textId="77777777" w:rsidR="00770552" w:rsidRPr="002704E0" w:rsidRDefault="00000000">
            <w:pPr>
              <w:jc w:val="center"/>
              <w:rPr>
                <w:lang w:val="pl-PL"/>
              </w:rPr>
            </w:pPr>
            <w:r w:rsidRPr="002704E0">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21377A91" w14:textId="77777777" w:rsidR="00770552" w:rsidRPr="002704E0" w:rsidRDefault="00000000">
            <w:pPr>
              <w:jc w:val="center"/>
              <w:rPr>
                <w:lang w:val="pl-PL"/>
              </w:rPr>
            </w:pPr>
            <w:r w:rsidRPr="002704E0">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6865DC2C" w14:textId="77777777" w:rsidR="00770552" w:rsidRPr="002704E0" w:rsidRDefault="00000000">
            <w:pPr>
              <w:jc w:val="center"/>
              <w:rPr>
                <w:lang w:val="pl-PL"/>
              </w:rPr>
            </w:pPr>
            <w:r w:rsidRPr="002704E0">
              <w:rPr>
                <w:color w:val="000000"/>
                <w:sz w:val="14"/>
                <w:lang w:val="pl-PL"/>
              </w:rPr>
              <w:t>[ ]</w:t>
            </w:r>
          </w:p>
        </w:tc>
      </w:tr>
      <w:tr w:rsidR="009A615A" w:rsidRPr="002704E0" w14:paraId="02EE0987" w14:textId="77777777">
        <w:trPr>
          <w:jc w:val="center"/>
        </w:trPr>
        <w:tc>
          <w:tcPr>
            <w:tcW w:w="648"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278CE99B" w14:textId="77777777" w:rsidR="009A615A" w:rsidRPr="002704E0" w:rsidRDefault="009A615A">
            <w:pPr>
              <w:jc w:val="center"/>
              <w:rPr>
                <w:color w:val="000000"/>
                <w:sz w:val="14"/>
                <w:lang w:val="pl-PL"/>
              </w:rPr>
            </w:pPr>
          </w:p>
        </w:tc>
        <w:tc>
          <w:tcPr>
            <w:tcW w:w="5903"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63EAA032" w14:textId="77777777" w:rsidR="009A615A" w:rsidRPr="002704E0" w:rsidRDefault="009A615A">
            <w:pPr>
              <w:rPr>
                <w:color w:val="000000"/>
                <w:sz w:val="14"/>
                <w:lang w:val="pl-PL"/>
              </w:rPr>
            </w:pP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3B10838B" w14:textId="77777777" w:rsidR="009A615A" w:rsidRPr="002704E0" w:rsidRDefault="009A615A">
            <w:pPr>
              <w:jc w:val="center"/>
              <w:rPr>
                <w:color w:val="000000"/>
                <w:sz w:val="14"/>
                <w:lang w:val="pl-PL"/>
              </w:rPr>
            </w:pP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03933C1F" w14:textId="77777777" w:rsidR="009A615A" w:rsidRPr="002704E0" w:rsidRDefault="009A615A">
            <w:pPr>
              <w:jc w:val="center"/>
              <w:rPr>
                <w:color w:val="000000"/>
                <w:sz w:val="14"/>
                <w:lang w:val="pl-PL"/>
              </w:rPr>
            </w:pP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427635D2" w14:textId="77777777" w:rsidR="009A615A" w:rsidRPr="002704E0" w:rsidRDefault="009A615A">
            <w:pPr>
              <w:jc w:val="center"/>
              <w:rPr>
                <w:color w:val="000000"/>
                <w:sz w:val="14"/>
                <w:lang w:val="pl-PL"/>
              </w:rPr>
            </w:pP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4BFB9AD8" w14:textId="77777777" w:rsidR="009A615A" w:rsidRPr="002704E0" w:rsidRDefault="009A615A">
            <w:pPr>
              <w:jc w:val="center"/>
              <w:rPr>
                <w:color w:val="000000"/>
                <w:sz w:val="14"/>
                <w:lang w:val="pl-PL"/>
              </w:rPr>
            </w:pP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0E703D58" w14:textId="77777777" w:rsidR="009A615A" w:rsidRPr="002704E0" w:rsidRDefault="009A615A">
            <w:pPr>
              <w:jc w:val="center"/>
              <w:rPr>
                <w:color w:val="000000"/>
                <w:sz w:val="14"/>
                <w:lang w:val="pl-PL"/>
              </w:rPr>
            </w:pPr>
          </w:p>
        </w:tc>
      </w:tr>
      <w:tr w:rsidR="009A615A" w:rsidRPr="002704E0" w14:paraId="64EFECAC" w14:textId="77777777">
        <w:trPr>
          <w:jc w:val="center"/>
        </w:trPr>
        <w:tc>
          <w:tcPr>
            <w:tcW w:w="648"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00F02822" w14:textId="77777777" w:rsidR="009A615A" w:rsidRPr="002704E0" w:rsidRDefault="009A615A">
            <w:pPr>
              <w:jc w:val="center"/>
              <w:rPr>
                <w:color w:val="000000"/>
                <w:sz w:val="14"/>
                <w:lang w:val="pl-PL"/>
              </w:rPr>
            </w:pPr>
          </w:p>
        </w:tc>
        <w:tc>
          <w:tcPr>
            <w:tcW w:w="5903"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18405AA7" w14:textId="77777777" w:rsidR="009A615A" w:rsidRPr="002704E0" w:rsidRDefault="009A615A">
            <w:pPr>
              <w:rPr>
                <w:color w:val="000000"/>
                <w:sz w:val="14"/>
                <w:lang w:val="pl-PL"/>
              </w:rPr>
            </w:pP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77E268EA" w14:textId="77777777" w:rsidR="009A615A" w:rsidRPr="002704E0" w:rsidRDefault="009A615A">
            <w:pPr>
              <w:jc w:val="center"/>
              <w:rPr>
                <w:color w:val="000000"/>
                <w:sz w:val="14"/>
                <w:lang w:val="pl-PL"/>
              </w:rPr>
            </w:pP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43DFC530" w14:textId="77777777" w:rsidR="009A615A" w:rsidRPr="002704E0" w:rsidRDefault="009A615A">
            <w:pPr>
              <w:jc w:val="center"/>
              <w:rPr>
                <w:color w:val="000000"/>
                <w:sz w:val="14"/>
                <w:lang w:val="pl-PL"/>
              </w:rPr>
            </w:pP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7A9C88F1" w14:textId="77777777" w:rsidR="009A615A" w:rsidRPr="002704E0" w:rsidRDefault="009A615A">
            <w:pPr>
              <w:jc w:val="center"/>
              <w:rPr>
                <w:color w:val="000000"/>
                <w:sz w:val="14"/>
                <w:lang w:val="pl-PL"/>
              </w:rPr>
            </w:pP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623E82D4" w14:textId="77777777" w:rsidR="009A615A" w:rsidRPr="002704E0" w:rsidRDefault="009A615A">
            <w:pPr>
              <w:jc w:val="center"/>
              <w:rPr>
                <w:color w:val="000000"/>
                <w:sz w:val="14"/>
                <w:lang w:val="pl-PL"/>
              </w:rPr>
            </w:pP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132DF3D5" w14:textId="77777777" w:rsidR="009A615A" w:rsidRPr="002704E0" w:rsidRDefault="009A615A">
            <w:pPr>
              <w:jc w:val="center"/>
              <w:rPr>
                <w:color w:val="000000"/>
                <w:sz w:val="14"/>
                <w:lang w:val="pl-PL"/>
              </w:rPr>
            </w:pPr>
          </w:p>
        </w:tc>
      </w:tr>
    </w:tbl>
    <w:p w14:paraId="63576876" w14:textId="77777777" w:rsidR="00770552" w:rsidRDefault="00770552">
      <w:pPr>
        <w:rPr>
          <w:lang w:val="pl-PL"/>
        </w:rPr>
      </w:pPr>
    </w:p>
    <w:p w14:paraId="381E821E" w14:textId="77777777" w:rsidR="0009332E" w:rsidRPr="002704E0" w:rsidRDefault="0009332E">
      <w:pPr>
        <w:rPr>
          <w:lang w:val="pl-PL"/>
        </w:rPr>
      </w:pPr>
    </w:p>
    <w:tbl>
      <w:tblPr>
        <w:tblW w:w="0" w:type="auto"/>
        <w:jc w:val="center"/>
        <w:tblLayout w:type="fixed"/>
        <w:tblLook w:val="04A0" w:firstRow="1" w:lastRow="0" w:firstColumn="1" w:lastColumn="0" w:noHBand="0" w:noVBand="1"/>
      </w:tblPr>
      <w:tblGrid>
        <w:gridCol w:w="15192"/>
      </w:tblGrid>
      <w:tr w:rsidR="00770552" w:rsidRPr="00047F0F" w14:paraId="19B6A212" w14:textId="77777777">
        <w:trPr>
          <w:jc w:val="center"/>
        </w:trPr>
        <w:tc>
          <w:tcPr>
            <w:tcW w:w="15192" w:type="dxa"/>
            <w:tcBorders>
              <w:top w:val="single" w:sz="7" w:space="0" w:color="808080"/>
              <w:left w:val="single" w:sz="7" w:space="0" w:color="808080"/>
              <w:bottom w:val="single" w:sz="7" w:space="0" w:color="808080"/>
              <w:right w:val="single" w:sz="7" w:space="0" w:color="808080"/>
            </w:tcBorders>
            <w:shd w:val="clear" w:color="auto" w:fill="F2F2F2"/>
            <w:tcMar>
              <w:top w:w="100" w:type="dxa"/>
              <w:left w:w="140" w:type="dxa"/>
              <w:bottom w:w="100" w:type="dxa"/>
              <w:right w:w="140" w:type="dxa"/>
            </w:tcMar>
          </w:tcPr>
          <w:p w14:paraId="2B4F58E0" w14:textId="77777777" w:rsidR="00770552" w:rsidRPr="002704E0" w:rsidRDefault="00000000">
            <w:pPr>
              <w:spacing w:after="40"/>
              <w:rPr>
                <w:lang w:val="pl-PL"/>
              </w:rPr>
            </w:pPr>
            <w:r w:rsidRPr="002704E0">
              <w:rPr>
                <w:b/>
                <w:color w:val="000000"/>
                <w:lang w:val="pl-PL"/>
              </w:rPr>
              <w:t>Status podziału klasowego</w:t>
            </w:r>
          </w:p>
          <w:p w14:paraId="1E115355" w14:textId="77777777" w:rsidR="00770552" w:rsidRPr="002704E0" w:rsidRDefault="00000000">
            <w:pPr>
              <w:spacing w:line="247" w:lineRule="auto"/>
              <w:rPr>
                <w:lang w:val="pl-PL"/>
              </w:rPr>
            </w:pPr>
            <w:r w:rsidRPr="002704E0">
              <w:rPr>
                <w:color w:val="000000"/>
                <w:sz w:val="16"/>
                <w:lang w:val="pl-PL"/>
              </w:rPr>
              <w:t>Podstawa programowa określa wymagania łącznie dla klas V–VI. Niniejszy dokument przedstawia proponowaną progresję dla klasy VI. Przed przyjęciem należy uzgodnić zakres z programem nauczania dopuszczonym w szkole, rozkładem materiału i statutem.</w:t>
            </w:r>
          </w:p>
        </w:tc>
      </w:tr>
    </w:tbl>
    <w:p w14:paraId="0E745D3D" w14:textId="77777777" w:rsidR="00472C7C" w:rsidRPr="002704E0" w:rsidRDefault="00472C7C">
      <w:pPr>
        <w:rPr>
          <w:lang w:val="pl-PL"/>
        </w:rPr>
      </w:pPr>
    </w:p>
    <w:sectPr w:rsidR="00472C7C" w:rsidRPr="002704E0" w:rsidSect="00034616">
      <w:headerReference w:type="default" r:id="rId8"/>
      <w:footerReference w:type="default" r:id="rId9"/>
      <w:pgSz w:w="16834" w:h="11909" w:orient="landscape"/>
      <w:pgMar w:top="648" w:right="792" w:bottom="648" w:left="792" w:header="259" w:footer="25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873B51" w14:textId="77777777" w:rsidR="00583288" w:rsidRDefault="00583288">
      <w:r>
        <w:separator/>
      </w:r>
    </w:p>
  </w:endnote>
  <w:endnote w:type="continuationSeparator" w:id="0">
    <w:p w14:paraId="66A0DEF7" w14:textId="77777777" w:rsidR="00583288" w:rsidRDefault="005832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20F8AF" w14:textId="77777777" w:rsidR="00770552" w:rsidRPr="002704E0" w:rsidRDefault="00000000">
    <w:pPr>
      <w:pStyle w:val="Stopka"/>
      <w:jc w:val="center"/>
      <w:rPr>
        <w:lang w:val="pl-PL"/>
      </w:rPr>
    </w:pPr>
    <w:r w:rsidRPr="002704E0">
      <w:rPr>
        <w:color w:val="666666"/>
        <w:sz w:val="14"/>
        <w:lang w:val="pl-PL"/>
      </w:rPr>
      <w:t xml:space="preserve">dokument do dostosowania do programu nauczania i statutu szkoły • strona </w:t>
    </w:r>
    <w:r>
      <w:fldChar w:fldCharType="begin"/>
    </w:r>
    <w:r w:rsidRPr="002704E0">
      <w:rPr>
        <w:lang w:val="pl-PL"/>
      </w:rPr>
      <w:instrText xml:space="preserve"> PAGE </w:instrText>
    </w:r>
    <w:r>
      <w:fldChar w:fldCharType="separate"/>
    </w:r>
    <w:r w:rsidR="002704E0" w:rsidRPr="002704E0">
      <w:rPr>
        <w:noProof/>
        <w:lang w:val="pl-PL"/>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D5591E" w14:textId="77777777" w:rsidR="00583288" w:rsidRDefault="00583288">
      <w:r>
        <w:separator/>
      </w:r>
    </w:p>
  </w:footnote>
  <w:footnote w:type="continuationSeparator" w:id="0">
    <w:p w14:paraId="4306059C" w14:textId="77777777" w:rsidR="00583288" w:rsidRDefault="005832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1AB1E" w14:textId="77777777" w:rsidR="00770552" w:rsidRPr="002704E0" w:rsidRDefault="00000000">
    <w:pPr>
      <w:pStyle w:val="Nagwek"/>
      <w:jc w:val="right"/>
      <w:rPr>
        <w:lang w:val="pl-PL"/>
      </w:rPr>
    </w:pPr>
    <w:r w:rsidRPr="002704E0">
      <w:rPr>
        <w:color w:val="666666"/>
        <w:sz w:val="15"/>
        <w:lang w:val="pl-PL"/>
      </w:rPr>
      <w:t>Wymagania edukacyjne • WF • klasa VI • 2026/2027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abstractNum w:abstractNumId="9" w15:restartNumberingAfterBreak="0">
    <w:nsid w:val="1F9D0639"/>
    <w:multiLevelType w:val="hybridMultilevel"/>
    <w:tmpl w:val="BCEE7A4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5832495B"/>
    <w:multiLevelType w:val="hybridMultilevel"/>
    <w:tmpl w:val="C07A7B9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037582292">
    <w:abstractNumId w:val="8"/>
  </w:num>
  <w:num w:numId="2" w16cid:durableId="1866596382">
    <w:abstractNumId w:val="6"/>
  </w:num>
  <w:num w:numId="3" w16cid:durableId="1905095673">
    <w:abstractNumId w:val="5"/>
  </w:num>
  <w:num w:numId="4" w16cid:durableId="686636339">
    <w:abstractNumId w:val="4"/>
  </w:num>
  <w:num w:numId="5" w16cid:durableId="124470686">
    <w:abstractNumId w:val="7"/>
  </w:num>
  <w:num w:numId="6" w16cid:durableId="233207307">
    <w:abstractNumId w:val="3"/>
  </w:num>
  <w:num w:numId="7" w16cid:durableId="709569736">
    <w:abstractNumId w:val="2"/>
  </w:num>
  <w:num w:numId="8" w16cid:durableId="932476395">
    <w:abstractNumId w:val="1"/>
  </w:num>
  <w:num w:numId="9" w16cid:durableId="1409771927">
    <w:abstractNumId w:val="0"/>
  </w:num>
  <w:num w:numId="10" w16cid:durableId="357463343">
    <w:abstractNumId w:val="10"/>
  </w:num>
  <w:num w:numId="11" w16cid:durableId="132358253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47F0F"/>
    <w:rsid w:val="0006063C"/>
    <w:rsid w:val="0009332E"/>
    <w:rsid w:val="00116F12"/>
    <w:rsid w:val="0015074B"/>
    <w:rsid w:val="002704E0"/>
    <w:rsid w:val="0029639D"/>
    <w:rsid w:val="00326F90"/>
    <w:rsid w:val="00383C10"/>
    <w:rsid w:val="00472C7C"/>
    <w:rsid w:val="00583288"/>
    <w:rsid w:val="00763B92"/>
    <w:rsid w:val="00770552"/>
    <w:rsid w:val="00810388"/>
    <w:rsid w:val="009A615A"/>
    <w:rsid w:val="00A401B8"/>
    <w:rsid w:val="00AA1D8D"/>
    <w:rsid w:val="00B47730"/>
    <w:rsid w:val="00C24EC3"/>
    <w:rsid w:val="00C87C54"/>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41A6150"/>
  <w14:defaultImageDpi w14:val="300"/>
  <w15:docId w15:val="{BF35C424-C396-44AD-9040-EFC7048A0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0" w:line="240" w:lineRule="auto"/>
    </w:pPr>
    <w:rPr>
      <w:rFonts w:ascii="Arial" w:eastAsia="Arial" w:hAnsi="Arial"/>
      <w:sz w:val="19"/>
    </w:rPr>
  </w:style>
  <w:style w:type="paragraph" w:styleId="Nagwek1">
    <w:name w:val="heading 1"/>
    <w:basedOn w:val="Normalny"/>
    <w:next w:val="Normalny"/>
    <w:link w:val="Nagwek1Znak"/>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3319</Words>
  <Characters>19918</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23191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Wymagania edukacyjne z wychowania fizycznego – klasa VI – 2026/2027</dc:title>
  <dc:subject>Wymagania edukacyjne ze skalą psychomotoryczną 2–6, kryteriami sukcesu i możliwymi dowodami</dc:subject>
  <dc:creator>Feedbackovo</dc:creator>
  <cp:keywords>wychowanie fizyczne, klasa VI, wymagania edukacyjne, 2026/2027</cp:keywords>
  <dc:description>generated by python-docx</dc:description>
  <cp:lastModifiedBy>Bejbinia</cp:lastModifiedBy>
  <cp:revision>9</cp:revision>
  <dcterms:created xsi:type="dcterms:W3CDTF">2013-12-23T23:15:00Z</dcterms:created>
  <dcterms:modified xsi:type="dcterms:W3CDTF">2026-07-25T17:52:00Z</dcterms:modified>
  <cp:category/>
</cp:coreProperties>
</file>