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91E2F" w14:textId="77777777" w:rsidR="00F264BF" w:rsidRPr="0093230D" w:rsidRDefault="00000000">
      <w:pPr>
        <w:spacing w:before="360" w:after="60"/>
        <w:jc w:val="center"/>
        <w:rPr>
          <w:lang w:val="pl-PL"/>
        </w:rPr>
      </w:pPr>
      <w:r w:rsidRPr="0093230D">
        <w:rPr>
          <w:b/>
          <w:color w:val="000000"/>
          <w:sz w:val="54"/>
          <w:lang w:val="pl-PL"/>
        </w:rPr>
        <w:t>WYMAGANIA EDUKACYJNE</w:t>
      </w:r>
    </w:p>
    <w:p w14:paraId="4307DF98" w14:textId="77777777" w:rsidR="00F264BF" w:rsidRPr="0093230D" w:rsidRDefault="00000000">
      <w:pPr>
        <w:spacing w:after="40"/>
        <w:jc w:val="center"/>
        <w:rPr>
          <w:lang w:val="pl-PL"/>
        </w:rPr>
      </w:pPr>
      <w:r w:rsidRPr="0093230D">
        <w:rPr>
          <w:b/>
          <w:color w:val="000000"/>
          <w:sz w:val="38"/>
          <w:lang w:val="pl-PL"/>
        </w:rPr>
        <w:t>WYCHOWANIE FIZYCZNE • KLASA V</w:t>
      </w:r>
    </w:p>
    <w:p w14:paraId="2019A110" w14:textId="77777777" w:rsidR="00F264BF" w:rsidRPr="0093230D" w:rsidRDefault="00000000">
      <w:pPr>
        <w:spacing w:after="260"/>
        <w:jc w:val="center"/>
        <w:rPr>
          <w:color w:val="000000"/>
          <w:sz w:val="25"/>
          <w:lang w:val="pl-PL"/>
        </w:rPr>
      </w:pPr>
      <w:r w:rsidRPr="0093230D">
        <w:rPr>
          <w:color w:val="000000"/>
          <w:sz w:val="25"/>
          <w:lang w:val="pl-PL"/>
        </w:rPr>
        <w:t xml:space="preserve">rok szkolny 2026/2027 </w:t>
      </w:r>
    </w:p>
    <w:p w14:paraId="1244AA4C" w14:textId="77777777" w:rsidR="0048410A" w:rsidRPr="0093230D" w:rsidRDefault="0048410A">
      <w:pPr>
        <w:spacing w:after="260"/>
        <w:jc w:val="center"/>
        <w:rPr>
          <w:lang w:val="pl-PL"/>
        </w:rPr>
      </w:pPr>
    </w:p>
    <w:tbl>
      <w:tblPr>
        <w:tblW w:w="0" w:type="auto"/>
        <w:jc w:val="center"/>
        <w:tblLayout w:type="fixed"/>
        <w:tblLook w:val="04A0" w:firstRow="1" w:lastRow="0" w:firstColumn="1" w:lastColumn="0" w:noHBand="0" w:noVBand="1"/>
      </w:tblPr>
      <w:tblGrid>
        <w:gridCol w:w="1944"/>
        <w:gridCol w:w="5544"/>
        <w:gridCol w:w="1944"/>
        <w:gridCol w:w="5544"/>
      </w:tblGrid>
      <w:tr w:rsidR="00F264BF" w:rsidRPr="0093230D" w14:paraId="182D3789" w14:textId="77777777">
        <w:trPr>
          <w:jc w:val="center"/>
        </w:trPr>
        <w:tc>
          <w:tcPr>
            <w:tcW w:w="1944" w:type="dxa"/>
            <w:tcBorders>
              <w:top w:val="single" w:sz="6" w:space="0" w:color="808080"/>
              <w:left w:val="single" w:sz="6" w:space="0" w:color="808080"/>
              <w:bottom w:val="single" w:sz="6" w:space="0" w:color="808080"/>
              <w:right w:val="single" w:sz="6" w:space="0" w:color="808080"/>
            </w:tcBorders>
            <w:shd w:val="clear" w:color="auto" w:fill="E7E6E6"/>
            <w:tcMar>
              <w:top w:w="80" w:type="dxa"/>
              <w:left w:w="100" w:type="dxa"/>
              <w:bottom w:w="80" w:type="dxa"/>
              <w:right w:w="100" w:type="dxa"/>
            </w:tcMar>
          </w:tcPr>
          <w:p w14:paraId="6F45E406" w14:textId="77777777" w:rsidR="00F264BF" w:rsidRPr="0093230D" w:rsidRDefault="00000000">
            <w:pPr>
              <w:rPr>
                <w:lang w:val="pl-PL"/>
              </w:rPr>
            </w:pPr>
            <w:r w:rsidRPr="0093230D">
              <w:rPr>
                <w:b/>
                <w:color w:val="000000"/>
                <w:sz w:val="17"/>
                <w:lang w:val="pl-PL"/>
              </w:rPr>
              <w:t>Szkoła</w:t>
            </w:r>
          </w:p>
        </w:tc>
        <w:tc>
          <w:tcPr>
            <w:tcW w:w="5544"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67499FC8" w14:textId="77777777" w:rsidR="00F264BF" w:rsidRPr="0093230D" w:rsidRDefault="00000000">
            <w:pPr>
              <w:rPr>
                <w:lang w:val="pl-PL"/>
              </w:rPr>
            </w:pPr>
            <w:r w:rsidRPr="0093230D">
              <w:rPr>
                <w:color w:val="000000"/>
                <w:sz w:val="17"/>
                <w:lang w:val="pl-PL"/>
              </w:rPr>
              <w:t>................................................................</w:t>
            </w:r>
          </w:p>
        </w:tc>
        <w:tc>
          <w:tcPr>
            <w:tcW w:w="1944" w:type="dxa"/>
            <w:tcBorders>
              <w:top w:val="single" w:sz="6" w:space="0" w:color="808080"/>
              <w:left w:val="single" w:sz="6" w:space="0" w:color="808080"/>
              <w:bottom w:val="single" w:sz="6" w:space="0" w:color="808080"/>
              <w:right w:val="single" w:sz="6" w:space="0" w:color="808080"/>
            </w:tcBorders>
            <w:shd w:val="clear" w:color="auto" w:fill="E7E6E6"/>
            <w:tcMar>
              <w:top w:w="80" w:type="dxa"/>
              <w:left w:w="100" w:type="dxa"/>
              <w:bottom w:w="80" w:type="dxa"/>
              <w:right w:w="100" w:type="dxa"/>
            </w:tcMar>
          </w:tcPr>
          <w:p w14:paraId="0E83A130" w14:textId="77777777" w:rsidR="00F264BF" w:rsidRPr="0093230D" w:rsidRDefault="00000000">
            <w:pPr>
              <w:rPr>
                <w:lang w:val="pl-PL"/>
              </w:rPr>
            </w:pPr>
            <w:r w:rsidRPr="0093230D">
              <w:rPr>
                <w:b/>
                <w:color w:val="000000"/>
                <w:sz w:val="17"/>
                <w:lang w:val="pl-PL"/>
              </w:rPr>
              <w:t>Nauczyciel</w:t>
            </w:r>
          </w:p>
        </w:tc>
        <w:tc>
          <w:tcPr>
            <w:tcW w:w="5544"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6ACB66A2" w14:textId="77777777" w:rsidR="00F264BF" w:rsidRPr="0093230D" w:rsidRDefault="00000000">
            <w:pPr>
              <w:rPr>
                <w:lang w:val="pl-PL"/>
              </w:rPr>
            </w:pPr>
            <w:r w:rsidRPr="0093230D">
              <w:rPr>
                <w:color w:val="000000"/>
                <w:sz w:val="17"/>
                <w:lang w:val="pl-PL"/>
              </w:rPr>
              <w:t>................................................................</w:t>
            </w:r>
          </w:p>
        </w:tc>
      </w:tr>
      <w:tr w:rsidR="00F264BF" w:rsidRPr="0093230D" w14:paraId="008BD933" w14:textId="77777777">
        <w:trPr>
          <w:jc w:val="center"/>
        </w:trPr>
        <w:tc>
          <w:tcPr>
            <w:tcW w:w="1944" w:type="dxa"/>
            <w:tcBorders>
              <w:top w:val="single" w:sz="6" w:space="0" w:color="808080"/>
              <w:left w:val="single" w:sz="6" w:space="0" w:color="808080"/>
              <w:bottom w:val="single" w:sz="6" w:space="0" w:color="808080"/>
              <w:right w:val="single" w:sz="6" w:space="0" w:color="808080"/>
            </w:tcBorders>
            <w:shd w:val="clear" w:color="auto" w:fill="E7E6E6"/>
            <w:tcMar>
              <w:top w:w="80" w:type="dxa"/>
              <w:left w:w="100" w:type="dxa"/>
              <w:bottom w:w="80" w:type="dxa"/>
              <w:right w:w="100" w:type="dxa"/>
            </w:tcMar>
          </w:tcPr>
          <w:p w14:paraId="19B83ECA" w14:textId="77777777" w:rsidR="00F264BF" w:rsidRPr="0093230D" w:rsidRDefault="00000000">
            <w:pPr>
              <w:rPr>
                <w:lang w:val="pl-PL"/>
              </w:rPr>
            </w:pPr>
            <w:r w:rsidRPr="0093230D">
              <w:rPr>
                <w:b/>
                <w:color w:val="000000"/>
                <w:sz w:val="17"/>
                <w:lang w:val="pl-PL"/>
              </w:rPr>
              <w:t>Program nauczania</w:t>
            </w:r>
          </w:p>
        </w:tc>
        <w:tc>
          <w:tcPr>
            <w:tcW w:w="5544"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4C4D91D1" w14:textId="77777777" w:rsidR="00F264BF" w:rsidRPr="0093230D" w:rsidRDefault="00000000">
            <w:pPr>
              <w:rPr>
                <w:lang w:val="pl-PL"/>
              </w:rPr>
            </w:pPr>
            <w:r w:rsidRPr="0093230D">
              <w:rPr>
                <w:color w:val="000000"/>
                <w:sz w:val="17"/>
                <w:lang w:val="pl-PL"/>
              </w:rPr>
              <w:t>................................................................</w:t>
            </w:r>
          </w:p>
        </w:tc>
        <w:tc>
          <w:tcPr>
            <w:tcW w:w="1944" w:type="dxa"/>
            <w:tcBorders>
              <w:top w:val="single" w:sz="6" w:space="0" w:color="808080"/>
              <w:left w:val="single" w:sz="6" w:space="0" w:color="808080"/>
              <w:bottom w:val="single" w:sz="6" w:space="0" w:color="808080"/>
              <w:right w:val="single" w:sz="6" w:space="0" w:color="808080"/>
            </w:tcBorders>
            <w:shd w:val="clear" w:color="auto" w:fill="E7E6E6"/>
            <w:tcMar>
              <w:top w:w="80" w:type="dxa"/>
              <w:left w:w="100" w:type="dxa"/>
              <w:bottom w:w="80" w:type="dxa"/>
              <w:right w:w="100" w:type="dxa"/>
            </w:tcMar>
          </w:tcPr>
          <w:p w14:paraId="56DFCEE0" w14:textId="77777777" w:rsidR="00F264BF" w:rsidRPr="0093230D" w:rsidRDefault="00000000">
            <w:pPr>
              <w:rPr>
                <w:lang w:val="pl-PL"/>
              </w:rPr>
            </w:pPr>
            <w:r w:rsidRPr="0093230D">
              <w:rPr>
                <w:b/>
                <w:color w:val="000000"/>
                <w:sz w:val="17"/>
                <w:lang w:val="pl-PL"/>
              </w:rPr>
              <w:t>Data przyjęcia</w:t>
            </w:r>
          </w:p>
        </w:tc>
        <w:tc>
          <w:tcPr>
            <w:tcW w:w="5544"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631039F2" w14:textId="77777777" w:rsidR="00F264BF" w:rsidRPr="0093230D" w:rsidRDefault="00000000">
            <w:pPr>
              <w:rPr>
                <w:lang w:val="pl-PL"/>
              </w:rPr>
            </w:pPr>
            <w:r w:rsidRPr="0093230D">
              <w:rPr>
                <w:color w:val="000000"/>
                <w:sz w:val="17"/>
                <w:lang w:val="pl-PL"/>
              </w:rPr>
              <w:t>................................................................</w:t>
            </w:r>
          </w:p>
        </w:tc>
      </w:tr>
      <w:tr w:rsidR="00F264BF" w:rsidRPr="0093230D" w14:paraId="3F54C5F7" w14:textId="77777777">
        <w:trPr>
          <w:jc w:val="center"/>
        </w:trPr>
        <w:tc>
          <w:tcPr>
            <w:tcW w:w="1944" w:type="dxa"/>
            <w:tcBorders>
              <w:top w:val="single" w:sz="6" w:space="0" w:color="808080"/>
              <w:left w:val="single" w:sz="6" w:space="0" w:color="808080"/>
              <w:bottom w:val="single" w:sz="6" w:space="0" w:color="808080"/>
              <w:right w:val="single" w:sz="6" w:space="0" w:color="808080"/>
            </w:tcBorders>
            <w:shd w:val="clear" w:color="auto" w:fill="E7E6E6"/>
            <w:tcMar>
              <w:top w:w="80" w:type="dxa"/>
              <w:left w:w="100" w:type="dxa"/>
              <w:bottom w:w="80" w:type="dxa"/>
              <w:right w:w="100" w:type="dxa"/>
            </w:tcMar>
          </w:tcPr>
          <w:p w14:paraId="10183CAB" w14:textId="77777777" w:rsidR="00F264BF" w:rsidRPr="0093230D" w:rsidRDefault="00000000">
            <w:pPr>
              <w:rPr>
                <w:lang w:val="pl-PL"/>
              </w:rPr>
            </w:pPr>
            <w:r w:rsidRPr="0093230D">
              <w:rPr>
                <w:b/>
                <w:color w:val="000000"/>
                <w:sz w:val="17"/>
                <w:lang w:val="pl-PL"/>
              </w:rPr>
              <w:t>Klasa</w:t>
            </w:r>
          </w:p>
        </w:tc>
        <w:tc>
          <w:tcPr>
            <w:tcW w:w="5544"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0CDC1603" w14:textId="77777777" w:rsidR="00F264BF" w:rsidRPr="0093230D" w:rsidRDefault="00000000">
            <w:pPr>
              <w:rPr>
                <w:lang w:val="pl-PL"/>
              </w:rPr>
            </w:pPr>
            <w:r w:rsidRPr="0093230D">
              <w:rPr>
                <w:color w:val="000000"/>
                <w:sz w:val="17"/>
                <w:lang w:val="pl-PL"/>
              </w:rPr>
              <w:t>V</w:t>
            </w:r>
          </w:p>
        </w:tc>
        <w:tc>
          <w:tcPr>
            <w:tcW w:w="1944" w:type="dxa"/>
            <w:tcBorders>
              <w:top w:val="single" w:sz="6" w:space="0" w:color="808080"/>
              <w:left w:val="single" w:sz="6" w:space="0" w:color="808080"/>
              <w:bottom w:val="single" w:sz="6" w:space="0" w:color="808080"/>
              <w:right w:val="single" w:sz="6" w:space="0" w:color="808080"/>
            </w:tcBorders>
            <w:shd w:val="clear" w:color="auto" w:fill="E7E6E6"/>
            <w:tcMar>
              <w:top w:w="80" w:type="dxa"/>
              <w:left w:w="100" w:type="dxa"/>
              <w:bottom w:w="80" w:type="dxa"/>
              <w:right w:w="100" w:type="dxa"/>
            </w:tcMar>
          </w:tcPr>
          <w:p w14:paraId="72451E4E" w14:textId="77777777" w:rsidR="00F264BF" w:rsidRPr="0093230D" w:rsidRDefault="00000000">
            <w:pPr>
              <w:rPr>
                <w:lang w:val="pl-PL"/>
              </w:rPr>
            </w:pPr>
            <w:r w:rsidRPr="0093230D">
              <w:rPr>
                <w:b/>
                <w:color w:val="000000"/>
                <w:sz w:val="17"/>
                <w:lang w:val="pl-PL"/>
              </w:rPr>
              <w:t>Rok szkolny</w:t>
            </w:r>
          </w:p>
        </w:tc>
        <w:tc>
          <w:tcPr>
            <w:tcW w:w="5544"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60A89B25" w14:textId="77777777" w:rsidR="00F264BF" w:rsidRPr="0093230D" w:rsidRDefault="00000000">
            <w:pPr>
              <w:rPr>
                <w:lang w:val="pl-PL"/>
              </w:rPr>
            </w:pPr>
            <w:r w:rsidRPr="0093230D">
              <w:rPr>
                <w:color w:val="000000"/>
                <w:sz w:val="17"/>
                <w:lang w:val="pl-PL"/>
              </w:rPr>
              <w:t>2026/2027</w:t>
            </w:r>
          </w:p>
        </w:tc>
      </w:tr>
    </w:tbl>
    <w:p w14:paraId="2E1C47E1" w14:textId="77777777" w:rsidR="00F264BF" w:rsidRPr="0093230D" w:rsidRDefault="00F264BF">
      <w:pPr>
        <w:rPr>
          <w:lang w:val="pl-PL"/>
        </w:rPr>
      </w:pPr>
    </w:p>
    <w:p w14:paraId="0DF3F43C" w14:textId="77777777" w:rsidR="0093230D" w:rsidRPr="0093230D" w:rsidRDefault="0093230D">
      <w:pPr>
        <w:rPr>
          <w:lang w:val="pl-PL"/>
        </w:rPr>
      </w:pPr>
    </w:p>
    <w:p w14:paraId="45BC524D" w14:textId="77777777" w:rsidR="0093230D" w:rsidRPr="0093230D" w:rsidRDefault="0093230D">
      <w:pPr>
        <w:rPr>
          <w:lang w:val="pl-PL"/>
        </w:rPr>
      </w:pPr>
    </w:p>
    <w:p w14:paraId="5E25477C" w14:textId="77777777" w:rsidR="001A4079" w:rsidRPr="0093230D" w:rsidRDefault="001A4079">
      <w:pPr>
        <w:rPr>
          <w:lang w:val="pl-PL"/>
        </w:rPr>
      </w:pPr>
    </w:p>
    <w:tbl>
      <w:tblPr>
        <w:tblW w:w="0" w:type="auto"/>
        <w:jc w:val="center"/>
        <w:tblLayout w:type="fixed"/>
        <w:tblLook w:val="04A0" w:firstRow="1" w:lastRow="0" w:firstColumn="1" w:lastColumn="0" w:noHBand="0" w:noVBand="1"/>
      </w:tblPr>
      <w:tblGrid>
        <w:gridCol w:w="7560"/>
        <w:gridCol w:w="7560"/>
      </w:tblGrid>
      <w:tr w:rsidR="00F264BF" w:rsidRPr="0093230D" w14:paraId="2FED7883" w14:textId="77777777">
        <w:trPr>
          <w:jc w:val="center"/>
        </w:trPr>
        <w:tc>
          <w:tcPr>
            <w:tcW w:w="7560" w:type="dxa"/>
            <w:tcBorders>
              <w:top w:val="single" w:sz="8" w:space="0" w:color="000000"/>
              <w:left w:val="single" w:sz="8" w:space="0" w:color="000000"/>
              <w:bottom w:val="single" w:sz="8" w:space="0" w:color="000000"/>
              <w:right w:val="single" w:sz="8" w:space="0" w:color="000000"/>
            </w:tcBorders>
            <w:shd w:val="clear" w:color="auto" w:fill="F2F2F2"/>
            <w:tcMar>
              <w:top w:w="110" w:type="dxa"/>
              <w:left w:w="135" w:type="dxa"/>
              <w:bottom w:w="110" w:type="dxa"/>
              <w:right w:w="135" w:type="dxa"/>
            </w:tcMar>
          </w:tcPr>
          <w:p w14:paraId="0E017893" w14:textId="697B525A" w:rsidR="001A4079" w:rsidRPr="0093230D" w:rsidRDefault="00000000">
            <w:pPr>
              <w:rPr>
                <w:b/>
                <w:color w:val="000000"/>
                <w:sz w:val="21"/>
                <w:lang w:val="pl-PL"/>
              </w:rPr>
            </w:pPr>
            <w:r w:rsidRPr="0093230D">
              <w:rPr>
                <w:b/>
                <w:color w:val="000000"/>
                <w:sz w:val="21"/>
                <w:lang w:val="pl-PL"/>
              </w:rPr>
              <w:t>JAK KORZYSTAĆ Z DOKUMENTU</w:t>
            </w:r>
          </w:p>
          <w:p w14:paraId="71A591C6" w14:textId="77777777" w:rsidR="00F264BF" w:rsidRPr="0093230D" w:rsidRDefault="00000000" w:rsidP="0093230D">
            <w:pPr>
              <w:pStyle w:val="Listapunktowana"/>
              <w:numPr>
                <w:ilvl w:val="0"/>
                <w:numId w:val="10"/>
              </w:numPr>
              <w:rPr>
                <w:lang w:val="pl-PL"/>
              </w:rPr>
            </w:pPr>
            <w:r w:rsidRPr="0093230D">
              <w:rPr>
                <w:color w:val="000000"/>
                <w:sz w:val="16"/>
                <w:lang w:val="pl-PL"/>
              </w:rPr>
              <w:t>Każdy obszar zawiera zakres wymagania, kryteria sukcesu, możliwe dowody i skalę osiągnięć 2–6.</w:t>
            </w:r>
          </w:p>
          <w:p w14:paraId="77D63C6E" w14:textId="77777777" w:rsidR="00F264BF" w:rsidRPr="0093230D" w:rsidRDefault="00000000" w:rsidP="0093230D">
            <w:pPr>
              <w:pStyle w:val="Listapunktowana"/>
              <w:numPr>
                <w:ilvl w:val="0"/>
                <w:numId w:val="10"/>
              </w:numPr>
              <w:rPr>
                <w:lang w:val="pl-PL"/>
              </w:rPr>
            </w:pPr>
            <w:r w:rsidRPr="0093230D">
              <w:rPr>
                <w:color w:val="000000"/>
                <w:sz w:val="16"/>
                <w:lang w:val="pl-PL"/>
              </w:rPr>
              <w:t>Katalog dowodów jest otwarty; uczeń nie musi wykonywać wszystkich wymienionych form.</w:t>
            </w:r>
          </w:p>
          <w:p w14:paraId="70D9508D" w14:textId="77777777" w:rsidR="00F264BF" w:rsidRPr="0093230D" w:rsidRDefault="00000000" w:rsidP="0093230D">
            <w:pPr>
              <w:pStyle w:val="Listapunktowana"/>
              <w:numPr>
                <w:ilvl w:val="0"/>
                <w:numId w:val="10"/>
              </w:numPr>
              <w:rPr>
                <w:lang w:val="pl-PL"/>
              </w:rPr>
            </w:pPr>
            <w:r w:rsidRPr="0093230D">
              <w:rPr>
                <w:color w:val="000000"/>
                <w:sz w:val="16"/>
                <w:lang w:val="pl-PL"/>
              </w:rPr>
              <w:t>Wyższa ocena oznacza większą samodzielność, poprawność, celowość i odpowiedzialność, a nie lepsze predyspozycje.</w:t>
            </w:r>
          </w:p>
          <w:p w14:paraId="5BF43685" w14:textId="77777777" w:rsidR="00F264BF" w:rsidRPr="0093230D" w:rsidRDefault="00000000" w:rsidP="0093230D">
            <w:pPr>
              <w:pStyle w:val="Listapunktowana"/>
              <w:numPr>
                <w:ilvl w:val="0"/>
                <w:numId w:val="10"/>
              </w:numPr>
              <w:rPr>
                <w:lang w:val="pl-PL"/>
              </w:rPr>
            </w:pPr>
            <w:r w:rsidRPr="0093230D">
              <w:rPr>
                <w:color w:val="000000"/>
                <w:sz w:val="16"/>
                <w:lang w:val="pl-PL"/>
              </w:rPr>
              <w:t>Ocena klasyfikacyjna wynika z wielu obserwacji i nie jest automatyczną średnią.</w:t>
            </w:r>
          </w:p>
          <w:p w14:paraId="42DC6B8D" w14:textId="77777777" w:rsidR="008C3FD6" w:rsidRPr="0093230D" w:rsidRDefault="00000000" w:rsidP="0093230D">
            <w:pPr>
              <w:pStyle w:val="Listapunktowana"/>
              <w:numPr>
                <w:ilvl w:val="0"/>
                <w:numId w:val="10"/>
              </w:numPr>
              <w:rPr>
                <w:lang w:val="pl-PL"/>
              </w:rPr>
            </w:pPr>
            <w:r w:rsidRPr="0093230D">
              <w:rPr>
                <w:sz w:val="16"/>
                <w:lang w:val="pl-PL"/>
              </w:rPr>
              <w:t>Skala poziomów, kryteria sukcesu i możliwe dowody osiągnięcia umiejętności są metodycznym rozwinięciem dokumentu, a nie odrębnymi wymaganiami ustanowionymi w przepisach.</w:t>
            </w:r>
          </w:p>
          <w:p w14:paraId="1D16D4E5" w14:textId="77777777" w:rsidR="008C3FD6" w:rsidRPr="0093230D" w:rsidRDefault="00000000" w:rsidP="0093230D">
            <w:pPr>
              <w:pStyle w:val="Listapunktowana"/>
              <w:numPr>
                <w:ilvl w:val="0"/>
                <w:numId w:val="10"/>
              </w:numPr>
              <w:rPr>
                <w:lang w:val="pl-PL"/>
              </w:rPr>
            </w:pPr>
            <w:r w:rsidRPr="0093230D">
              <w:rPr>
                <w:sz w:val="16"/>
                <w:lang w:val="pl-PL"/>
              </w:rPr>
              <w:t>Prowadzenie grupy jest jedną z możliwych form. Równoważnym dowodem może być zaprojektowanie, samodzielna realizacja, udokumentowanie lub ocena rozwiązania.</w:t>
            </w:r>
          </w:p>
        </w:tc>
        <w:tc>
          <w:tcPr>
            <w:tcW w:w="7560" w:type="dxa"/>
            <w:tcBorders>
              <w:top w:val="single" w:sz="8" w:space="0" w:color="000000"/>
              <w:left w:val="single" w:sz="8" w:space="0" w:color="000000"/>
              <w:bottom w:val="single" w:sz="8" w:space="0" w:color="000000"/>
              <w:right w:val="single" w:sz="8" w:space="0" w:color="000000"/>
            </w:tcBorders>
            <w:tcMar>
              <w:top w:w="110" w:type="dxa"/>
              <w:left w:w="135" w:type="dxa"/>
              <w:bottom w:w="110" w:type="dxa"/>
              <w:right w:w="135" w:type="dxa"/>
            </w:tcMar>
          </w:tcPr>
          <w:p w14:paraId="0FF21269" w14:textId="77777777" w:rsidR="00F264BF" w:rsidRPr="0093230D" w:rsidRDefault="00000000">
            <w:pPr>
              <w:rPr>
                <w:lang w:val="pl-PL"/>
              </w:rPr>
            </w:pPr>
            <w:r w:rsidRPr="0093230D">
              <w:rPr>
                <w:b/>
                <w:color w:val="000000"/>
                <w:sz w:val="21"/>
                <w:lang w:val="pl-PL"/>
              </w:rPr>
              <w:t>PODSTAWA PRAWNA I ZAKRES</w:t>
            </w:r>
          </w:p>
          <w:p w14:paraId="54B908FB" w14:textId="77777777" w:rsidR="00F264BF" w:rsidRPr="0093230D" w:rsidRDefault="00000000" w:rsidP="0093230D">
            <w:pPr>
              <w:pStyle w:val="Listapunktowana"/>
              <w:numPr>
                <w:ilvl w:val="0"/>
                <w:numId w:val="11"/>
              </w:numPr>
              <w:rPr>
                <w:lang w:val="pl-PL"/>
              </w:rPr>
            </w:pPr>
            <w:r w:rsidRPr="0093230D">
              <w:rPr>
                <w:color w:val="000000"/>
                <w:sz w:val="16"/>
                <w:lang w:val="pl-PL"/>
              </w:rPr>
              <w:t>Podstawa programowa z 2017 r. w brzmieniu nadanym rozporządzeniem Ministra Edukacji z 21 lipca 2025 r. (Dz.U. 2025 poz. 1052), stosowana w klasie V w roku szkolnym 2026/2027.</w:t>
            </w:r>
          </w:p>
          <w:p w14:paraId="599A5FEC" w14:textId="77777777" w:rsidR="00F264BF" w:rsidRPr="0093230D" w:rsidRDefault="00000000" w:rsidP="0093230D">
            <w:pPr>
              <w:pStyle w:val="Listapunktowana"/>
              <w:numPr>
                <w:ilvl w:val="0"/>
                <w:numId w:val="11"/>
              </w:numPr>
              <w:rPr>
                <w:lang w:val="pl-PL"/>
              </w:rPr>
            </w:pPr>
            <w:r w:rsidRPr="0093230D">
              <w:rPr>
                <w:color w:val="000000"/>
                <w:sz w:val="16"/>
                <w:lang w:val="pl-PL"/>
              </w:rPr>
              <w:t>Podstawa określa wymagania łącznie dla klas V–VI; podział na klasę V jest propozycją operacyjną i musi odpowiadać programowi nauczania.</w:t>
            </w:r>
          </w:p>
          <w:p w14:paraId="125EB94D" w14:textId="77777777" w:rsidR="00F264BF" w:rsidRPr="0093230D" w:rsidRDefault="00000000" w:rsidP="0093230D">
            <w:pPr>
              <w:pStyle w:val="Listapunktowana"/>
              <w:numPr>
                <w:ilvl w:val="0"/>
                <w:numId w:val="11"/>
              </w:numPr>
              <w:rPr>
                <w:lang w:val="pl-PL"/>
              </w:rPr>
            </w:pPr>
            <w:r w:rsidRPr="0093230D">
              <w:rPr>
                <w:color w:val="000000"/>
                <w:sz w:val="16"/>
                <w:lang w:val="pl-PL"/>
              </w:rPr>
              <w:t>Przy ustalaniu oceny z WF bierze się przede wszystkim pod uwagę wysiłek, a także systematyczność udziału i aktywność na rzecz kultury fizycznej.</w:t>
            </w:r>
          </w:p>
          <w:p w14:paraId="56F78D46" w14:textId="77777777" w:rsidR="00F264BF" w:rsidRPr="0093230D" w:rsidRDefault="00000000" w:rsidP="0093230D">
            <w:pPr>
              <w:pStyle w:val="Listapunktowana"/>
              <w:numPr>
                <w:ilvl w:val="0"/>
                <w:numId w:val="11"/>
              </w:numPr>
              <w:rPr>
                <w:lang w:val="pl-PL"/>
              </w:rPr>
            </w:pPr>
            <w:r w:rsidRPr="0093230D">
              <w:rPr>
                <w:color w:val="000000"/>
                <w:sz w:val="16"/>
                <w:lang w:val="pl-PL"/>
              </w:rPr>
              <w:t>Wymagania dostosowuje się do potrzeb rozwojowych, edukacyjnych i możliwości psychofizycznych ucznia.</w:t>
            </w:r>
          </w:p>
          <w:p w14:paraId="71F38926" w14:textId="77777777" w:rsidR="008C3FD6" w:rsidRPr="0093230D" w:rsidRDefault="00000000" w:rsidP="0093230D">
            <w:pPr>
              <w:pStyle w:val="Listapunktowana"/>
              <w:numPr>
                <w:ilvl w:val="0"/>
                <w:numId w:val="11"/>
              </w:numPr>
              <w:rPr>
                <w:lang w:val="pl-PL"/>
              </w:rPr>
            </w:pPr>
            <w:r w:rsidRPr="0093230D">
              <w:rPr>
                <w:sz w:val="16"/>
                <w:lang w:val="pl-PL"/>
              </w:rPr>
              <w:t>Pojedyncza nieobecność lub brak stroju nie stanowią samodzielnej podstawy wystawienia stopnia. Przy ustalaniu oceny uwzględnia się systematyczność aktywnego udziału ucznia w zajęciach, zgodnie z przepisami i statutem szkoły.</w:t>
            </w:r>
          </w:p>
          <w:p w14:paraId="26E16507" w14:textId="77777777" w:rsidR="008C3FD6" w:rsidRPr="0093230D" w:rsidRDefault="00000000" w:rsidP="0093230D">
            <w:pPr>
              <w:pStyle w:val="Listapunktowana"/>
              <w:numPr>
                <w:ilvl w:val="0"/>
                <w:numId w:val="11"/>
              </w:numPr>
              <w:rPr>
                <w:lang w:val="pl-PL"/>
              </w:rPr>
            </w:pPr>
            <w:r w:rsidRPr="0093230D">
              <w:rPr>
                <w:b/>
                <w:sz w:val="16"/>
                <w:lang w:val="pl-PL"/>
              </w:rPr>
              <w:t>Ocena niedostateczna (1):</w:t>
            </w:r>
            <w:r w:rsidRPr="0093230D">
              <w:rPr>
                <w:sz w:val="16"/>
                <w:lang w:val="pl-PL"/>
              </w:rPr>
              <w:t xml:space="preserve"> nie tworzy się odrębnego katalogu treści. Ocenę 1 ustala się, gdy uczeń – mimo dostosowania wymagań, wsparcia, informacji zwrotnej i możliwości poprawy – nie przedstawia powtarzalnych dowodów osiągnięcia minimalnego poziomu określonego na ocenę 2.</w:t>
            </w:r>
          </w:p>
        </w:tc>
      </w:tr>
    </w:tbl>
    <w:p w14:paraId="4435118E" w14:textId="77777777" w:rsidR="0048410A" w:rsidRPr="0093230D" w:rsidRDefault="0048410A">
      <w:pPr>
        <w:spacing w:before="60" w:after="40"/>
        <w:jc w:val="center"/>
        <w:rPr>
          <w:b/>
          <w:color w:val="000000"/>
          <w:sz w:val="56"/>
          <w:szCs w:val="32"/>
          <w:lang w:val="pl-PL"/>
        </w:rPr>
      </w:pPr>
    </w:p>
    <w:p w14:paraId="42EF57DE" w14:textId="77777777" w:rsidR="0048410A" w:rsidRPr="0093230D" w:rsidRDefault="0048410A">
      <w:pPr>
        <w:spacing w:before="60" w:after="40"/>
        <w:jc w:val="center"/>
        <w:rPr>
          <w:b/>
          <w:color w:val="000000"/>
          <w:sz w:val="56"/>
          <w:szCs w:val="32"/>
          <w:lang w:val="pl-PL"/>
        </w:rPr>
      </w:pPr>
    </w:p>
    <w:p w14:paraId="730AACF9" w14:textId="77777777" w:rsidR="0048410A" w:rsidRPr="0093230D" w:rsidRDefault="0048410A">
      <w:pPr>
        <w:spacing w:before="60" w:after="40"/>
        <w:jc w:val="center"/>
        <w:rPr>
          <w:b/>
          <w:color w:val="000000"/>
          <w:sz w:val="56"/>
          <w:szCs w:val="32"/>
          <w:lang w:val="pl-PL"/>
        </w:rPr>
      </w:pPr>
    </w:p>
    <w:p w14:paraId="1E33D3F7" w14:textId="77777777" w:rsidR="0048410A" w:rsidRPr="0093230D" w:rsidRDefault="0048410A">
      <w:pPr>
        <w:spacing w:before="60" w:after="40"/>
        <w:jc w:val="center"/>
        <w:rPr>
          <w:b/>
          <w:color w:val="000000"/>
          <w:sz w:val="56"/>
          <w:szCs w:val="32"/>
          <w:lang w:val="pl-PL"/>
        </w:rPr>
      </w:pPr>
    </w:p>
    <w:p w14:paraId="45576E51" w14:textId="77777777" w:rsidR="00F264BF" w:rsidRPr="0093230D" w:rsidRDefault="00000000">
      <w:pPr>
        <w:spacing w:before="60" w:after="40"/>
        <w:jc w:val="center"/>
        <w:rPr>
          <w:sz w:val="24"/>
          <w:szCs w:val="32"/>
          <w:lang w:val="pl-PL"/>
        </w:rPr>
      </w:pPr>
      <w:r w:rsidRPr="0093230D">
        <w:rPr>
          <w:b/>
          <w:color w:val="000000"/>
          <w:sz w:val="56"/>
          <w:szCs w:val="32"/>
          <w:lang w:val="pl-PL"/>
        </w:rPr>
        <w:t>TAKSONOMIA OCEN 2–6</w:t>
      </w:r>
    </w:p>
    <w:p w14:paraId="462FED1F" w14:textId="77777777" w:rsidR="00F264BF" w:rsidRPr="0093230D" w:rsidRDefault="00000000">
      <w:pPr>
        <w:spacing w:after="140"/>
        <w:jc w:val="center"/>
        <w:rPr>
          <w:sz w:val="24"/>
          <w:szCs w:val="32"/>
          <w:lang w:val="pl-PL"/>
        </w:rPr>
      </w:pPr>
      <w:r w:rsidRPr="0093230D">
        <w:rPr>
          <w:b/>
          <w:color w:val="000000"/>
          <w:sz w:val="40"/>
          <w:szCs w:val="32"/>
          <w:lang w:val="pl-PL"/>
        </w:rPr>
        <w:t xml:space="preserve">Wychowanie fizyczne </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F264BF" w:rsidRPr="0093230D" w14:paraId="25748272" w14:textId="77777777">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90" w:type="dxa"/>
              <w:left w:w="90" w:type="dxa"/>
              <w:bottom w:w="90" w:type="dxa"/>
              <w:right w:w="90" w:type="dxa"/>
            </w:tcMar>
            <w:vAlign w:val="center"/>
          </w:tcPr>
          <w:p w14:paraId="37A893FB" w14:textId="77777777" w:rsidR="00F264BF" w:rsidRPr="0093230D" w:rsidRDefault="00000000">
            <w:pPr>
              <w:jc w:val="center"/>
              <w:rPr>
                <w:sz w:val="24"/>
                <w:szCs w:val="32"/>
                <w:lang w:val="pl-PL"/>
              </w:rPr>
            </w:pPr>
            <w:r w:rsidRPr="0093230D">
              <w:rPr>
                <w:b/>
                <w:color w:val="000000"/>
                <w:sz w:val="48"/>
                <w:szCs w:val="32"/>
                <w:lang w:val="pl-PL"/>
              </w:rPr>
              <w:t>2</w:t>
            </w:r>
          </w:p>
          <w:p w14:paraId="5941D63B" w14:textId="77777777" w:rsidR="00F264BF" w:rsidRPr="0093230D" w:rsidRDefault="00000000">
            <w:pPr>
              <w:jc w:val="center"/>
              <w:rPr>
                <w:sz w:val="24"/>
                <w:szCs w:val="32"/>
                <w:lang w:val="pl-PL"/>
              </w:rPr>
            </w:pPr>
            <w:r w:rsidRPr="0093230D">
              <w:rPr>
                <w:b/>
                <w:color w:val="000000"/>
                <w:sz w:val="22"/>
                <w:szCs w:val="32"/>
                <w:lang w:val="pl-PL"/>
              </w:rPr>
              <w:t>DOPUSZCZAJĄCA</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90" w:type="dxa"/>
              <w:left w:w="90" w:type="dxa"/>
              <w:bottom w:w="90" w:type="dxa"/>
              <w:right w:w="90" w:type="dxa"/>
            </w:tcMar>
            <w:vAlign w:val="center"/>
          </w:tcPr>
          <w:p w14:paraId="4DC46B4D" w14:textId="77777777" w:rsidR="00F264BF" w:rsidRPr="0093230D" w:rsidRDefault="00000000">
            <w:pPr>
              <w:jc w:val="center"/>
              <w:rPr>
                <w:sz w:val="24"/>
                <w:szCs w:val="32"/>
                <w:lang w:val="pl-PL"/>
              </w:rPr>
            </w:pPr>
            <w:r w:rsidRPr="0093230D">
              <w:rPr>
                <w:b/>
                <w:color w:val="000000"/>
                <w:sz w:val="48"/>
                <w:szCs w:val="32"/>
                <w:lang w:val="pl-PL"/>
              </w:rPr>
              <w:t>3</w:t>
            </w:r>
          </w:p>
          <w:p w14:paraId="035548F6" w14:textId="77777777" w:rsidR="00F264BF" w:rsidRPr="0093230D" w:rsidRDefault="00000000">
            <w:pPr>
              <w:jc w:val="center"/>
              <w:rPr>
                <w:sz w:val="24"/>
                <w:szCs w:val="32"/>
                <w:lang w:val="pl-PL"/>
              </w:rPr>
            </w:pPr>
            <w:r w:rsidRPr="0093230D">
              <w:rPr>
                <w:b/>
                <w:color w:val="000000"/>
                <w:sz w:val="22"/>
                <w:szCs w:val="32"/>
                <w:lang w:val="pl-PL"/>
              </w:rPr>
              <w:t>DOSTATECZNA</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90" w:type="dxa"/>
              <w:left w:w="90" w:type="dxa"/>
              <w:bottom w:w="90" w:type="dxa"/>
              <w:right w:w="90" w:type="dxa"/>
            </w:tcMar>
            <w:vAlign w:val="center"/>
          </w:tcPr>
          <w:p w14:paraId="79DCACA0" w14:textId="77777777" w:rsidR="00F264BF" w:rsidRPr="0093230D" w:rsidRDefault="00000000">
            <w:pPr>
              <w:jc w:val="center"/>
              <w:rPr>
                <w:sz w:val="24"/>
                <w:szCs w:val="32"/>
                <w:lang w:val="pl-PL"/>
              </w:rPr>
            </w:pPr>
            <w:r w:rsidRPr="0093230D">
              <w:rPr>
                <w:b/>
                <w:color w:val="000000"/>
                <w:sz w:val="48"/>
                <w:szCs w:val="32"/>
                <w:lang w:val="pl-PL"/>
              </w:rPr>
              <w:t>4</w:t>
            </w:r>
          </w:p>
          <w:p w14:paraId="21D77D3A" w14:textId="77777777" w:rsidR="00F264BF" w:rsidRPr="0093230D" w:rsidRDefault="00000000">
            <w:pPr>
              <w:jc w:val="center"/>
              <w:rPr>
                <w:sz w:val="24"/>
                <w:szCs w:val="32"/>
                <w:lang w:val="pl-PL"/>
              </w:rPr>
            </w:pPr>
            <w:r w:rsidRPr="0093230D">
              <w:rPr>
                <w:b/>
                <w:color w:val="000000"/>
                <w:sz w:val="22"/>
                <w:szCs w:val="32"/>
                <w:lang w:val="pl-PL"/>
              </w:rPr>
              <w:t>DOBRA</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90" w:type="dxa"/>
              <w:left w:w="90" w:type="dxa"/>
              <w:bottom w:w="90" w:type="dxa"/>
              <w:right w:w="90" w:type="dxa"/>
            </w:tcMar>
            <w:vAlign w:val="center"/>
          </w:tcPr>
          <w:p w14:paraId="62EBD14A" w14:textId="77777777" w:rsidR="00F264BF" w:rsidRPr="0093230D" w:rsidRDefault="00000000">
            <w:pPr>
              <w:jc w:val="center"/>
              <w:rPr>
                <w:sz w:val="24"/>
                <w:szCs w:val="32"/>
                <w:lang w:val="pl-PL"/>
              </w:rPr>
            </w:pPr>
            <w:r w:rsidRPr="0093230D">
              <w:rPr>
                <w:b/>
                <w:color w:val="000000"/>
                <w:sz w:val="48"/>
                <w:szCs w:val="32"/>
                <w:lang w:val="pl-PL"/>
              </w:rPr>
              <w:t>5</w:t>
            </w:r>
          </w:p>
          <w:p w14:paraId="0BC8FF12" w14:textId="77777777" w:rsidR="00F264BF" w:rsidRPr="0093230D" w:rsidRDefault="00000000">
            <w:pPr>
              <w:jc w:val="center"/>
              <w:rPr>
                <w:sz w:val="24"/>
                <w:szCs w:val="32"/>
                <w:lang w:val="pl-PL"/>
              </w:rPr>
            </w:pPr>
            <w:r w:rsidRPr="0093230D">
              <w:rPr>
                <w:b/>
                <w:color w:val="000000"/>
                <w:sz w:val="22"/>
                <w:szCs w:val="32"/>
                <w:lang w:val="pl-PL"/>
              </w:rPr>
              <w:t>BARDZO DOBRA</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90" w:type="dxa"/>
              <w:left w:w="90" w:type="dxa"/>
              <w:bottom w:w="90" w:type="dxa"/>
              <w:right w:w="90" w:type="dxa"/>
            </w:tcMar>
            <w:vAlign w:val="center"/>
          </w:tcPr>
          <w:p w14:paraId="38EDFA54" w14:textId="77777777" w:rsidR="00F264BF" w:rsidRPr="0093230D" w:rsidRDefault="00000000">
            <w:pPr>
              <w:jc w:val="center"/>
              <w:rPr>
                <w:sz w:val="24"/>
                <w:szCs w:val="32"/>
                <w:lang w:val="pl-PL"/>
              </w:rPr>
            </w:pPr>
            <w:r w:rsidRPr="0093230D">
              <w:rPr>
                <w:b/>
                <w:color w:val="000000"/>
                <w:sz w:val="48"/>
                <w:szCs w:val="32"/>
                <w:lang w:val="pl-PL"/>
              </w:rPr>
              <w:t>6</w:t>
            </w:r>
          </w:p>
          <w:p w14:paraId="1CA9497A" w14:textId="77777777" w:rsidR="00F264BF" w:rsidRPr="0093230D" w:rsidRDefault="00000000">
            <w:pPr>
              <w:jc w:val="center"/>
              <w:rPr>
                <w:sz w:val="24"/>
                <w:szCs w:val="32"/>
                <w:lang w:val="pl-PL"/>
              </w:rPr>
            </w:pPr>
            <w:r w:rsidRPr="0093230D">
              <w:rPr>
                <w:b/>
                <w:color w:val="000000"/>
                <w:sz w:val="22"/>
                <w:szCs w:val="32"/>
                <w:lang w:val="pl-PL"/>
              </w:rPr>
              <w:t>CELUJĄCA</w:t>
            </w:r>
          </w:p>
        </w:tc>
      </w:tr>
      <w:tr w:rsidR="00F264BF" w:rsidRPr="0093230D" w14:paraId="38DB50A7" w14:textId="77777777">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BD20F1" w14:textId="77777777" w:rsidR="00F264BF" w:rsidRPr="0093230D" w:rsidRDefault="00000000">
            <w:pPr>
              <w:spacing w:after="80"/>
              <w:jc w:val="center"/>
              <w:rPr>
                <w:sz w:val="24"/>
                <w:szCs w:val="32"/>
                <w:lang w:val="pl-PL"/>
              </w:rPr>
            </w:pPr>
            <w:r w:rsidRPr="0093230D">
              <w:rPr>
                <w:b/>
                <w:color w:val="000000"/>
                <w:sz w:val="22"/>
                <w:szCs w:val="32"/>
                <w:lang w:val="pl-PL"/>
              </w:rPr>
              <w:t>Uczeń z pomocą:</w:t>
            </w:r>
          </w:p>
          <w:p w14:paraId="4FA562A4" w14:textId="77777777" w:rsidR="00F264BF" w:rsidRPr="0093230D" w:rsidRDefault="00000000">
            <w:pPr>
              <w:pStyle w:val="Listapunktowana"/>
              <w:spacing w:after="60" w:line="245" w:lineRule="auto"/>
              <w:ind w:left="158" w:hanging="130"/>
              <w:rPr>
                <w:sz w:val="24"/>
                <w:szCs w:val="32"/>
                <w:lang w:val="pl-PL"/>
              </w:rPr>
            </w:pPr>
            <w:r w:rsidRPr="0093230D">
              <w:rPr>
                <w:color w:val="000000"/>
                <w:sz w:val="22"/>
                <w:szCs w:val="32"/>
                <w:lang w:val="pl-PL"/>
              </w:rPr>
              <w:t>wykonuje proste zadanie ruchowe po pokazie lub instrukcji</w:t>
            </w:r>
          </w:p>
          <w:p w14:paraId="16C6040D" w14:textId="77777777" w:rsidR="00F264BF" w:rsidRPr="0093230D" w:rsidRDefault="00000000">
            <w:pPr>
              <w:pStyle w:val="Listapunktowana"/>
              <w:spacing w:after="60" w:line="245" w:lineRule="auto"/>
              <w:ind w:left="158" w:hanging="130"/>
              <w:rPr>
                <w:sz w:val="24"/>
                <w:szCs w:val="32"/>
                <w:lang w:val="pl-PL"/>
              </w:rPr>
            </w:pPr>
            <w:r w:rsidRPr="0093230D">
              <w:rPr>
                <w:color w:val="000000"/>
                <w:sz w:val="22"/>
                <w:szCs w:val="32"/>
                <w:lang w:val="pl-PL"/>
              </w:rPr>
              <w:t>podejmuje próbę działania, choć potrzebuje wsparcia</w:t>
            </w:r>
          </w:p>
          <w:p w14:paraId="4596225E" w14:textId="77777777" w:rsidR="00F264BF" w:rsidRPr="0093230D" w:rsidRDefault="00000000">
            <w:pPr>
              <w:pStyle w:val="Listapunktowana"/>
              <w:spacing w:after="60" w:line="245" w:lineRule="auto"/>
              <w:ind w:left="158" w:hanging="130"/>
              <w:rPr>
                <w:sz w:val="24"/>
                <w:szCs w:val="32"/>
                <w:lang w:val="pl-PL"/>
              </w:rPr>
            </w:pPr>
            <w:r w:rsidRPr="0093230D">
              <w:rPr>
                <w:color w:val="000000"/>
                <w:sz w:val="22"/>
                <w:szCs w:val="32"/>
                <w:lang w:val="pl-PL"/>
              </w:rPr>
              <w:t>stosuje podstawowe zasady bezpieczeństwa po przypomnieniu</w:t>
            </w:r>
          </w:p>
          <w:p w14:paraId="2BB13A1B" w14:textId="77777777" w:rsidR="00F264BF" w:rsidRPr="0093230D" w:rsidRDefault="00000000">
            <w:pPr>
              <w:pStyle w:val="Listapunktowana"/>
              <w:spacing w:after="60" w:line="245" w:lineRule="auto"/>
              <w:ind w:left="158" w:hanging="130"/>
              <w:rPr>
                <w:sz w:val="24"/>
                <w:szCs w:val="32"/>
                <w:lang w:val="pl-PL"/>
              </w:rPr>
            </w:pPr>
            <w:r w:rsidRPr="0093230D">
              <w:rPr>
                <w:color w:val="000000"/>
                <w:sz w:val="22"/>
                <w:szCs w:val="32"/>
                <w:lang w:val="pl-PL"/>
              </w:rPr>
              <w:t>uczestniczy w ćwiczeniach w podstawowym zakresie</w:t>
            </w:r>
          </w:p>
        </w:tc>
        <w:tc>
          <w:tcPr>
            <w:tcW w:w="30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0EDC00" w14:textId="77777777" w:rsidR="00F264BF" w:rsidRPr="0093230D" w:rsidRDefault="00000000">
            <w:pPr>
              <w:spacing w:after="80"/>
              <w:jc w:val="center"/>
              <w:rPr>
                <w:sz w:val="24"/>
                <w:szCs w:val="32"/>
                <w:lang w:val="pl-PL"/>
              </w:rPr>
            </w:pPr>
            <w:r w:rsidRPr="0093230D">
              <w:rPr>
                <w:b/>
                <w:color w:val="000000"/>
                <w:sz w:val="22"/>
                <w:szCs w:val="32"/>
                <w:lang w:val="pl-PL"/>
              </w:rPr>
              <w:t>Uczeń samodzielnie w typowej sytuacji:</w:t>
            </w:r>
          </w:p>
          <w:p w14:paraId="5A1ABCB2" w14:textId="77777777" w:rsidR="00F264BF" w:rsidRPr="0093230D" w:rsidRDefault="00000000">
            <w:pPr>
              <w:pStyle w:val="Listapunktowana"/>
              <w:spacing w:after="60" w:line="245" w:lineRule="auto"/>
              <w:ind w:left="158" w:hanging="130"/>
              <w:rPr>
                <w:sz w:val="24"/>
                <w:szCs w:val="32"/>
                <w:lang w:val="pl-PL"/>
              </w:rPr>
            </w:pPr>
            <w:r w:rsidRPr="0093230D">
              <w:rPr>
                <w:color w:val="000000"/>
                <w:sz w:val="22"/>
                <w:szCs w:val="32"/>
                <w:lang w:val="pl-PL"/>
              </w:rPr>
              <w:t>wykonuje poznane ćwiczenia w podstawowej formie</w:t>
            </w:r>
          </w:p>
          <w:p w14:paraId="4EC5EA8E" w14:textId="77777777" w:rsidR="00F264BF" w:rsidRPr="0093230D" w:rsidRDefault="00000000">
            <w:pPr>
              <w:pStyle w:val="Listapunktowana"/>
              <w:spacing w:after="60" w:line="245" w:lineRule="auto"/>
              <w:ind w:left="158" w:hanging="130"/>
              <w:rPr>
                <w:sz w:val="24"/>
                <w:szCs w:val="32"/>
                <w:lang w:val="pl-PL"/>
              </w:rPr>
            </w:pPr>
            <w:r w:rsidRPr="0093230D">
              <w:rPr>
                <w:color w:val="000000"/>
                <w:sz w:val="22"/>
                <w:szCs w:val="32"/>
                <w:lang w:val="pl-PL"/>
              </w:rPr>
              <w:t>stosuje podstawowe zasady bezpieczeństwa bez stałej pomocy</w:t>
            </w:r>
          </w:p>
          <w:p w14:paraId="19C42706" w14:textId="77777777" w:rsidR="00F264BF" w:rsidRPr="0093230D" w:rsidRDefault="00000000">
            <w:pPr>
              <w:pStyle w:val="Listapunktowana"/>
              <w:spacing w:after="60" w:line="245" w:lineRule="auto"/>
              <w:ind w:left="158" w:hanging="130"/>
              <w:rPr>
                <w:sz w:val="24"/>
                <w:szCs w:val="32"/>
                <w:lang w:val="pl-PL"/>
              </w:rPr>
            </w:pPr>
            <w:r w:rsidRPr="0093230D">
              <w:rPr>
                <w:color w:val="000000"/>
                <w:sz w:val="22"/>
                <w:szCs w:val="32"/>
                <w:lang w:val="pl-PL"/>
              </w:rPr>
              <w:t>uczestniczy w grze lub zadaniu zgodnie z prostymi zasadami</w:t>
            </w:r>
          </w:p>
          <w:p w14:paraId="1519D811" w14:textId="77777777" w:rsidR="00F264BF" w:rsidRPr="0093230D" w:rsidRDefault="00000000">
            <w:pPr>
              <w:pStyle w:val="Listapunktowana"/>
              <w:spacing w:after="60" w:line="245" w:lineRule="auto"/>
              <w:ind w:left="158" w:hanging="130"/>
              <w:rPr>
                <w:sz w:val="24"/>
                <w:szCs w:val="32"/>
                <w:lang w:val="pl-PL"/>
              </w:rPr>
            </w:pPr>
            <w:r w:rsidRPr="0093230D">
              <w:rPr>
                <w:color w:val="000000"/>
                <w:sz w:val="22"/>
                <w:szCs w:val="32"/>
                <w:lang w:val="pl-PL"/>
              </w:rPr>
              <w:t>nazywa podstawowe elementy techniki i zdrowego ruchu</w:t>
            </w:r>
          </w:p>
        </w:tc>
        <w:tc>
          <w:tcPr>
            <w:tcW w:w="30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82B136" w14:textId="77777777" w:rsidR="00F264BF" w:rsidRPr="0093230D" w:rsidRDefault="00000000">
            <w:pPr>
              <w:spacing w:after="80"/>
              <w:jc w:val="center"/>
              <w:rPr>
                <w:sz w:val="24"/>
                <w:szCs w:val="32"/>
                <w:lang w:val="pl-PL"/>
              </w:rPr>
            </w:pPr>
            <w:r w:rsidRPr="0093230D">
              <w:rPr>
                <w:b/>
                <w:color w:val="000000"/>
                <w:sz w:val="22"/>
                <w:szCs w:val="32"/>
                <w:lang w:val="pl-PL"/>
              </w:rPr>
              <w:t>Uczeń poprawnie i świadomie:</w:t>
            </w:r>
          </w:p>
          <w:p w14:paraId="7FD51E75" w14:textId="77777777" w:rsidR="00F264BF" w:rsidRPr="0093230D" w:rsidRDefault="00000000">
            <w:pPr>
              <w:pStyle w:val="Listapunktowana"/>
              <w:spacing w:after="60" w:line="245" w:lineRule="auto"/>
              <w:ind w:left="158" w:hanging="130"/>
              <w:rPr>
                <w:sz w:val="24"/>
                <w:szCs w:val="32"/>
                <w:lang w:val="pl-PL"/>
              </w:rPr>
            </w:pPr>
            <w:r w:rsidRPr="0093230D">
              <w:rPr>
                <w:color w:val="000000"/>
                <w:sz w:val="22"/>
                <w:szCs w:val="32"/>
                <w:lang w:val="pl-PL"/>
              </w:rPr>
              <w:t>wykonuje zadania zgodnie z poznaną techniką</w:t>
            </w:r>
          </w:p>
          <w:p w14:paraId="2DFE7766" w14:textId="77777777" w:rsidR="00F264BF" w:rsidRPr="0093230D" w:rsidRDefault="00000000">
            <w:pPr>
              <w:pStyle w:val="Listapunktowana"/>
              <w:spacing w:after="60" w:line="245" w:lineRule="auto"/>
              <w:ind w:left="158" w:hanging="130"/>
              <w:rPr>
                <w:sz w:val="24"/>
                <w:szCs w:val="32"/>
                <w:lang w:val="pl-PL"/>
              </w:rPr>
            </w:pPr>
            <w:r w:rsidRPr="0093230D">
              <w:rPr>
                <w:color w:val="000000"/>
                <w:sz w:val="22"/>
                <w:szCs w:val="32"/>
                <w:lang w:val="pl-PL"/>
              </w:rPr>
              <w:t>łączy umiejętności w bardziej złożone działanie</w:t>
            </w:r>
          </w:p>
          <w:p w14:paraId="16375880" w14:textId="77777777" w:rsidR="00F264BF" w:rsidRPr="0093230D" w:rsidRDefault="00000000">
            <w:pPr>
              <w:pStyle w:val="Listapunktowana"/>
              <w:spacing w:after="60" w:line="245" w:lineRule="auto"/>
              <w:ind w:left="158" w:hanging="130"/>
              <w:rPr>
                <w:sz w:val="24"/>
                <w:szCs w:val="32"/>
                <w:lang w:val="pl-PL"/>
              </w:rPr>
            </w:pPr>
            <w:r w:rsidRPr="0093230D">
              <w:rPr>
                <w:color w:val="000000"/>
                <w:sz w:val="22"/>
                <w:szCs w:val="32"/>
                <w:lang w:val="pl-PL"/>
              </w:rPr>
              <w:t>dba o bezpieczeństwo własne i innych</w:t>
            </w:r>
          </w:p>
          <w:p w14:paraId="644AF52C" w14:textId="77777777" w:rsidR="00F264BF" w:rsidRPr="0093230D" w:rsidRDefault="00000000">
            <w:pPr>
              <w:pStyle w:val="Listapunktowana"/>
              <w:spacing w:after="60" w:line="245" w:lineRule="auto"/>
              <w:ind w:left="158" w:hanging="130"/>
              <w:rPr>
                <w:sz w:val="24"/>
                <w:szCs w:val="32"/>
                <w:lang w:val="pl-PL"/>
              </w:rPr>
            </w:pPr>
            <w:r w:rsidRPr="0093230D">
              <w:rPr>
                <w:color w:val="000000"/>
                <w:sz w:val="22"/>
                <w:szCs w:val="32"/>
                <w:lang w:val="pl-PL"/>
              </w:rPr>
              <w:t>współpracuje i dostrzega własny postęp</w:t>
            </w:r>
          </w:p>
        </w:tc>
        <w:tc>
          <w:tcPr>
            <w:tcW w:w="30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AC8E8C" w14:textId="77777777" w:rsidR="00F264BF" w:rsidRPr="0093230D" w:rsidRDefault="00000000">
            <w:pPr>
              <w:spacing w:after="80"/>
              <w:jc w:val="center"/>
              <w:rPr>
                <w:sz w:val="24"/>
                <w:szCs w:val="32"/>
                <w:lang w:val="pl-PL"/>
              </w:rPr>
            </w:pPr>
            <w:r w:rsidRPr="0093230D">
              <w:rPr>
                <w:b/>
                <w:color w:val="000000"/>
                <w:sz w:val="22"/>
                <w:szCs w:val="32"/>
                <w:lang w:val="pl-PL"/>
              </w:rPr>
              <w:t>Uczeń sprawnie, samodzielnie i celowo:</w:t>
            </w:r>
          </w:p>
          <w:p w14:paraId="38E56A79" w14:textId="77777777" w:rsidR="00F264BF" w:rsidRPr="0093230D" w:rsidRDefault="00000000">
            <w:pPr>
              <w:pStyle w:val="Listapunktowana"/>
              <w:spacing w:after="60" w:line="245" w:lineRule="auto"/>
              <w:ind w:left="158" w:hanging="130"/>
              <w:rPr>
                <w:sz w:val="24"/>
                <w:szCs w:val="32"/>
                <w:lang w:val="pl-PL"/>
              </w:rPr>
            </w:pPr>
            <w:r w:rsidRPr="0093230D">
              <w:rPr>
                <w:color w:val="000000"/>
                <w:sz w:val="22"/>
                <w:szCs w:val="32"/>
                <w:lang w:val="pl-PL"/>
              </w:rPr>
              <w:t>dobiera sposób wykonania do sytuacji</w:t>
            </w:r>
          </w:p>
          <w:p w14:paraId="54328716" w14:textId="77777777" w:rsidR="00F264BF" w:rsidRPr="0093230D" w:rsidRDefault="00000000">
            <w:pPr>
              <w:pStyle w:val="Listapunktowana"/>
              <w:spacing w:after="60" w:line="245" w:lineRule="auto"/>
              <w:ind w:left="158" w:hanging="130"/>
              <w:rPr>
                <w:sz w:val="24"/>
                <w:szCs w:val="32"/>
                <w:lang w:val="pl-PL"/>
              </w:rPr>
            </w:pPr>
            <w:r w:rsidRPr="0093230D">
              <w:rPr>
                <w:color w:val="000000"/>
                <w:sz w:val="22"/>
                <w:szCs w:val="32"/>
                <w:lang w:val="pl-PL"/>
              </w:rPr>
              <w:t>koryguje błędy i korzysta z informacji zwrotnej</w:t>
            </w:r>
          </w:p>
          <w:p w14:paraId="31753CBF" w14:textId="77777777" w:rsidR="00F264BF" w:rsidRPr="0093230D" w:rsidRDefault="00000000">
            <w:pPr>
              <w:pStyle w:val="Listapunktowana"/>
              <w:spacing w:after="60" w:line="245" w:lineRule="auto"/>
              <w:ind w:left="158" w:hanging="130"/>
              <w:rPr>
                <w:sz w:val="24"/>
                <w:szCs w:val="32"/>
                <w:lang w:val="pl-PL"/>
              </w:rPr>
            </w:pPr>
            <w:r w:rsidRPr="0093230D">
              <w:rPr>
                <w:color w:val="000000"/>
                <w:sz w:val="22"/>
                <w:szCs w:val="32"/>
                <w:lang w:val="pl-PL"/>
              </w:rPr>
              <w:t>stosuje umiejętności w różnych formach aktywności</w:t>
            </w:r>
          </w:p>
          <w:p w14:paraId="79A8387C" w14:textId="77777777" w:rsidR="00F264BF" w:rsidRPr="0093230D" w:rsidRDefault="00000000">
            <w:pPr>
              <w:pStyle w:val="Listapunktowana"/>
              <w:spacing w:after="60" w:line="245" w:lineRule="auto"/>
              <w:ind w:left="158" w:hanging="130"/>
              <w:rPr>
                <w:sz w:val="24"/>
                <w:szCs w:val="32"/>
                <w:lang w:val="pl-PL"/>
              </w:rPr>
            </w:pPr>
            <w:r w:rsidRPr="0093230D">
              <w:rPr>
                <w:color w:val="000000"/>
                <w:sz w:val="22"/>
                <w:szCs w:val="32"/>
                <w:lang w:val="pl-PL"/>
              </w:rPr>
              <w:t>uzasadnia swoje wybory i działania</w:t>
            </w:r>
          </w:p>
        </w:tc>
        <w:tc>
          <w:tcPr>
            <w:tcW w:w="30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8BE9BA" w14:textId="77777777" w:rsidR="00F264BF" w:rsidRPr="0093230D" w:rsidRDefault="00000000">
            <w:pPr>
              <w:spacing w:after="80"/>
              <w:jc w:val="center"/>
              <w:rPr>
                <w:sz w:val="24"/>
                <w:szCs w:val="32"/>
                <w:lang w:val="pl-PL"/>
              </w:rPr>
            </w:pPr>
            <w:r w:rsidRPr="0093230D">
              <w:rPr>
                <w:b/>
                <w:color w:val="000000"/>
                <w:sz w:val="22"/>
                <w:szCs w:val="32"/>
                <w:lang w:val="pl-PL"/>
              </w:rPr>
              <w:t>Uczeń twórczo i odpowiedzialnie:</w:t>
            </w:r>
          </w:p>
          <w:p w14:paraId="23926801" w14:textId="77777777" w:rsidR="00F264BF" w:rsidRPr="0093230D" w:rsidRDefault="00000000">
            <w:pPr>
              <w:pStyle w:val="Listapunktowana"/>
              <w:spacing w:after="60" w:line="245" w:lineRule="auto"/>
              <w:ind w:left="158" w:hanging="130"/>
              <w:rPr>
                <w:sz w:val="24"/>
                <w:szCs w:val="32"/>
                <w:lang w:val="pl-PL"/>
              </w:rPr>
            </w:pPr>
            <w:r w:rsidRPr="0093230D">
              <w:rPr>
                <w:color w:val="000000"/>
                <w:sz w:val="22"/>
                <w:szCs w:val="32"/>
                <w:lang w:val="pl-PL"/>
              </w:rPr>
              <w:t>modyfikuje ćwiczenia lub rozwiązania adekwatnie do celu</w:t>
            </w:r>
          </w:p>
          <w:p w14:paraId="42ACA343" w14:textId="77777777" w:rsidR="00F264BF" w:rsidRPr="0093230D" w:rsidRDefault="00000000">
            <w:pPr>
              <w:pStyle w:val="Listapunktowana"/>
              <w:spacing w:after="60" w:line="245" w:lineRule="auto"/>
              <w:ind w:left="158" w:hanging="130"/>
              <w:rPr>
                <w:sz w:val="24"/>
                <w:szCs w:val="32"/>
                <w:lang w:val="pl-PL"/>
              </w:rPr>
            </w:pPr>
            <w:r w:rsidRPr="0093230D">
              <w:rPr>
                <w:color w:val="000000"/>
                <w:sz w:val="22"/>
                <w:szCs w:val="32"/>
                <w:lang w:val="pl-PL"/>
              </w:rPr>
              <w:t>planuje i prowadzi prostą aktywność dla innych</w:t>
            </w:r>
          </w:p>
          <w:p w14:paraId="74002451" w14:textId="77777777" w:rsidR="00F264BF" w:rsidRPr="0093230D" w:rsidRDefault="00000000">
            <w:pPr>
              <w:pStyle w:val="Listapunktowana"/>
              <w:spacing w:after="60" w:line="245" w:lineRule="auto"/>
              <w:ind w:left="158" w:hanging="130"/>
              <w:rPr>
                <w:sz w:val="24"/>
                <w:szCs w:val="32"/>
                <w:lang w:val="pl-PL"/>
              </w:rPr>
            </w:pPr>
            <w:r w:rsidRPr="0093230D">
              <w:rPr>
                <w:color w:val="000000"/>
                <w:sz w:val="22"/>
                <w:szCs w:val="32"/>
                <w:lang w:val="pl-PL"/>
              </w:rPr>
              <w:t xml:space="preserve">wspiera uczestników i inicjuje współpracę fair </w:t>
            </w:r>
            <w:proofErr w:type="spellStart"/>
            <w:r w:rsidRPr="0093230D">
              <w:rPr>
                <w:color w:val="000000"/>
                <w:sz w:val="22"/>
                <w:szCs w:val="32"/>
                <w:lang w:val="pl-PL"/>
              </w:rPr>
              <w:t>play</w:t>
            </w:r>
            <w:proofErr w:type="spellEnd"/>
          </w:p>
          <w:p w14:paraId="447E359B" w14:textId="77777777" w:rsidR="00F264BF" w:rsidRPr="0093230D" w:rsidRDefault="00000000">
            <w:pPr>
              <w:pStyle w:val="Listapunktowana"/>
              <w:spacing w:after="60" w:line="245" w:lineRule="auto"/>
              <w:ind w:left="158" w:hanging="130"/>
              <w:rPr>
                <w:sz w:val="24"/>
                <w:szCs w:val="32"/>
                <w:lang w:val="pl-PL"/>
              </w:rPr>
            </w:pPr>
            <w:r w:rsidRPr="0093230D">
              <w:rPr>
                <w:color w:val="000000"/>
                <w:sz w:val="22"/>
                <w:szCs w:val="32"/>
                <w:lang w:val="pl-PL"/>
              </w:rPr>
              <w:t>ocenia postęp i przenosi umiejętności do nowych sytuacji</w:t>
            </w:r>
          </w:p>
        </w:tc>
      </w:tr>
    </w:tbl>
    <w:p w14:paraId="50B1EC3C" w14:textId="77777777" w:rsidR="00F264BF" w:rsidRPr="0093230D" w:rsidRDefault="00F264BF">
      <w:pPr>
        <w:rPr>
          <w:sz w:val="24"/>
          <w:szCs w:val="32"/>
          <w:lang w:val="pl-PL"/>
        </w:rPr>
      </w:pPr>
    </w:p>
    <w:tbl>
      <w:tblPr>
        <w:tblW w:w="0" w:type="auto"/>
        <w:jc w:val="center"/>
        <w:tblLayout w:type="fixed"/>
        <w:tblLook w:val="04A0" w:firstRow="1" w:lastRow="0" w:firstColumn="1" w:lastColumn="0" w:noHBand="0" w:noVBand="1"/>
      </w:tblPr>
      <w:tblGrid>
        <w:gridCol w:w="7560"/>
        <w:gridCol w:w="7560"/>
      </w:tblGrid>
      <w:tr w:rsidR="00F264BF" w:rsidRPr="0093230D" w14:paraId="418FD5A8" w14:textId="77777777">
        <w:trPr>
          <w:jc w:val="center"/>
        </w:trPr>
        <w:tc>
          <w:tcPr>
            <w:tcW w:w="7560" w:type="dxa"/>
            <w:tcBorders>
              <w:top w:val="single" w:sz="7" w:space="0" w:color="808080"/>
              <w:left w:val="single" w:sz="7" w:space="0" w:color="808080"/>
              <w:bottom w:val="single" w:sz="7" w:space="0" w:color="808080"/>
              <w:right w:val="single" w:sz="7" w:space="0" w:color="808080"/>
            </w:tcBorders>
            <w:shd w:val="clear" w:color="auto" w:fill="F2F2F2"/>
            <w:tcMar>
              <w:top w:w="100" w:type="dxa"/>
              <w:left w:w="130" w:type="dxa"/>
              <w:bottom w:w="100" w:type="dxa"/>
              <w:right w:w="130" w:type="dxa"/>
            </w:tcMar>
          </w:tcPr>
          <w:p w14:paraId="54C0A445" w14:textId="77777777" w:rsidR="00F264BF" w:rsidRPr="0093230D" w:rsidRDefault="00000000">
            <w:pPr>
              <w:rPr>
                <w:sz w:val="24"/>
                <w:szCs w:val="32"/>
                <w:lang w:val="pl-PL"/>
              </w:rPr>
            </w:pPr>
            <w:r w:rsidRPr="0093230D">
              <w:rPr>
                <w:b/>
                <w:color w:val="000000"/>
                <w:sz w:val="24"/>
                <w:szCs w:val="32"/>
                <w:lang w:val="pl-PL"/>
              </w:rPr>
              <w:t>Jak ustalać poziom?</w:t>
            </w:r>
          </w:p>
          <w:p w14:paraId="7D6AC92C" w14:textId="77777777" w:rsidR="00F264BF" w:rsidRPr="0093230D" w:rsidRDefault="00000000">
            <w:pPr>
              <w:pStyle w:val="Listapunktowana"/>
              <w:spacing w:after="50" w:line="245" w:lineRule="auto"/>
              <w:ind w:left="158" w:hanging="130"/>
              <w:rPr>
                <w:sz w:val="24"/>
                <w:szCs w:val="32"/>
                <w:lang w:val="pl-PL"/>
              </w:rPr>
            </w:pPr>
            <w:r w:rsidRPr="0093230D">
              <w:rPr>
                <w:color w:val="000000"/>
                <w:sz w:val="22"/>
                <w:szCs w:val="32"/>
                <w:lang w:val="pl-PL"/>
              </w:rPr>
              <w:t>Poziom wynika z powtarzalnych obserwacji w różnych zadaniach.</w:t>
            </w:r>
          </w:p>
          <w:p w14:paraId="04B4A296" w14:textId="77777777" w:rsidR="00F264BF" w:rsidRPr="0093230D" w:rsidRDefault="00000000">
            <w:pPr>
              <w:pStyle w:val="Listapunktowana"/>
              <w:spacing w:after="50" w:line="245" w:lineRule="auto"/>
              <w:ind w:left="158" w:hanging="130"/>
              <w:rPr>
                <w:sz w:val="24"/>
                <w:szCs w:val="32"/>
                <w:lang w:val="pl-PL"/>
              </w:rPr>
            </w:pPr>
            <w:r w:rsidRPr="0093230D">
              <w:rPr>
                <w:color w:val="000000"/>
                <w:sz w:val="22"/>
                <w:szCs w:val="32"/>
                <w:lang w:val="pl-PL"/>
              </w:rPr>
              <w:t>Wyższy poziom oznacza większą samodzielność, poprawność, celowość, transfer i odpowiedzialność.</w:t>
            </w:r>
          </w:p>
        </w:tc>
        <w:tc>
          <w:tcPr>
            <w:tcW w:w="7560" w:type="dxa"/>
            <w:tcBorders>
              <w:top w:val="single" w:sz="7" w:space="0" w:color="808080"/>
              <w:left w:val="single" w:sz="7" w:space="0" w:color="808080"/>
              <w:bottom w:val="single" w:sz="7" w:space="0" w:color="808080"/>
              <w:right w:val="single" w:sz="7" w:space="0" w:color="808080"/>
            </w:tcBorders>
            <w:shd w:val="clear" w:color="auto" w:fill="F2F2F2"/>
            <w:tcMar>
              <w:top w:w="100" w:type="dxa"/>
              <w:left w:w="130" w:type="dxa"/>
              <w:bottom w:w="100" w:type="dxa"/>
              <w:right w:w="130" w:type="dxa"/>
            </w:tcMar>
          </w:tcPr>
          <w:p w14:paraId="20CE02E0" w14:textId="77777777" w:rsidR="00F264BF" w:rsidRPr="0093230D" w:rsidRDefault="00000000">
            <w:pPr>
              <w:rPr>
                <w:sz w:val="24"/>
                <w:szCs w:val="32"/>
                <w:lang w:val="pl-PL"/>
              </w:rPr>
            </w:pPr>
            <w:r w:rsidRPr="0093230D">
              <w:rPr>
                <w:b/>
                <w:color w:val="000000"/>
                <w:sz w:val="24"/>
                <w:szCs w:val="32"/>
                <w:lang w:val="pl-PL"/>
              </w:rPr>
              <w:t>Jak ustalać ocenę?</w:t>
            </w:r>
          </w:p>
          <w:p w14:paraId="1A510F90" w14:textId="77777777" w:rsidR="00F264BF" w:rsidRPr="0093230D" w:rsidRDefault="00000000">
            <w:pPr>
              <w:pStyle w:val="Listapunktowana"/>
              <w:spacing w:after="50" w:line="245" w:lineRule="auto"/>
              <w:ind w:left="158" w:hanging="130"/>
              <w:rPr>
                <w:sz w:val="24"/>
                <w:szCs w:val="32"/>
                <w:lang w:val="pl-PL"/>
              </w:rPr>
            </w:pPr>
            <w:r w:rsidRPr="0093230D">
              <w:rPr>
                <w:color w:val="000000"/>
                <w:sz w:val="22"/>
                <w:szCs w:val="32"/>
                <w:lang w:val="pl-PL"/>
              </w:rPr>
              <w:t>Nie stosuje się automatycznie średniej ani jednego wyniku sportowego.</w:t>
            </w:r>
          </w:p>
          <w:p w14:paraId="32CEC607" w14:textId="77777777" w:rsidR="00F264BF" w:rsidRPr="0093230D" w:rsidRDefault="00000000">
            <w:pPr>
              <w:pStyle w:val="Listapunktowana"/>
              <w:spacing w:after="50" w:line="245" w:lineRule="auto"/>
              <w:ind w:left="158" w:hanging="130"/>
              <w:rPr>
                <w:sz w:val="24"/>
                <w:szCs w:val="32"/>
                <w:lang w:val="pl-PL"/>
              </w:rPr>
            </w:pPr>
            <w:r w:rsidRPr="0093230D">
              <w:rPr>
                <w:color w:val="000000"/>
                <w:sz w:val="22"/>
                <w:szCs w:val="32"/>
                <w:lang w:val="pl-PL"/>
              </w:rPr>
              <w:t>Uwzględnia się także wysiłek, systematyczność udziału i aktywność ucznia.</w:t>
            </w:r>
          </w:p>
        </w:tc>
      </w:tr>
    </w:tbl>
    <w:p w14:paraId="46046313" w14:textId="77777777" w:rsidR="00F264BF" w:rsidRPr="0093230D" w:rsidRDefault="00000000">
      <w:pPr>
        <w:rPr>
          <w:sz w:val="24"/>
          <w:szCs w:val="32"/>
          <w:lang w:val="pl-PL"/>
        </w:rPr>
      </w:pPr>
      <w:r w:rsidRPr="0093230D">
        <w:rPr>
          <w:sz w:val="24"/>
          <w:szCs w:val="32"/>
          <w:lang w:val="pl-PL"/>
        </w:rPr>
        <w:br w:type="page"/>
      </w:r>
    </w:p>
    <w:tbl>
      <w:tblPr>
        <w:tblW w:w="0" w:type="auto"/>
        <w:jc w:val="center"/>
        <w:tblLayout w:type="fixed"/>
        <w:tblLook w:val="04A0" w:firstRow="1" w:lastRow="0" w:firstColumn="1" w:lastColumn="0" w:noHBand="0" w:noVBand="1"/>
      </w:tblPr>
      <w:tblGrid>
        <w:gridCol w:w="936"/>
        <w:gridCol w:w="14256"/>
      </w:tblGrid>
      <w:tr w:rsidR="00F264BF" w:rsidRPr="0093230D" w14:paraId="3AE1FD24" w14:textId="77777777">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3159AFF6" w14:textId="77777777" w:rsidR="00F264BF" w:rsidRPr="0093230D" w:rsidRDefault="00000000">
            <w:pPr>
              <w:jc w:val="center"/>
              <w:rPr>
                <w:sz w:val="18"/>
                <w:szCs w:val="20"/>
                <w:lang w:val="pl-PL"/>
              </w:rPr>
            </w:pPr>
            <w:r w:rsidRPr="0093230D">
              <w:rPr>
                <w:b/>
                <w:color w:val="FFFFFF"/>
                <w:sz w:val="36"/>
                <w:szCs w:val="20"/>
                <w:lang w:val="pl-PL"/>
              </w:rPr>
              <w:lastRenderedPageBreak/>
              <w:t>1</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58C044F6" w14:textId="77777777" w:rsidR="00F264BF" w:rsidRPr="0093230D" w:rsidRDefault="00000000">
            <w:pPr>
              <w:rPr>
                <w:sz w:val="18"/>
                <w:szCs w:val="20"/>
                <w:lang w:val="pl-PL"/>
              </w:rPr>
            </w:pPr>
            <w:r w:rsidRPr="0093230D">
              <w:rPr>
                <w:b/>
                <w:color w:val="000000"/>
                <w:sz w:val="28"/>
                <w:szCs w:val="20"/>
                <w:lang w:val="pl-PL"/>
              </w:rPr>
              <w:t>ĆWICZENIA OGÓLNOROZWOJOWE</w:t>
            </w:r>
          </w:p>
          <w:p w14:paraId="63226DFA" w14:textId="77777777" w:rsidR="00F264BF" w:rsidRPr="0093230D" w:rsidRDefault="00000000">
            <w:pPr>
              <w:rPr>
                <w:sz w:val="18"/>
                <w:szCs w:val="20"/>
                <w:lang w:val="pl-PL"/>
              </w:rPr>
            </w:pPr>
            <w:r w:rsidRPr="0093230D">
              <w:rPr>
                <w:i/>
                <w:color w:val="333333"/>
                <w:sz w:val="16"/>
                <w:szCs w:val="20"/>
                <w:lang w:val="pl-PL"/>
              </w:rPr>
              <w:t>Postawa, mięśnie posturalne, gibkość, koordynacja, akrobatyka i prosta rozgrzewka.</w:t>
            </w:r>
            <w:r w:rsidRPr="0093230D">
              <w:rPr>
                <w:b/>
                <w:color w:val="4B4B4B"/>
                <w:sz w:val="12"/>
                <w:lang w:val="pl-PL"/>
              </w:rPr>
              <w:t xml:space="preserve">  |  PODSTAWA: </w:t>
            </w:r>
            <w:r w:rsidRPr="0093230D">
              <w:rPr>
                <w:i/>
                <w:color w:val="4B4B4B"/>
                <w:sz w:val="12"/>
                <w:lang w:val="pl-PL"/>
              </w:rPr>
              <w:t>PP 2017/2025, WF kl. V–VI, I.1–6.</w:t>
            </w:r>
          </w:p>
        </w:tc>
      </w:tr>
    </w:tbl>
    <w:p w14:paraId="0AB92872" w14:textId="77777777" w:rsidR="00F264BF" w:rsidRPr="0093230D" w:rsidRDefault="00F264BF">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F264BF" w:rsidRPr="0093230D" w14:paraId="51B9C30F" w14:textId="77777777">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7C515322" w14:textId="77777777" w:rsidR="00F264BF" w:rsidRPr="0093230D" w:rsidRDefault="00000000">
            <w:pPr>
              <w:spacing w:after="40"/>
              <w:rPr>
                <w:sz w:val="18"/>
                <w:szCs w:val="20"/>
                <w:lang w:val="pl-PL"/>
              </w:rPr>
            </w:pPr>
            <w:r w:rsidRPr="0093230D">
              <w:rPr>
                <w:b/>
                <w:color w:val="000000"/>
                <w:sz w:val="14"/>
                <w:szCs w:val="20"/>
                <w:lang w:val="pl-PL"/>
              </w:rPr>
              <w:t>ZAKRES WYMAGANIA</w:t>
            </w:r>
          </w:p>
          <w:p w14:paraId="56EF489E"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wykonuje co najmniej cztery wybrane ćwiczenia zwinnościowo-akrobatyczne</w:t>
            </w:r>
          </w:p>
          <w:p w14:paraId="34C1CC9C"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 xml:space="preserve">wykonuje statyczne i dynamiczne ćwiczenia wzmacniające mięśnie posturalne oraz ćwiczenia </w:t>
            </w:r>
            <w:proofErr w:type="spellStart"/>
            <w:r w:rsidRPr="0093230D">
              <w:rPr>
                <w:color w:val="000000"/>
                <w:sz w:val="12"/>
                <w:szCs w:val="20"/>
                <w:lang w:val="pl-PL"/>
              </w:rPr>
              <w:t>gibkościowe</w:t>
            </w:r>
            <w:proofErr w:type="spellEnd"/>
          </w:p>
          <w:p w14:paraId="09D35624"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wykonuje ćwiczenia koordynacyjne indywidualnie i z partnerem</w:t>
            </w:r>
          </w:p>
          <w:p w14:paraId="0B9C51E9"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kształtuje prawidłową postawę w staniu, siedzeniu, leżeniu i codziennych czynnościach</w:t>
            </w:r>
          </w:p>
          <w:p w14:paraId="06FF1F48"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wskazuje główne grupy mięśniowe odpowiedzialne za postawę</w:t>
            </w:r>
          </w:p>
          <w:p w14:paraId="045FB326"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omawia znaczenie rozgrzewki i prowadzi jej prosty fragment według wskazówek</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66686FCD" w14:textId="77777777" w:rsidR="00F264BF" w:rsidRPr="0093230D" w:rsidRDefault="00000000">
            <w:pPr>
              <w:spacing w:after="40"/>
              <w:rPr>
                <w:sz w:val="18"/>
                <w:szCs w:val="20"/>
                <w:lang w:val="pl-PL"/>
              </w:rPr>
            </w:pPr>
            <w:r w:rsidRPr="0093230D">
              <w:rPr>
                <w:b/>
                <w:color w:val="000000"/>
                <w:sz w:val="14"/>
                <w:szCs w:val="20"/>
                <w:lang w:val="pl-PL"/>
              </w:rPr>
              <w:t>KRYTERIA SUKCESU</w:t>
            </w:r>
          </w:p>
          <w:p w14:paraId="4F95F1C0"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przyjmuje bezpieczną pozycję wyjściową i kontroluje oddech</w:t>
            </w:r>
          </w:p>
          <w:p w14:paraId="46682A44"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wykonuje ruch w bezpiecznym zakresie i ustalonej kolejności</w:t>
            </w:r>
          </w:p>
          <w:p w14:paraId="252A528A"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rozpoznaje cel ćwiczenia: postawa, siła, gibkość lub koordynacja</w:t>
            </w:r>
          </w:p>
          <w:p w14:paraId="63AD37D2"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współpracuje z partnerem bez nadmiernego nacisku i ryzyka</w:t>
            </w:r>
          </w:p>
          <w:p w14:paraId="07435C44"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koryguje jeden wskazany element techniki</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3E376289" w14:textId="77777777" w:rsidR="00F264BF" w:rsidRPr="0093230D" w:rsidRDefault="00000000">
            <w:pPr>
              <w:spacing w:after="40"/>
              <w:rPr>
                <w:sz w:val="18"/>
                <w:szCs w:val="20"/>
                <w:lang w:val="pl-PL"/>
              </w:rPr>
            </w:pPr>
            <w:r w:rsidRPr="0093230D">
              <w:rPr>
                <w:b/>
                <w:color w:val="000000"/>
                <w:sz w:val="14"/>
                <w:szCs w:val="20"/>
                <w:lang w:val="pl-PL"/>
              </w:rPr>
              <w:t>MOŻLIWE DOWODY OSIĄGNIĘCIA UMIEJĘTNOŚCI</w:t>
            </w:r>
          </w:p>
          <w:p w14:paraId="6DCC06B2" w14:textId="77777777" w:rsidR="00F264BF" w:rsidRPr="0093230D" w:rsidRDefault="00000000">
            <w:pPr>
              <w:spacing w:after="30"/>
              <w:rPr>
                <w:sz w:val="18"/>
                <w:szCs w:val="20"/>
                <w:lang w:val="pl-PL"/>
              </w:rPr>
            </w:pPr>
            <w:r w:rsidRPr="0093230D">
              <w:rPr>
                <w:i/>
                <w:color w:val="333333"/>
                <w:sz w:val="12"/>
                <w:szCs w:val="20"/>
                <w:lang w:val="pl-PL"/>
              </w:rPr>
              <w:t>Uczeń może pokazać tę umiejętność między innymi poprzez:</w:t>
            </w:r>
          </w:p>
          <w:p w14:paraId="4729CE34"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 xml:space="preserve">Wykonanie: ćwiczenie akrobatyczne, posturalne, </w:t>
            </w:r>
            <w:proofErr w:type="spellStart"/>
            <w:r w:rsidRPr="0093230D">
              <w:rPr>
                <w:color w:val="000000"/>
                <w:sz w:val="12"/>
                <w:szCs w:val="20"/>
                <w:lang w:val="pl-PL"/>
              </w:rPr>
              <w:t>gibkościowe</w:t>
            </w:r>
            <w:proofErr w:type="spellEnd"/>
            <w:r w:rsidRPr="0093230D">
              <w:rPr>
                <w:color w:val="000000"/>
                <w:sz w:val="12"/>
                <w:szCs w:val="20"/>
                <w:lang w:val="pl-PL"/>
              </w:rPr>
              <w:t xml:space="preserve"> lub koordynacyjne</w:t>
            </w:r>
          </w:p>
          <w:p w14:paraId="29D87E54"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Prowadzenie: krótki fragment rozgrzewki z pomocą planu</w:t>
            </w:r>
          </w:p>
          <w:p w14:paraId="71732365"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Obserwacja: pozycja, zakres ruchu, oddech, bezpieczeństwo i postęp</w:t>
            </w:r>
          </w:p>
          <w:p w14:paraId="6921D373"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Refleksja: wskazanie celu ćwiczenia i elementu do poprawy</w:t>
            </w:r>
          </w:p>
        </w:tc>
      </w:tr>
    </w:tbl>
    <w:p w14:paraId="5E7CFFF2" w14:textId="77777777" w:rsidR="00F264BF" w:rsidRPr="0093230D" w:rsidRDefault="00F264BF">
      <w:pPr>
        <w:rPr>
          <w:sz w:val="18"/>
          <w:szCs w:val="20"/>
          <w:lang w:val="pl-PL"/>
        </w:rPr>
      </w:pPr>
    </w:p>
    <w:p w14:paraId="7C73DD86" w14:textId="77777777" w:rsidR="00F264BF" w:rsidRPr="0093230D" w:rsidRDefault="00000000">
      <w:pPr>
        <w:spacing w:before="40" w:after="40"/>
        <w:rPr>
          <w:sz w:val="18"/>
          <w:szCs w:val="20"/>
          <w:lang w:val="pl-PL"/>
        </w:rPr>
      </w:pPr>
      <w:r w:rsidRPr="0093230D">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F264BF" w:rsidRPr="0093230D" w14:paraId="2802E82A" w14:textId="77777777">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04064C21" w14:textId="77777777" w:rsidR="00F264BF" w:rsidRPr="0093230D" w:rsidRDefault="00000000">
            <w:pPr>
              <w:jc w:val="center"/>
              <w:rPr>
                <w:sz w:val="18"/>
                <w:szCs w:val="20"/>
                <w:lang w:val="pl-PL"/>
              </w:rPr>
            </w:pPr>
            <w:r w:rsidRPr="0093230D">
              <w:rPr>
                <w:b/>
                <w:color w:val="000000"/>
                <w:sz w:val="24"/>
                <w:szCs w:val="20"/>
                <w:lang w:val="pl-PL"/>
              </w:rPr>
              <w:t>2</w:t>
            </w:r>
          </w:p>
          <w:p w14:paraId="00A33794" w14:textId="77777777" w:rsidR="00F264BF" w:rsidRPr="0093230D" w:rsidRDefault="00000000">
            <w:pPr>
              <w:spacing w:line="216" w:lineRule="auto"/>
              <w:jc w:val="center"/>
              <w:rPr>
                <w:sz w:val="18"/>
                <w:szCs w:val="20"/>
                <w:lang w:val="pl-PL"/>
              </w:rPr>
            </w:pPr>
            <w:r w:rsidRPr="0093230D">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1097D4FA" w14:textId="77777777" w:rsidR="00F264BF" w:rsidRPr="0093230D" w:rsidRDefault="00000000">
            <w:pPr>
              <w:jc w:val="center"/>
              <w:rPr>
                <w:sz w:val="18"/>
                <w:szCs w:val="20"/>
                <w:lang w:val="pl-PL"/>
              </w:rPr>
            </w:pPr>
            <w:r w:rsidRPr="0093230D">
              <w:rPr>
                <w:b/>
                <w:color w:val="000000"/>
                <w:sz w:val="24"/>
                <w:szCs w:val="20"/>
                <w:lang w:val="pl-PL"/>
              </w:rPr>
              <w:t>3</w:t>
            </w:r>
          </w:p>
          <w:p w14:paraId="2BD234BE" w14:textId="77777777" w:rsidR="00F264BF" w:rsidRPr="0093230D" w:rsidRDefault="00000000">
            <w:pPr>
              <w:spacing w:line="216" w:lineRule="auto"/>
              <w:jc w:val="center"/>
              <w:rPr>
                <w:sz w:val="18"/>
                <w:szCs w:val="20"/>
                <w:lang w:val="pl-PL"/>
              </w:rPr>
            </w:pPr>
            <w:r w:rsidRPr="0093230D">
              <w:rPr>
                <w:b/>
                <w:color w:val="000000"/>
                <w:sz w:val="11"/>
                <w:szCs w:val="20"/>
                <w:lang w:val="pl-PL"/>
              </w:rPr>
              <w:t>SAMODZIELNIE</w:t>
            </w:r>
            <w:r w:rsidRPr="0093230D">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3A3E2BA9" w14:textId="77777777" w:rsidR="00F264BF" w:rsidRPr="0093230D" w:rsidRDefault="00000000">
            <w:pPr>
              <w:jc w:val="center"/>
              <w:rPr>
                <w:sz w:val="18"/>
                <w:szCs w:val="20"/>
                <w:lang w:val="pl-PL"/>
              </w:rPr>
            </w:pPr>
            <w:r w:rsidRPr="0093230D">
              <w:rPr>
                <w:b/>
                <w:color w:val="000000"/>
                <w:sz w:val="24"/>
                <w:szCs w:val="20"/>
                <w:lang w:val="pl-PL"/>
              </w:rPr>
              <w:t>4</w:t>
            </w:r>
          </w:p>
          <w:p w14:paraId="7E1DD14A" w14:textId="77777777" w:rsidR="00F264BF" w:rsidRPr="0093230D" w:rsidRDefault="00000000">
            <w:pPr>
              <w:spacing w:line="216" w:lineRule="auto"/>
              <w:jc w:val="center"/>
              <w:rPr>
                <w:sz w:val="18"/>
                <w:szCs w:val="20"/>
                <w:lang w:val="pl-PL"/>
              </w:rPr>
            </w:pPr>
            <w:r w:rsidRPr="0093230D">
              <w:rPr>
                <w:b/>
                <w:color w:val="000000"/>
                <w:sz w:val="11"/>
                <w:szCs w:val="20"/>
                <w:lang w:val="pl-PL"/>
              </w:rPr>
              <w:t>POPRAWNIE</w:t>
            </w:r>
            <w:r w:rsidRPr="0093230D">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8F2F2C7" w14:textId="77777777" w:rsidR="00F264BF" w:rsidRPr="0093230D" w:rsidRDefault="00000000">
            <w:pPr>
              <w:jc w:val="center"/>
              <w:rPr>
                <w:sz w:val="18"/>
                <w:szCs w:val="20"/>
                <w:lang w:val="pl-PL"/>
              </w:rPr>
            </w:pPr>
            <w:r w:rsidRPr="0093230D">
              <w:rPr>
                <w:b/>
                <w:color w:val="000000"/>
                <w:sz w:val="24"/>
                <w:szCs w:val="20"/>
                <w:lang w:val="pl-PL"/>
              </w:rPr>
              <w:t>5</w:t>
            </w:r>
          </w:p>
          <w:p w14:paraId="7B588F89" w14:textId="77777777" w:rsidR="00F264BF" w:rsidRPr="0093230D" w:rsidRDefault="00000000">
            <w:pPr>
              <w:spacing w:line="216" w:lineRule="auto"/>
              <w:jc w:val="center"/>
              <w:rPr>
                <w:sz w:val="18"/>
                <w:szCs w:val="20"/>
                <w:lang w:val="pl-PL"/>
              </w:rPr>
            </w:pPr>
            <w:r w:rsidRPr="0093230D">
              <w:rPr>
                <w:b/>
                <w:color w:val="000000"/>
                <w:sz w:val="11"/>
                <w:szCs w:val="20"/>
                <w:lang w:val="pl-PL"/>
              </w:rPr>
              <w:t>SPRAWNIE, SAMODZIELNIE</w:t>
            </w:r>
            <w:r w:rsidRPr="0093230D">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0F877368" w14:textId="77777777" w:rsidR="00F264BF" w:rsidRPr="0093230D" w:rsidRDefault="00000000">
            <w:pPr>
              <w:jc w:val="center"/>
              <w:rPr>
                <w:sz w:val="18"/>
                <w:szCs w:val="20"/>
                <w:lang w:val="pl-PL"/>
              </w:rPr>
            </w:pPr>
            <w:r w:rsidRPr="0093230D">
              <w:rPr>
                <w:b/>
                <w:color w:val="000000"/>
                <w:sz w:val="24"/>
                <w:szCs w:val="20"/>
                <w:lang w:val="pl-PL"/>
              </w:rPr>
              <w:t>6</w:t>
            </w:r>
          </w:p>
          <w:p w14:paraId="5A632157" w14:textId="77777777" w:rsidR="00F264BF" w:rsidRPr="0093230D" w:rsidRDefault="00000000">
            <w:pPr>
              <w:spacing w:line="216" w:lineRule="auto"/>
              <w:jc w:val="center"/>
              <w:rPr>
                <w:sz w:val="18"/>
                <w:szCs w:val="20"/>
                <w:lang w:val="pl-PL"/>
              </w:rPr>
            </w:pPr>
            <w:r w:rsidRPr="0093230D">
              <w:rPr>
                <w:b/>
                <w:color w:val="000000"/>
                <w:sz w:val="11"/>
                <w:szCs w:val="20"/>
                <w:lang w:val="pl-PL"/>
              </w:rPr>
              <w:t>TWÓRCZO</w:t>
            </w:r>
            <w:r w:rsidRPr="0093230D">
              <w:rPr>
                <w:b/>
                <w:color w:val="000000"/>
                <w:sz w:val="11"/>
                <w:szCs w:val="20"/>
                <w:lang w:val="pl-PL"/>
              </w:rPr>
              <w:br/>
              <w:t>I ODPOWIEDZIALNIE</w:t>
            </w:r>
          </w:p>
        </w:tc>
      </w:tr>
      <w:tr w:rsidR="00F264BF" w:rsidRPr="0093230D" w14:paraId="1EA11779" w14:textId="77777777">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129159C5"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po pokazie wykonuje proste ćwiczenie</w:t>
            </w:r>
          </w:p>
          <w:p w14:paraId="6D2D8B1E"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potrzebuje pomocy w ustawieniu ciała</w:t>
            </w:r>
          </w:p>
          <w:p w14:paraId="073EF2B7"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stosuje bezpieczeństwo po przypomnieniu</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14F210DA"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samodzielnie wykonuje poznane ćwiczenia</w:t>
            </w:r>
          </w:p>
          <w:p w14:paraId="257D41C8"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utrzymuje podstawową pozycję i tempo</w:t>
            </w:r>
          </w:p>
          <w:p w14:paraId="51514D2D"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nazywa cel ćwiczenia lub grupę mięśni</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370AA80A"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poprawnie łączy ćwiczenia różnych rodzajów</w:t>
            </w:r>
          </w:p>
          <w:p w14:paraId="2EDD68AB"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kontroluje postawę, oddech i zakres ruchu</w:t>
            </w:r>
          </w:p>
          <w:p w14:paraId="7F052436"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prowadzi prosty fragment rozgrzewki według planu</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034B1F63"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sprawnie dobiera wariant do celu i możliwości</w:t>
            </w:r>
          </w:p>
          <w:p w14:paraId="73FFBE80"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samodzielnie koryguje istotny błąd</w:t>
            </w:r>
          </w:p>
          <w:p w14:paraId="353C34C8"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uzasadnia kolejność ćwiczeń</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61C1A602"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tworzy bezpieczny mini-zestaw</w:t>
            </w:r>
          </w:p>
          <w:p w14:paraId="5D0A9442"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modyfikuje ćwiczenie dla partnera</w:t>
            </w:r>
          </w:p>
          <w:p w14:paraId="79E699A4" w14:textId="77777777" w:rsidR="00F264BF" w:rsidRPr="0093230D" w:rsidRDefault="00000000">
            <w:pPr>
              <w:pStyle w:val="Listapunktowana"/>
              <w:spacing w:after="36" w:line="245" w:lineRule="auto"/>
              <w:ind w:left="158" w:hanging="130"/>
              <w:rPr>
                <w:sz w:val="18"/>
                <w:szCs w:val="20"/>
                <w:lang w:val="pl-PL"/>
              </w:rPr>
            </w:pPr>
            <w:r w:rsidRPr="0093230D">
              <w:rPr>
                <w:lang w:val="pl-PL"/>
              </w:rPr>
              <w:t>samodzielnie realizuje lub prowadzi fragment aktywności i ocenia efekt</w:t>
            </w:r>
          </w:p>
        </w:tc>
      </w:tr>
    </w:tbl>
    <w:p w14:paraId="250E5034" w14:textId="77777777" w:rsidR="00F264BF" w:rsidRPr="0093230D" w:rsidRDefault="00000000">
      <w:pPr>
        <w:spacing w:before="50"/>
        <w:rPr>
          <w:color w:val="000000"/>
          <w:sz w:val="13"/>
          <w:szCs w:val="20"/>
          <w:lang w:val="pl-PL"/>
        </w:rPr>
      </w:pPr>
      <w:r w:rsidRPr="0093230D">
        <w:rPr>
          <w:b/>
          <w:color w:val="000000"/>
          <w:sz w:val="13"/>
          <w:szCs w:val="20"/>
          <w:lang w:val="pl-PL"/>
        </w:rPr>
        <w:t xml:space="preserve">Ważne: </w:t>
      </w:r>
      <w:r w:rsidRPr="0093230D">
        <w:rPr>
          <w:color w:val="000000"/>
          <w:sz w:val="13"/>
          <w:szCs w:val="20"/>
          <w:lang w:val="pl-PL"/>
        </w:rPr>
        <w:t>Nie ocenia się budowy ciała ani naturalnej siły, gibkości czy zwinności.</w:t>
      </w:r>
    </w:p>
    <w:p w14:paraId="3127AD2A" w14:textId="77777777" w:rsidR="005E2EE3" w:rsidRPr="0093230D" w:rsidRDefault="005E2EE3">
      <w:pPr>
        <w:spacing w:before="50"/>
        <w:rPr>
          <w:sz w:val="18"/>
          <w:szCs w:val="20"/>
          <w:lang w:val="pl-PL"/>
        </w:rPr>
      </w:pPr>
    </w:p>
    <w:p w14:paraId="5A2AE8AB" w14:textId="77777777" w:rsidR="005E2EE3" w:rsidRPr="0093230D" w:rsidRDefault="005E2EE3">
      <w:pPr>
        <w:rPr>
          <w:sz w:val="18"/>
          <w:szCs w:val="20"/>
          <w:lang w:val="pl-PL"/>
        </w:rPr>
      </w:pPr>
    </w:p>
    <w:tbl>
      <w:tblPr>
        <w:tblW w:w="0" w:type="auto"/>
        <w:jc w:val="center"/>
        <w:tblLayout w:type="fixed"/>
        <w:tblLook w:val="04A0" w:firstRow="1" w:lastRow="0" w:firstColumn="1" w:lastColumn="0" w:noHBand="0" w:noVBand="1"/>
      </w:tblPr>
      <w:tblGrid>
        <w:gridCol w:w="936"/>
        <w:gridCol w:w="14256"/>
      </w:tblGrid>
      <w:tr w:rsidR="005E2EE3" w:rsidRPr="0093230D" w14:paraId="49993493" w14:textId="77777777" w:rsidTr="00AC0F74">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3B2CBBBE" w14:textId="77777777" w:rsidR="005E2EE3" w:rsidRPr="0093230D" w:rsidRDefault="005E2EE3" w:rsidP="00AC0F74">
            <w:pPr>
              <w:jc w:val="center"/>
              <w:rPr>
                <w:sz w:val="18"/>
                <w:szCs w:val="20"/>
                <w:lang w:val="pl-PL"/>
              </w:rPr>
            </w:pPr>
            <w:r w:rsidRPr="0093230D">
              <w:rPr>
                <w:b/>
                <w:color w:val="FFFFFF"/>
                <w:sz w:val="36"/>
                <w:szCs w:val="20"/>
                <w:lang w:val="pl-PL"/>
              </w:rPr>
              <w:t>2</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3E2B36C6" w14:textId="77777777" w:rsidR="005E2EE3" w:rsidRPr="0093230D" w:rsidRDefault="005E2EE3" w:rsidP="00AC0F74">
            <w:pPr>
              <w:rPr>
                <w:sz w:val="18"/>
                <w:szCs w:val="20"/>
                <w:lang w:val="pl-PL"/>
              </w:rPr>
            </w:pPr>
            <w:r w:rsidRPr="0093230D">
              <w:rPr>
                <w:b/>
                <w:color w:val="000000"/>
                <w:sz w:val="28"/>
                <w:szCs w:val="20"/>
                <w:lang w:val="pl-PL"/>
              </w:rPr>
              <w:t>GRY ZESPOŁOWE I REKREACYJNE</w:t>
            </w:r>
          </w:p>
          <w:p w14:paraId="1AE1201A" w14:textId="77777777" w:rsidR="005E2EE3" w:rsidRPr="0093230D" w:rsidRDefault="005E2EE3" w:rsidP="00AC0F74">
            <w:pPr>
              <w:rPr>
                <w:sz w:val="18"/>
                <w:szCs w:val="20"/>
                <w:lang w:val="pl-PL"/>
              </w:rPr>
            </w:pPr>
            <w:r w:rsidRPr="0093230D">
              <w:rPr>
                <w:i/>
                <w:color w:val="333333"/>
                <w:sz w:val="16"/>
                <w:szCs w:val="20"/>
                <w:lang w:val="pl-PL"/>
              </w:rPr>
              <w:t xml:space="preserve">Technika podstawowa, przepisy, </w:t>
            </w:r>
            <w:proofErr w:type="spellStart"/>
            <w:r w:rsidRPr="0093230D">
              <w:rPr>
                <w:i/>
                <w:color w:val="333333"/>
                <w:sz w:val="16"/>
                <w:szCs w:val="20"/>
                <w:lang w:val="pl-PL"/>
              </w:rPr>
              <w:t>minigry</w:t>
            </w:r>
            <w:proofErr w:type="spellEnd"/>
            <w:r w:rsidRPr="0093230D">
              <w:rPr>
                <w:i/>
                <w:color w:val="333333"/>
                <w:sz w:val="16"/>
                <w:szCs w:val="20"/>
                <w:lang w:val="pl-PL"/>
              </w:rPr>
              <w:t>, współpraca i organizacja prostej gry.</w:t>
            </w:r>
            <w:r w:rsidRPr="0093230D">
              <w:rPr>
                <w:b/>
                <w:color w:val="4B4B4B"/>
                <w:sz w:val="12"/>
                <w:lang w:val="pl-PL"/>
              </w:rPr>
              <w:t xml:space="preserve">  |  PODSTAWA: </w:t>
            </w:r>
            <w:r w:rsidRPr="0093230D">
              <w:rPr>
                <w:i/>
                <w:color w:val="4B4B4B"/>
                <w:sz w:val="12"/>
                <w:lang w:val="pl-PL"/>
              </w:rPr>
              <w:t>PP 2017/2025, WF kl. V–VI, II.1–5.</w:t>
            </w:r>
          </w:p>
        </w:tc>
      </w:tr>
    </w:tbl>
    <w:p w14:paraId="1582CEE9" w14:textId="77777777" w:rsidR="005E2EE3" w:rsidRPr="0093230D" w:rsidRDefault="005E2EE3" w:rsidP="005E2EE3">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5E2EE3" w:rsidRPr="0093230D" w14:paraId="337E1E54" w14:textId="77777777" w:rsidTr="00AC0F74">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56487C83" w14:textId="77777777" w:rsidR="005E2EE3" w:rsidRPr="0093230D" w:rsidRDefault="005E2EE3" w:rsidP="00AC0F74">
            <w:pPr>
              <w:spacing w:after="40"/>
              <w:rPr>
                <w:sz w:val="18"/>
                <w:szCs w:val="20"/>
                <w:lang w:val="pl-PL"/>
              </w:rPr>
            </w:pPr>
            <w:r w:rsidRPr="0093230D">
              <w:rPr>
                <w:b/>
                <w:color w:val="000000"/>
                <w:sz w:val="14"/>
                <w:szCs w:val="20"/>
                <w:lang w:val="pl-PL"/>
              </w:rPr>
              <w:t>ZAKRES WYMAGANIA</w:t>
            </w:r>
          </w:p>
          <w:p w14:paraId="35DD8C73"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omawia i stosuje przepisy wybranych gier oraz podstawowe nazewnictwo</w:t>
            </w:r>
          </w:p>
          <w:p w14:paraId="0F61EFF9"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wykonuje podstawowe elementy koszykówki, piłki nożnej, piłki ręcznej i siatkówki</w:t>
            </w:r>
          </w:p>
          <w:p w14:paraId="3B3FCEEB"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uczestniczy w co najmniej dwóch innych grach zespołowych lub rekreacyjnych</w:t>
            </w:r>
          </w:p>
          <w:p w14:paraId="19F1CE56"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 xml:space="preserve">uczestniczy w </w:t>
            </w:r>
            <w:proofErr w:type="spellStart"/>
            <w:r w:rsidRPr="0093230D">
              <w:rPr>
                <w:color w:val="000000"/>
                <w:sz w:val="12"/>
                <w:szCs w:val="20"/>
                <w:lang w:val="pl-PL"/>
              </w:rPr>
              <w:t>minigrach</w:t>
            </w:r>
            <w:proofErr w:type="spellEnd"/>
            <w:r w:rsidRPr="0093230D">
              <w:rPr>
                <w:color w:val="000000"/>
                <w:sz w:val="12"/>
                <w:szCs w:val="20"/>
                <w:lang w:val="pl-PL"/>
              </w:rPr>
              <w:t xml:space="preserve"> oraz grach szkolnych i uproszczonych</w:t>
            </w:r>
          </w:p>
          <w:p w14:paraId="6C857F39"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współorganizuje wśród rówieśników co najmniej jedną prostą grę</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586EA092" w14:textId="77777777" w:rsidR="005E2EE3" w:rsidRPr="0093230D" w:rsidRDefault="005E2EE3" w:rsidP="00AC0F74">
            <w:pPr>
              <w:spacing w:after="40"/>
              <w:rPr>
                <w:sz w:val="18"/>
                <w:szCs w:val="20"/>
                <w:lang w:val="pl-PL"/>
              </w:rPr>
            </w:pPr>
            <w:r w:rsidRPr="0093230D">
              <w:rPr>
                <w:b/>
                <w:color w:val="000000"/>
                <w:sz w:val="14"/>
                <w:szCs w:val="20"/>
                <w:lang w:val="pl-PL"/>
              </w:rPr>
              <w:t>KRYTERIA SUKCESU</w:t>
            </w:r>
          </w:p>
          <w:p w14:paraId="2712EC6A"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wykonuje podanie, przyjęcie, prowadzenie, kozłowanie, rzut, strzał lub odbicie</w:t>
            </w:r>
          </w:p>
          <w:p w14:paraId="1C045D26"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porusza się i ustawia odpowiednio do prostej sytuacji gry</w:t>
            </w:r>
          </w:p>
          <w:p w14:paraId="6E764EF2"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stosuje najważniejsze przepisy i sygnały sędziego</w:t>
            </w:r>
          </w:p>
          <w:p w14:paraId="4BBF9971"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współpracuje i podejmuje decyzje z uwzględnieniem zespołu</w:t>
            </w:r>
          </w:p>
          <w:p w14:paraId="106E63E3"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 xml:space="preserve">respektuje wynik i zasady fair </w:t>
            </w:r>
            <w:proofErr w:type="spellStart"/>
            <w:r w:rsidRPr="0093230D">
              <w:rPr>
                <w:color w:val="000000"/>
                <w:sz w:val="12"/>
                <w:szCs w:val="20"/>
                <w:lang w:val="pl-PL"/>
              </w:rPr>
              <w:t>play</w:t>
            </w:r>
            <w:proofErr w:type="spellEnd"/>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75FABB27" w14:textId="77777777" w:rsidR="005E2EE3" w:rsidRPr="0093230D" w:rsidRDefault="005E2EE3" w:rsidP="00AC0F74">
            <w:pPr>
              <w:spacing w:after="40"/>
              <w:rPr>
                <w:sz w:val="18"/>
                <w:szCs w:val="20"/>
                <w:lang w:val="pl-PL"/>
              </w:rPr>
            </w:pPr>
            <w:r w:rsidRPr="0093230D">
              <w:rPr>
                <w:b/>
                <w:color w:val="000000"/>
                <w:sz w:val="14"/>
                <w:szCs w:val="20"/>
                <w:lang w:val="pl-PL"/>
              </w:rPr>
              <w:t>MOŻLIWE DOWODY OSIĄGNIĘCIA UMIEJĘTNOŚCI</w:t>
            </w:r>
          </w:p>
          <w:p w14:paraId="2EEAB025" w14:textId="77777777" w:rsidR="005E2EE3" w:rsidRPr="0093230D" w:rsidRDefault="005E2EE3" w:rsidP="00AC0F74">
            <w:pPr>
              <w:spacing w:after="30"/>
              <w:rPr>
                <w:sz w:val="18"/>
                <w:szCs w:val="20"/>
                <w:lang w:val="pl-PL"/>
              </w:rPr>
            </w:pPr>
            <w:r w:rsidRPr="0093230D">
              <w:rPr>
                <w:i/>
                <w:color w:val="333333"/>
                <w:sz w:val="12"/>
                <w:szCs w:val="20"/>
                <w:lang w:val="pl-PL"/>
              </w:rPr>
              <w:t>Uczeń może pokazać tę umiejętność między innymi poprzez:</w:t>
            </w:r>
          </w:p>
          <w:p w14:paraId="7C744159"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 xml:space="preserve">Gra: fragment gry, </w:t>
            </w:r>
            <w:proofErr w:type="spellStart"/>
            <w:r w:rsidRPr="0093230D">
              <w:rPr>
                <w:color w:val="000000"/>
                <w:sz w:val="12"/>
                <w:szCs w:val="20"/>
                <w:lang w:val="pl-PL"/>
              </w:rPr>
              <w:t>minigra</w:t>
            </w:r>
            <w:proofErr w:type="spellEnd"/>
            <w:r w:rsidRPr="0093230D">
              <w:rPr>
                <w:color w:val="000000"/>
                <w:sz w:val="12"/>
                <w:szCs w:val="20"/>
                <w:lang w:val="pl-PL"/>
              </w:rPr>
              <w:t>, gra uproszczona lub rekreacyjna</w:t>
            </w:r>
          </w:p>
          <w:p w14:paraId="12FBDF3B"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Technika: zadanie z piłką lub innym przyborem w miejscu i ruchu</w:t>
            </w:r>
          </w:p>
          <w:p w14:paraId="63AFA37D"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Rola: zawodnik, sędzia pomocniczy, organizator lub osoba objaśniająca regułę</w:t>
            </w:r>
          </w:p>
          <w:p w14:paraId="641FD012"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Obserwacja: decyzje, współpraca, komunikacja i stosowanie przepisów</w:t>
            </w:r>
          </w:p>
        </w:tc>
      </w:tr>
    </w:tbl>
    <w:p w14:paraId="085E438D" w14:textId="77777777" w:rsidR="005E2EE3" w:rsidRPr="0093230D" w:rsidRDefault="005E2EE3" w:rsidP="005E2EE3">
      <w:pPr>
        <w:rPr>
          <w:sz w:val="18"/>
          <w:szCs w:val="20"/>
          <w:lang w:val="pl-PL"/>
        </w:rPr>
      </w:pPr>
    </w:p>
    <w:p w14:paraId="23523331" w14:textId="77777777" w:rsidR="005E2EE3" w:rsidRPr="0093230D" w:rsidRDefault="005E2EE3" w:rsidP="005E2EE3">
      <w:pPr>
        <w:spacing w:before="40" w:after="40"/>
        <w:rPr>
          <w:sz w:val="18"/>
          <w:szCs w:val="20"/>
          <w:lang w:val="pl-PL"/>
        </w:rPr>
      </w:pPr>
      <w:r w:rsidRPr="0093230D">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5E2EE3" w:rsidRPr="0093230D" w14:paraId="06F5C11B" w14:textId="77777777" w:rsidTr="00AC0F74">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2382B6C5" w14:textId="77777777" w:rsidR="005E2EE3" w:rsidRPr="0093230D" w:rsidRDefault="005E2EE3" w:rsidP="00AC0F74">
            <w:pPr>
              <w:jc w:val="center"/>
              <w:rPr>
                <w:sz w:val="18"/>
                <w:szCs w:val="20"/>
                <w:lang w:val="pl-PL"/>
              </w:rPr>
            </w:pPr>
            <w:r w:rsidRPr="0093230D">
              <w:rPr>
                <w:b/>
                <w:color w:val="000000"/>
                <w:sz w:val="24"/>
                <w:szCs w:val="20"/>
                <w:lang w:val="pl-PL"/>
              </w:rPr>
              <w:t>2</w:t>
            </w:r>
          </w:p>
          <w:p w14:paraId="68AA607B" w14:textId="77777777" w:rsidR="005E2EE3" w:rsidRPr="0093230D" w:rsidRDefault="005E2EE3" w:rsidP="00AC0F74">
            <w:pPr>
              <w:spacing w:line="216" w:lineRule="auto"/>
              <w:jc w:val="center"/>
              <w:rPr>
                <w:sz w:val="18"/>
                <w:szCs w:val="20"/>
                <w:lang w:val="pl-PL"/>
              </w:rPr>
            </w:pPr>
            <w:r w:rsidRPr="0093230D">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6B44425F" w14:textId="77777777" w:rsidR="005E2EE3" w:rsidRPr="0093230D" w:rsidRDefault="005E2EE3" w:rsidP="00AC0F74">
            <w:pPr>
              <w:jc w:val="center"/>
              <w:rPr>
                <w:sz w:val="18"/>
                <w:szCs w:val="20"/>
                <w:lang w:val="pl-PL"/>
              </w:rPr>
            </w:pPr>
            <w:r w:rsidRPr="0093230D">
              <w:rPr>
                <w:b/>
                <w:color w:val="000000"/>
                <w:sz w:val="24"/>
                <w:szCs w:val="20"/>
                <w:lang w:val="pl-PL"/>
              </w:rPr>
              <w:t>3</w:t>
            </w:r>
          </w:p>
          <w:p w14:paraId="34B321BC" w14:textId="77777777" w:rsidR="005E2EE3" w:rsidRPr="0093230D" w:rsidRDefault="005E2EE3" w:rsidP="00AC0F74">
            <w:pPr>
              <w:spacing w:line="216" w:lineRule="auto"/>
              <w:jc w:val="center"/>
              <w:rPr>
                <w:sz w:val="18"/>
                <w:szCs w:val="20"/>
                <w:lang w:val="pl-PL"/>
              </w:rPr>
            </w:pPr>
            <w:r w:rsidRPr="0093230D">
              <w:rPr>
                <w:b/>
                <w:color w:val="000000"/>
                <w:sz w:val="11"/>
                <w:szCs w:val="20"/>
                <w:lang w:val="pl-PL"/>
              </w:rPr>
              <w:t>SAMODZIELNIE</w:t>
            </w:r>
            <w:r w:rsidRPr="0093230D">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7220070" w14:textId="77777777" w:rsidR="005E2EE3" w:rsidRPr="0093230D" w:rsidRDefault="005E2EE3" w:rsidP="00AC0F74">
            <w:pPr>
              <w:jc w:val="center"/>
              <w:rPr>
                <w:sz w:val="18"/>
                <w:szCs w:val="20"/>
                <w:lang w:val="pl-PL"/>
              </w:rPr>
            </w:pPr>
            <w:r w:rsidRPr="0093230D">
              <w:rPr>
                <w:b/>
                <w:color w:val="000000"/>
                <w:sz w:val="24"/>
                <w:szCs w:val="20"/>
                <w:lang w:val="pl-PL"/>
              </w:rPr>
              <w:t>4</w:t>
            </w:r>
          </w:p>
          <w:p w14:paraId="4E77AC0B" w14:textId="77777777" w:rsidR="005E2EE3" w:rsidRPr="0093230D" w:rsidRDefault="005E2EE3" w:rsidP="00AC0F74">
            <w:pPr>
              <w:spacing w:line="216" w:lineRule="auto"/>
              <w:jc w:val="center"/>
              <w:rPr>
                <w:sz w:val="18"/>
                <w:szCs w:val="20"/>
                <w:lang w:val="pl-PL"/>
              </w:rPr>
            </w:pPr>
            <w:r w:rsidRPr="0093230D">
              <w:rPr>
                <w:b/>
                <w:color w:val="000000"/>
                <w:sz w:val="11"/>
                <w:szCs w:val="20"/>
                <w:lang w:val="pl-PL"/>
              </w:rPr>
              <w:t>POPRAWNIE</w:t>
            </w:r>
            <w:r w:rsidRPr="0093230D">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600FF64A" w14:textId="77777777" w:rsidR="005E2EE3" w:rsidRPr="0093230D" w:rsidRDefault="005E2EE3" w:rsidP="00AC0F74">
            <w:pPr>
              <w:jc w:val="center"/>
              <w:rPr>
                <w:sz w:val="18"/>
                <w:szCs w:val="20"/>
                <w:lang w:val="pl-PL"/>
              </w:rPr>
            </w:pPr>
            <w:r w:rsidRPr="0093230D">
              <w:rPr>
                <w:b/>
                <w:color w:val="000000"/>
                <w:sz w:val="24"/>
                <w:szCs w:val="20"/>
                <w:lang w:val="pl-PL"/>
              </w:rPr>
              <w:t>5</w:t>
            </w:r>
          </w:p>
          <w:p w14:paraId="5F685BFC" w14:textId="77777777" w:rsidR="005E2EE3" w:rsidRPr="0093230D" w:rsidRDefault="005E2EE3" w:rsidP="00AC0F74">
            <w:pPr>
              <w:spacing w:line="216" w:lineRule="auto"/>
              <w:jc w:val="center"/>
              <w:rPr>
                <w:sz w:val="18"/>
                <w:szCs w:val="20"/>
                <w:lang w:val="pl-PL"/>
              </w:rPr>
            </w:pPr>
            <w:r w:rsidRPr="0093230D">
              <w:rPr>
                <w:b/>
                <w:color w:val="000000"/>
                <w:sz w:val="11"/>
                <w:szCs w:val="20"/>
                <w:lang w:val="pl-PL"/>
              </w:rPr>
              <w:t>SPRAWNIE, SAMODZIELNIE</w:t>
            </w:r>
            <w:r w:rsidRPr="0093230D">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419DA9FD" w14:textId="77777777" w:rsidR="005E2EE3" w:rsidRPr="0093230D" w:rsidRDefault="005E2EE3" w:rsidP="00AC0F74">
            <w:pPr>
              <w:jc w:val="center"/>
              <w:rPr>
                <w:sz w:val="18"/>
                <w:szCs w:val="20"/>
                <w:lang w:val="pl-PL"/>
              </w:rPr>
            </w:pPr>
            <w:r w:rsidRPr="0093230D">
              <w:rPr>
                <w:b/>
                <w:color w:val="000000"/>
                <w:sz w:val="24"/>
                <w:szCs w:val="20"/>
                <w:lang w:val="pl-PL"/>
              </w:rPr>
              <w:t>6</w:t>
            </w:r>
          </w:p>
          <w:p w14:paraId="588F27C6" w14:textId="77777777" w:rsidR="005E2EE3" w:rsidRPr="0093230D" w:rsidRDefault="005E2EE3" w:rsidP="00AC0F74">
            <w:pPr>
              <w:spacing w:line="216" w:lineRule="auto"/>
              <w:jc w:val="center"/>
              <w:rPr>
                <w:sz w:val="18"/>
                <w:szCs w:val="20"/>
                <w:lang w:val="pl-PL"/>
              </w:rPr>
            </w:pPr>
            <w:r w:rsidRPr="0093230D">
              <w:rPr>
                <w:b/>
                <w:color w:val="000000"/>
                <w:sz w:val="11"/>
                <w:szCs w:val="20"/>
                <w:lang w:val="pl-PL"/>
              </w:rPr>
              <w:t>TWÓRCZO</w:t>
            </w:r>
            <w:r w:rsidRPr="0093230D">
              <w:rPr>
                <w:b/>
                <w:color w:val="000000"/>
                <w:sz w:val="11"/>
                <w:szCs w:val="20"/>
                <w:lang w:val="pl-PL"/>
              </w:rPr>
              <w:br/>
              <w:t>I ODPOWIEDZIALNIE</w:t>
            </w:r>
          </w:p>
        </w:tc>
      </w:tr>
      <w:tr w:rsidR="005E2EE3" w:rsidRPr="0093230D" w14:paraId="25F37C33" w14:textId="77777777" w:rsidTr="00AC0F74">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1CFDEB0C"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z pomocą wykonuje podstawowy element techniczny</w:t>
            </w:r>
          </w:p>
          <w:p w14:paraId="542EF4B7"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uczestniczy w grze uproszczonej</w:t>
            </w:r>
          </w:p>
          <w:p w14:paraId="286EE3A7"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stosuje regułę po przypomnieniu</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412048F9"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samodzielnie wykonuje podstawowe czynności w typowej sytuacji</w:t>
            </w:r>
          </w:p>
          <w:p w14:paraId="0E9C40FE"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uczestniczy w poznanej grze</w:t>
            </w:r>
          </w:p>
          <w:p w14:paraId="1B75FD28"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pełni prostą rolę i przestrzega reguł</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187DB9CE"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poprawnie dobiera działanie do prostej sytuacji</w:t>
            </w:r>
          </w:p>
          <w:p w14:paraId="2A4DD83F"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współpracuje w ataku lub obronie</w:t>
            </w:r>
          </w:p>
          <w:p w14:paraId="076DBC83"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stosuje przepisy i reaguje na sygnały</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17E595FB"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sprawnie łączy technikę z decyzją</w:t>
            </w:r>
          </w:p>
          <w:p w14:paraId="5DB76DFD"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koryguje działanie po informacji zwrotnej</w:t>
            </w:r>
          </w:p>
          <w:p w14:paraId="61035867"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pomaga w organizacji prostej gry</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58634AEC"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modyfikuje prostą regułę lub rozwiązanie</w:t>
            </w:r>
          </w:p>
          <w:p w14:paraId="743E21F6"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prowadzi krótki fragment gry</w:t>
            </w:r>
          </w:p>
          <w:p w14:paraId="0EA9DF98"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dostosowuje aktywność do możliwości uczestników</w:t>
            </w:r>
          </w:p>
        </w:tc>
      </w:tr>
    </w:tbl>
    <w:p w14:paraId="08F069ED" w14:textId="77777777" w:rsidR="005E2EE3" w:rsidRPr="0093230D" w:rsidRDefault="005E2EE3" w:rsidP="005E2EE3">
      <w:pPr>
        <w:spacing w:before="50"/>
        <w:rPr>
          <w:sz w:val="18"/>
          <w:szCs w:val="20"/>
          <w:lang w:val="pl-PL"/>
        </w:rPr>
      </w:pPr>
      <w:r w:rsidRPr="0093230D">
        <w:rPr>
          <w:b/>
          <w:color w:val="000000"/>
          <w:sz w:val="13"/>
          <w:szCs w:val="20"/>
          <w:lang w:val="pl-PL"/>
        </w:rPr>
        <w:t xml:space="preserve">Ważne: </w:t>
      </w:r>
      <w:r w:rsidRPr="0093230D">
        <w:rPr>
          <w:color w:val="000000"/>
          <w:sz w:val="13"/>
          <w:szCs w:val="20"/>
          <w:lang w:val="pl-PL"/>
        </w:rPr>
        <w:t>Nie wymaga się mistrzowskiego wykonania wszystkich elementów czterech gier.</w:t>
      </w:r>
    </w:p>
    <w:p w14:paraId="0A1C61D2" w14:textId="64AE26B1" w:rsidR="00F264BF" w:rsidRPr="0093230D" w:rsidRDefault="00F264BF">
      <w:pPr>
        <w:rPr>
          <w:sz w:val="18"/>
          <w:szCs w:val="20"/>
          <w:lang w:val="pl-PL"/>
        </w:rPr>
      </w:pPr>
    </w:p>
    <w:tbl>
      <w:tblPr>
        <w:tblW w:w="0" w:type="auto"/>
        <w:jc w:val="center"/>
        <w:tblLayout w:type="fixed"/>
        <w:tblLook w:val="04A0" w:firstRow="1" w:lastRow="0" w:firstColumn="1" w:lastColumn="0" w:noHBand="0" w:noVBand="1"/>
      </w:tblPr>
      <w:tblGrid>
        <w:gridCol w:w="936"/>
        <w:gridCol w:w="14256"/>
      </w:tblGrid>
      <w:tr w:rsidR="00F264BF" w:rsidRPr="0093230D" w14:paraId="3E98CB69" w14:textId="77777777">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7DE17C05" w14:textId="77777777" w:rsidR="00F264BF" w:rsidRPr="0093230D" w:rsidRDefault="00000000">
            <w:pPr>
              <w:jc w:val="center"/>
              <w:rPr>
                <w:sz w:val="18"/>
                <w:szCs w:val="20"/>
                <w:lang w:val="pl-PL"/>
              </w:rPr>
            </w:pPr>
            <w:r w:rsidRPr="0093230D">
              <w:rPr>
                <w:b/>
                <w:color w:val="FFFFFF"/>
                <w:sz w:val="36"/>
                <w:szCs w:val="20"/>
                <w:lang w:val="pl-PL"/>
              </w:rPr>
              <w:t>3</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4E5FB7A3" w14:textId="77777777" w:rsidR="00F264BF" w:rsidRPr="0093230D" w:rsidRDefault="00000000">
            <w:pPr>
              <w:rPr>
                <w:sz w:val="18"/>
                <w:szCs w:val="20"/>
                <w:lang w:val="pl-PL"/>
              </w:rPr>
            </w:pPr>
            <w:r w:rsidRPr="0093230D">
              <w:rPr>
                <w:b/>
                <w:color w:val="000000"/>
                <w:sz w:val="28"/>
                <w:szCs w:val="20"/>
                <w:lang w:val="pl-PL"/>
              </w:rPr>
              <w:t>LEKKOATLETYKA</w:t>
            </w:r>
          </w:p>
          <w:p w14:paraId="4914D0BD" w14:textId="77777777" w:rsidR="00F264BF" w:rsidRPr="0093230D" w:rsidRDefault="00000000">
            <w:pPr>
              <w:rPr>
                <w:sz w:val="18"/>
                <w:szCs w:val="20"/>
                <w:lang w:val="pl-PL"/>
              </w:rPr>
            </w:pPr>
            <w:r w:rsidRPr="0093230D">
              <w:rPr>
                <w:i/>
                <w:color w:val="333333"/>
                <w:sz w:val="16"/>
                <w:szCs w:val="20"/>
                <w:lang w:val="pl-PL"/>
              </w:rPr>
              <w:t>Szybkość, bieg ze startu niskiego, przeszkody, rzut, marszobieg, sztafeta i skok.</w:t>
            </w:r>
            <w:r w:rsidRPr="0093230D">
              <w:rPr>
                <w:b/>
                <w:color w:val="4B4B4B"/>
                <w:sz w:val="12"/>
                <w:lang w:val="pl-PL"/>
              </w:rPr>
              <w:t xml:space="preserve">  |  PODSTAWA: </w:t>
            </w:r>
            <w:r w:rsidRPr="0093230D">
              <w:rPr>
                <w:i/>
                <w:color w:val="4B4B4B"/>
                <w:sz w:val="12"/>
                <w:lang w:val="pl-PL"/>
              </w:rPr>
              <w:t>PP 2017/2025, WF kl. V–VI, III.1–7.</w:t>
            </w:r>
          </w:p>
        </w:tc>
      </w:tr>
    </w:tbl>
    <w:p w14:paraId="06C05271" w14:textId="77777777" w:rsidR="00F264BF" w:rsidRPr="0093230D" w:rsidRDefault="00F264BF">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F264BF" w:rsidRPr="0093230D" w14:paraId="397C98C5" w14:textId="77777777">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1B275D9E" w14:textId="77777777" w:rsidR="00F264BF" w:rsidRPr="0093230D" w:rsidRDefault="00000000">
            <w:pPr>
              <w:spacing w:after="40"/>
              <w:rPr>
                <w:sz w:val="18"/>
                <w:szCs w:val="20"/>
                <w:lang w:val="pl-PL"/>
              </w:rPr>
            </w:pPr>
            <w:r w:rsidRPr="0093230D">
              <w:rPr>
                <w:b/>
                <w:color w:val="000000"/>
                <w:sz w:val="14"/>
                <w:szCs w:val="20"/>
                <w:lang w:val="pl-PL"/>
              </w:rPr>
              <w:t>ZAKRES WYMAGANIA</w:t>
            </w:r>
          </w:p>
          <w:p w14:paraId="503F4273"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uczestniczy w zabawach szybkościowych rozwijających reakcję i wybieg startowy</w:t>
            </w:r>
          </w:p>
          <w:p w14:paraId="25E51DA1"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wykonuje bieg krótki ze startu niskiego oraz bieg przez przeszkody</w:t>
            </w:r>
          </w:p>
          <w:p w14:paraId="61AE79E2"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wykonuje pchnięcie i rzut zamachowy piłką z miejsca i krótkiego rozbiegu</w:t>
            </w:r>
          </w:p>
          <w:p w14:paraId="7D86CF7B"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pokonuje trasę marszobiegu lub biegu terenowego</w:t>
            </w:r>
          </w:p>
          <w:p w14:paraId="37D28F9B"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przekazuje pałeczkę w miejscu i lekkim biegu</w:t>
            </w:r>
          </w:p>
          <w:p w14:paraId="23DBF2C5"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 xml:space="preserve">wykonuje skok w dal </w:t>
            </w:r>
            <w:proofErr w:type="spellStart"/>
            <w:r w:rsidRPr="0093230D">
              <w:rPr>
                <w:color w:val="000000"/>
                <w:sz w:val="12"/>
                <w:szCs w:val="20"/>
                <w:lang w:val="pl-PL"/>
              </w:rPr>
              <w:t>jednonóż</w:t>
            </w:r>
            <w:proofErr w:type="spellEnd"/>
            <w:r w:rsidRPr="0093230D">
              <w:rPr>
                <w:color w:val="000000"/>
                <w:sz w:val="12"/>
                <w:szCs w:val="20"/>
                <w:lang w:val="pl-PL"/>
              </w:rPr>
              <w:t xml:space="preserve"> z krótkiego rozbiegu</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47FD31A7" w14:textId="77777777" w:rsidR="00F264BF" w:rsidRPr="0093230D" w:rsidRDefault="00000000">
            <w:pPr>
              <w:spacing w:after="40"/>
              <w:rPr>
                <w:sz w:val="18"/>
                <w:szCs w:val="20"/>
                <w:lang w:val="pl-PL"/>
              </w:rPr>
            </w:pPr>
            <w:r w:rsidRPr="0093230D">
              <w:rPr>
                <w:b/>
                <w:color w:val="000000"/>
                <w:sz w:val="14"/>
                <w:szCs w:val="20"/>
                <w:lang w:val="pl-PL"/>
              </w:rPr>
              <w:t>KRYTERIA SUKCESU</w:t>
            </w:r>
          </w:p>
          <w:p w14:paraId="5766B573"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przyjmuje właściwą pozycję startową i reaguje na sygnał</w:t>
            </w:r>
          </w:p>
          <w:p w14:paraId="1A4BD831"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bezpiecznie porusza się po torze i pokonuje przeszkody</w:t>
            </w:r>
          </w:p>
          <w:p w14:paraId="6AB19A5A"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wykonuje rzut lub pchnięcie w wyznaczonej strefie</w:t>
            </w:r>
          </w:p>
          <w:p w14:paraId="3A7B64A2"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kontroluje tempo wysiłku w marszobiegu lub biegu terenowym</w:t>
            </w:r>
          </w:p>
          <w:p w14:paraId="2AD070F2"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ląduje, przekazuje pałeczkę i kończy próbę w bezpieczny sposób</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1989C271" w14:textId="77777777" w:rsidR="00F264BF" w:rsidRPr="0093230D" w:rsidRDefault="00000000">
            <w:pPr>
              <w:spacing w:after="40"/>
              <w:rPr>
                <w:sz w:val="18"/>
                <w:szCs w:val="20"/>
                <w:lang w:val="pl-PL"/>
              </w:rPr>
            </w:pPr>
            <w:r w:rsidRPr="0093230D">
              <w:rPr>
                <w:b/>
                <w:color w:val="000000"/>
                <w:sz w:val="14"/>
                <w:szCs w:val="20"/>
                <w:lang w:val="pl-PL"/>
              </w:rPr>
              <w:t>MOŻLIWE DOWODY OSIĄGNIĘCIA UMIEJĘTNOŚCI</w:t>
            </w:r>
          </w:p>
          <w:p w14:paraId="54F52A50" w14:textId="77777777" w:rsidR="00F264BF" w:rsidRPr="0093230D" w:rsidRDefault="00000000">
            <w:pPr>
              <w:spacing w:after="30"/>
              <w:rPr>
                <w:sz w:val="18"/>
                <w:szCs w:val="20"/>
                <w:lang w:val="pl-PL"/>
              </w:rPr>
            </w:pPr>
            <w:r w:rsidRPr="0093230D">
              <w:rPr>
                <w:i/>
                <w:color w:val="333333"/>
                <w:sz w:val="12"/>
                <w:szCs w:val="20"/>
                <w:lang w:val="pl-PL"/>
              </w:rPr>
              <w:t>Uczeń może pokazać tę umiejętność między innymi poprzez:</w:t>
            </w:r>
          </w:p>
          <w:p w14:paraId="5C6520EB"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Wykonanie: start niski, bieg, przeszkody, skok, rzut lub pchnięcie</w:t>
            </w:r>
          </w:p>
          <w:p w14:paraId="2EACB9C1"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Aktywność: sztafeta, marszobieg lub bieg terenowy</w:t>
            </w:r>
          </w:p>
          <w:p w14:paraId="335EE78C"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Pomiar: czas lub odległość użyte do analizy własnego postępu</w:t>
            </w:r>
          </w:p>
          <w:p w14:paraId="5AE5B5CE"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Refleksja: wskazanie elementu techniki i sposobu poprawy</w:t>
            </w:r>
          </w:p>
        </w:tc>
      </w:tr>
    </w:tbl>
    <w:p w14:paraId="7BFD9DD9" w14:textId="77777777" w:rsidR="00F264BF" w:rsidRPr="0093230D" w:rsidRDefault="00F264BF">
      <w:pPr>
        <w:rPr>
          <w:sz w:val="18"/>
          <w:szCs w:val="20"/>
          <w:lang w:val="pl-PL"/>
        </w:rPr>
      </w:pPr>
    </w:p>
    <w:p w14:paraId="4B9D7755" w14:textId="77777777" w:rsidR="00F264BF" w:rsidRPr="0093230D" w:rsidRDefault="00000000">
      <w:pPr>
        <w:spacing w:before="40" w:after="40"/>
        <w:rPr>
          <w:sz w:val="18"/>
          <w:szCs w:val="20"/>
          <w:lang w:val="pl-PL"/>
        </w:rPr>
      </w:pPr>
      <w:r w:rsidRPr="0093230D">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F264BF" w:rsidRPr="0093230D" w14:paraId="5AD0C26C" w14:textId="77777777">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72F7C820" w14:textId="77777777" w:rsidR="00F264BF" w:rsidRPr="0093230D" w:rsidRDefault="00000000">
            <w:pPr>
              <w:jc w:val="center"/>
              <w:rPr>
                <w:sz w:val="18"/>
                <w:szCs w:val="20"/>
                <w:lang w:val="pl-PL"/>
              </w:rPr>
            </w:pPr>
            <w:r w:rsidRPr="0093230D">
              <w:rPr>
                <w:b/>
                <w:color w:val="000000"/>
                <w:sz w:val="24"/>
                <w:szCs w:val="20"/>
                <w:lang w:val="pl-PL"/>
              </w:rPr>
              <w:t>2</w:t>
            </w:r>
          </w:p>
          <w:p w14:paraId="26C56212" w14:textId="77777777" w:rsidR="00F264BF" w:rsidRPr="0093230D" w:rsidRDefault="00000000">
            <w:pPr>
              <w:spacing w:line="216" w:lineRule="auto"/>
              <w:jc w:val="center"/>
              <w:rPr>
                <w:sz w:val="18"/>
                <w:szCs w:val="20"/>
                <w:lang w:val="pl-PL"/>
              </w:rPr>
            </w:pPr>
            <w:r w:rsidRPr="0093230D">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7D501C7C" w14:textId="77777777" w:rsidR="00F264BF" w:rsidRPr="0093230D" w:rsidRDefault="00000000">
            <w:pPr>
              <w:jc w:val="center"/>
              <w:rPr>
                <w:sz w:val="18"/>
                <w:szCs w:val="20"/>
                <w:lang w:val="pl-PL"/>
              </w:rPr>
            </w:pPr>
            <w:r w:rsidRPr="0093230D">
              <w:rPr>
                <w:b/>
                <w:color w:val="000000"/>
                <w:sz w:val="24"/>
                <w:szCs w:val="20"/>
                <w:lang w:val="pl-PL"/>
              </w:rPr>
              <w:t>3</w:t>
            </w:r>
          </w:p>
          <w:p w14:paraId="0561B9FC" w14:textId="77777777" w:rsidR="00F264BF" w:rsidRPr="0093230D" w:rsidRDefault="00000000">
            <w:pPr>
              <w:spacing w:line="216" w:lineRule="auto"/>
              <w:jc w:val="center"/>
              <w:rPr>
                <w:sz w:val="18"/>
                <w:szCs w:val="20"/>
                <w:lang w:val="pl-PL"/>
              </w:rPr>
            </w:pPr>
            <w:r w:rsidRPr="0093230D">
              <w:rPr>
                <w:b/>
                <w:color w:val="000000"/>
                <w:sz w:val="11"/>
                <w:szCs w:val="20"/>
                <w:lang w:val="pl-PL"/>
              </w:rPr>
              <w:t>SAMODZIELNIE</w:t>
            </w:r>
            <w:r w:rsidRPr="0093230D">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1128B29F" w14:textId="77777777" w:rsidR="00F264BF" w:rsidRPr="0093230D" w:rsidRDefault="00000000">
            <w:pPr>
              <w:jc w:val="center"/>
              <w:rPr>
                <w:sz w:val="18"/>
                <w:szCs w:val="20"/>
                <w:lang w:val="pl-PL"/>
              </w:rPr>
            </w:pPr>
            <w:r w:rsidRPr="0093230D">
              <w:rPr>
                <w:b/>
                <w:color w:val="000000"/>
                <w:sz w:val="24"/>
                <w:szCs w:val="20"/>
                <w:lang w:val="pl-PL"/>
              </w:rPr>
              <w:t>4</w:t>
            </w:r>
          </w:p>
          <w:p w14:paraId="61592878" w14:textId="77777777" w:rsidR="00F264BF" w:rsidRPr="0093230D" w:rsidRDefault="00000000">
            <w:pPr>
              <w:spacing w:line="216" w:lineRule="auto"/>
              <w:jc w:val="center"/>
              <w:rPr>
                <w:sz w:val="18"/>
                <w:szCs w:val="20"/>
                <w:lang w:val="pl-PL"/>
              </w:rPr>
            </w:pPr>
            <w:r w:rsidRPr="0093230D">
              <w:rPr>
                <w:b/>
                <w:color w:val="000000"/>
                <w:sz w:val="11"/>
                <w:szCs w:val="20"/>
                <w:lang w:val="pl-PL"/>
              </w:rPr>
              <w:t>POPRAWNIE</w:t>
            </w:r>
            <w:r w:rsidRPr="0093230D">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347271F7" w14:textId="77777777" w:rsidR="00F264BF" w:rsidRPr="0093230D" w:rsidRDefault="00000000">
            <w:pPr>
              <w:jc w:val="center"/>
              <w:rPr>
                <w:sz w:val="18"/>
                <w:szCs w:val="20"/>
                <w:lang w:val="pl-PL"/>
              </w:rPr>
            </w:pPr>
            <w:r w:rsidRPr="0093230D">
              <w:rPr>
                <w:b/>
                <w:color w:val="000000"/>
                <w:sz w:val="24"/>
                <w:szCs w:val="20"/>
                <w:lang w:val="pl-PL"/>
              </w:rPr>
              <w:t>5</w:t>
            </w:r>
          </w:p>
          <w:p w14:paraId="258AD990" w14:textId="77777777" w:rsidR="00F264BF" w:rsidRPr="0093230D" w:rsidRDefault="00000000">
            <w:pPr>
              <w:spacing w:line="216" w:lineRule="auto"/>
              <w:jc w:val="center"/>
              <w:rPr>
                <w:sz w:val="18"/>
                <w:szCs w:val="20"/>
                <w:lang w:val="pl-PL"/>
              </w:rPr>
            </w:pPr>
            <w:r w:rsidRPr="0093230D">
              <w:rPr>
                <w:b/>
                <w:color w:val="000000"/>
                <w:sz w:val="11"/>
                <w:szCs w:val="20"/>
                <w:lang w:val="pl-PL"/>
              </w:rPr>
              <w:t>SPRAWNIE, SAMODZIELNIE</w:t>
            </w:r>
            <w:r w:rsidRPr="0093230D">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AC93211" w14:textId="77777777" w:rsidR="00F264BF" w:rsidRPr="0093230D" w:rsidRDefault="00000000">
            <w:pPr>
              <w:jc w:val="center"/>
              <w:rPr>
                <w:sz w:val="18"/>
                <w:szCs w:val="20"/>
                <w:lang w:val="pl-PL"/>
              </w:rPr>
            </w:pPr>
            <w:r w:rsidRPr="0093230D">
              <w:rPr>
                <w:b/>
                <w:color w:val="000000"/>
                <w:sz w:val="24"/>
                <w:szCs w:val="20"/>
                <w:lang w:val="pl-PL"/>
              </w:rPr>
              <w:t>6</w:t>
            </w:r>
          </w:p>
          <w:p w14:paraId="73929E53" w14:textId="77777777" w:rsidR="00F264BF" w:rsidRPr="0093230D" w:rsidRDefault="00000000">
            <w:pPr>
              <w:spacing w:line="216" w:lineRule="auto"/>
              <w:jc w:val="center"/>
              <w:rPr>
                <w:sz w:val="18"/>
                <w:szCs w:val="20"/>
                <w:lang w:val="pl-PL"/>
              </w:rPr>
            </w:pPr>
            <w:r w:rsidRPr="0093230D">
              <w:rPr>
                <w:b/>
                <w:color w:val="000000"/>
                <w:sz w:val="11"/>
                <w:szCs w:val="20"/>
                <w:lang w:val="pl-PL"/>
              </w:rPr>
              <w:t>TWÓRCZO</w:t>
            </w:r>
            <w:r w:rsidRPr="0093230D">
              <w:rPr>
                <w:b/>
                <w:color w:val="000000"/>
                <w:sz w:val="11"/>
                <w:szCs w:val="20"/>
                <w:lang w:val="pl-PL"/>
              </w:rPr>
              <w:br/>
              <w:t>I ODPOWIEDZIALNIE</w:t>
            </w:r>
          </w:p>
        </w:tc>
      </w:tr>
      <w:tr w:rsidR="00F264BF" w:rsidRPr="0093230D" w14:paraId="7A6581D0" w14:textId="77777777">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15BF9535"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po pokazie wykonuje wybrane zadanie</w:t>
            </w:r>
          </w:p>
          <w:p w14:paraId="71CBE246"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potrzebuje pomocy w organizacji toru lub strefy</w:t>
            </w:r>
          </w:p>
          <w:p w14:paraId="35B49755"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zachowuje bezpieczeństwo po przypomnieniu</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6C1E741D"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samodzielnie wykonuje poznane formy</w:t>
            </w:r>
          </w:p>
          <w:p w14:paraId="67596D60"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uczestniczy w sztafecie i marszobiegu</w:t>
            </w:r>
          </w:p>
          <w:p w14:paraId="6CC5EAFE"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błędy nie uniemożliwiają zadania</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7FD4FA6C"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poprawnie wykonuje start, skok i rzut</w:t>
            </w:r>
          </w:p>
          <w:p w14:paraId="2897EDA8"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kontroluje tor, sprzęt i tempo</w:t>
            </w:r>
          </w:p>
          <w:p w14:paraId="67851993"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wykorzystuje wskazówkę do poprawy</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78330A8B"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sprawnie dobiera tempo i sposób wykonania</w:t>
            </w:r>
          </w:p>
          <w:p w14:paraId="59287726"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samodzielnie koryguje technikę</w:t>
            </w:r>
          </w:p>
          <w:p w14:paraId="006FC201"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porównuje własne próby i uzasadnia zmianę</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5A7241A1"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planuje sposób doskonalenia wybranej umiejętności</w:t>
            </w:r>
          </w:p>
          <w:p w14:paraId="6C4CB034"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modyfikuje wariant adekwatnie do celu</w:t>
            </w:r>
          </w:p>
          <w:p w14:paraId="5510A3B7"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wspiera bezpieczną organizację zadania</w:t>
            </w:r>
          </w:p>
        </w:tc>
      </w:tr>
    </w:tbl>
    <w:p w14:paraId="2331FCB4" w14:textId="77777777" w:rsidR="00F264BF" w:rsidRPr="0093230D" w:rsidRDefault="00000000">
      <w:pPr>
        <w:spacing w:before="50"/>
        <w:rPr>
          <w:color w:val="000000"/>
          <w:sz w:val="13"/>
          <w:szCs w:val="20"/>
          <w:lang w:val="pl-PL"/>
        </w:rPr>
      </w:pPr>
      <w:r w:rsidRPr="0093230D">
        <w:rPr>
          <w:b/>
          <w:color w:val="000000"/>
          <w:sz w:val="13"/>
          <w:szCs w:val="20"/>
          <w:lang w:val="pl-PL"/>
        </w:rPr>
        <w:t xml:space="preserve">Ważne: </w:t>
      </w:r>
      <w:r w:rsidRPr="0093230D">
        <w:rPr>
          <w:color w:val="000000"/>
          <w:sz w:val="13"/>
          <w:szCs w:val="20"/>
          <w:lang w:val="pl-PL"/>
        </w:rPr>
        <w:t>Czas i odległość są informacją diagnostyczną, a nie automatycznym przelicznikiem stopnia.</w:t>
      </w:r>
    </w:p>
    <w:p w14:paraId="4FB84DD8" w14:textId="77777777" w:rsidR="005E2EE3" w:rsidRPr="0093230D" w:rsidRDefault="005E2EE3">
      <w:pPr>
        <w:spacing w:before="50"/>
        <w:rPr>
          <w:sz w:val="18"/>
          <w:szCs w:val="20"/>
          <w:lang w:val="pl-PL"/>
        </w:rPr>
      </w:pPr>
    </w:p>
    <w:p w14:paraId="6C8F4A1B" w14:textId="77777777" w:rsidR="005E2EE3" w:rsidRPr="0093230D" w:rsidRDefault="005E2EE3">
      <w:pPr>
        <w:rPr>
          <w:sz w:val="18"/>
          <w:szCs w:val="20"/>
          <w:lang w:val="pl-PL"/>
        </w:rPr>
      </w:pPr>
    </w:p>
    <w:tbl>
      <w:tblPr>
        <w:tblW w:w="0" w:type="auto"/>
        <w:jc w:val="center"/>
        <w:tblLayout w:type="fixed"/>
        <w:tblLook w:val="04A0" w:firstRow="1" w:lastRow="0" w:firstColumn="1" w:lastColumn="0" w:noHBand="0" w:noVBand="1"/>
      </w:tblPr>
      <w:tblGrid>
        <w:gridCol w:w="936"/>
        <w:gridCol w:w="14256"/>
      </w:tblGrid>
      <w:tr w:rsidR="005E2EE3" w:rsidRPr="0093230D" w14:paraId="17AF3A3A" w14:textId="77777777" w:rsidTr="00AC0F74">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501AEA90" w14:textId="77777777" w:rsidR="005E2EE3" w:rsidRPr="0093230D" w:rsidRDefault="005E2EE3" w:rsidP="00AC0F74">
            <w:pPr>
              <w:jc w:val="center"/>
              <w:rPr>
                <w:sz w:val="18"/>
                <w:szCs w:val="20"/>
                <w:lang w:val="pl-PL"/>
              </w:rPr>
            </w:pPr>
            <w:r w:rsidRPr="0093230D">
              <w:rPr>
                <w:b/>
                <w:color w:val="FFFFFF"/>
                <w:sz w:val="36"/>
                <w:szCs w:val="20"/>
                <w:lang w:val="pl-PL"/>
              </w:rPr>
              <w:t>4</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33A580C9" w14:textId="77777777" w:rsidR="005E2EE3" w:rsidRPr="0093230D" w:rsidRDefault="005E2EE3" w:rsidP="00AC0F74">
            <w:pPr>
              <w:rPr>
                <w:sz w:val="18"/>
                <w:szCs w:val="20"/>
                <w:lang w:val="pl-PL"/>
              </w:rPr>
            </w:pPr>
            <w:r w:rsidRPr="0093230D">
              <w:rPr>
                <w:b/>
                <w:color w:val="000000"/>
                <w:sz w:val="28"/>
                <w:szCs w:val="20"/>
                <w:lang w:val="pl-PL"/>
              </w:rPr>
              <w:t>TANIEC</w:t>
            </w:r>
          </w:p>
          <w:p w14:paraId="6F4A7D20" w14:textId="77777777" w:rsidR="005E2EE3" w:rsidRPr="0093230D" w:rsidRDefault="005E2EE3" w:rsidP="00AC0F74">
            <w:pPr>
              <w:rPr>
                <w:sz w:val="18"/>
                <w:szCs w:val="20"/>
                <w:lang w:val="pl-PL"/>
              </w:rPr>
            </w:pPr>
            <w:r w:rsidRPr="0093230D">
              <w:rPr>
                <w:i/>
                <w:color w:val="333333"/>
                <w:sz w:val="16"/>
                <w:szCs w:val="20"/>
                <w:lang w:val="pl-PL"/>
              </w:rPr>
              <w:t>Proste kroki i figury tańców tradycyjnych oraz nowoczesnych.</w:t>
            </w:r>
            <w:r w:rsidRPr="0093230D">
              <w:rPr>
                <w:b/>
                <w:color w:val="4B4B4B"/>
                <w:sz w:val="12"/>
                <w:lang w:val="pl-PL"/>
              </w:rPr>
              <w:t xml:space="preserve">  |  PODSTAWA: </w:t>
            </w:r>
            <w:r w:rsidRPr="0093230D">
              <w:rPr>
                <w:i/>
                <w:color w:val="4B4B4B"/>
                <w:sz w:val="12"/>
                <w:lang w:val="pl-PL"/>
              </w:rPr>
              <w:t>PP 2017/2025, WF kl. V–VI, IV.</w:t>
            </w:r>
          </w:p>
        </w:tc>
      </w:tr>
    </w:tbl>
    <w:p w14:paraId="38597174" w14:textId="77777777" w:rsidR="005E2EE3" w:rsidRPr="0093230D" w:rsidRDefault="005E2EE3" w:rsidP="005E2EE3">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5E2EE3" w:rsidRPr="0093230D" w14:paraId="05C625E8" w14:textId="77777777" w:rsidTr="00AC0F74">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5A623353" w14:textId="77777777" w:rsidR="005E2EE3" w:rsidRPr="0093230D" w:rsidRDefault="005E2EE3" w:rsidP="00AC0F74">
            <w:pPr>
              <w:spacing w:after="40"/>
              <w:rPr>
                <w:sz w:val="18"/>
                <w:szCs w:val="20"/>
                <w:lang w:val="pl-PL"/>
              </w:rPr>
            </w:pPr>
            <w:r w:rsidRPr="0093230D">
              <w:rPr>
                <w:b/>
                <w:color w:val="000000"/>
                <w:sz w:val="14"/>
                <w:szCs w:val="20"/>
                <w:lang w:val="pl-PL"/>
              </w:rPr>
              <w:t>ZAKRES WYMAGANIA</w:t>
            </w:r>
          </w:p>
          <w:p w14:paraId="0457DC3C"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wykonuje proste kroki i figury wybranych tańców tradycyjnych</w:t>
            </w:r>
          </w:p>
          <w:p w14:paraId="39A89E8C"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wykonuje proste kroki i figury wybranych tańców nowoczesnych</w:t>
            </w:r>
          </w:p>
          <w:p w14:paraId="14D735E8"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łączy ruchy w krótką sekwencję zgodną z rytmem</w:t>
            </w:r>
          </w:p>
          <w:p w14:paraId="1F3BBEFA"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współpracuje w parze lub grupie i bezpiecznie korzysta z przestrzeni</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521A516A" w14:textId="77777777" w:rsidR="005E2EE3" w:rsidRPr="0093230D" w:rsidRDefault="005E2EE3" w:rsidP="00AC0F74">
            <w:pPr>
              <w:spacing w:after="40"/>
              <w:rPr>
                <w:sz w:val="18"/>
                <w:szCs w:val="20"/>
                <w:lang w:val="pl-PL"/>
              </w:rPr>
            </w:pPr>
            <w:r w:rsidRPr="0093230D">
              <w:rPr>
                <w:b/>
                <w:color w:val="000000"/>
                <w:sz w:val="14"/>
                <w:szCs w:val="20"/>
                <w:lang w:val="pl-PL"/>
              </w:rPr>
              <w:t>KRYTERIA SUKCESU</w:t>
            </w:r>
          </w:p>
          <w:p w14:paraId="56B22C1E"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utrzymuje podstawowy rytm i kierunek ruchu</w:t>
            </w:r>
          </w:p>
          <w:p w14:paraId="0C536839"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odtwarza poznaną sekwencję kroków</w:t>
            </w:r>
          </w:p>
          <w:p w14:paraId="76D206B4"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koordynuje ruch z partnerem lub grupą</w:t>
            </w:r>
          </w:p>
          <w:p w14:paraId="725829D7"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zachowuje bezpieczny dystans</w:t>
            </w:r>
          </w:p>
          <w:p w14:paraId="3B4A0016"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wykorzystuje informację zwrotną do poprawy układu</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20F223E3" w14:textId="77777777" w:rsidR="005E2EE3" w:rsidRPr="0093230D" w:rsidRDefault="005E2EE3" w:rsidP="00AC0F74">
            <w:pPr>
              <w:spacing w:after="40"/>
              <w:rPr>
                <w:sz w:val="18"/>
                <w:szCs w:val="20"/>
                <w:lang w:val="pl-PL"/>
              </w:rPr>
            </w:pPr>
            <w:r w:rsidRPr="0093230D">
              <w:rPr>
                <w:b/>
                <w:color w:val="000000"/>
                <w:sz w:val="14"/>
                <w:szCs w:val="20"/>
                <w:lang w:val="pl-PL"/>
              </w:rPr>
              <w:t>MOŻLIWE DOWODY OSIĄGNIĘCIA UMIEJĘTNOŚCI</w:t>
            </w:r>
          </w:p>
          <w:p w14:paraId="0457716B" w14:textId="77777777" w:rsidR="005E2EE3" w:rsidRPr="0093230D" w:rsidRDefault="005E2EE3" w:rsidP="00AC0F74">
            <w:pPr>
              <w:spacing w:after="30"/>
              <w:rPr>
                <w:sz w:val="18"/>
                <w:szCs w:val="20"/>
                <w:lang w:val="pl-PL"/>
              </w:rPr>
            </w:pPr>
            <w:r w:rsidRPr="0093230D">
              <w:rPr>
                <w:i/>
                <w:color w:val="333333"/>
                <w:sz w:val="12"/>
                <w:szCs w:val="20"/>
                <w:lang w:val="pl-PL"/>
              </w:rPr>
              <w:t>Uczeń może pokazać tę umiejętność między innymi poprzez:</w:t>
            </w:r>
          </w:p>
          <w:p w14:paraId="29A6C0F5"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Wykonanie: krok, figura, krótka sekwencja lub taniec integracyjny</w:t>
            </w:r>
          </w:p>
          <w:p w14:paraId="7D453B7C"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Praca zespołowa: układ w parze lub grupie</w:t>
            </w:r>
          </w:p>
          <w:p w14:paraId="640804FF"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Prezentacja: pokaz na żywo lub nagranie za zgodą uczestników</w:t>
            </w:r>
          </w:p>
          <w:p w14:paraId="22B49BB5"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Refleksja: samoocena rytmu, pamięci ruchowej i współpracy</w:t>
            </w:r>
          </w:p>
        </w:tc>
      </w:tr>
    </w:tbl>
    <w:p w14:paraId="1DA8DCC5" w14:textId="77777777" w:rsidR="005E2EE3" w:rsidRPr="0093230D" w:rsidRDefault="005E2EE3" w:rsidP="005E2EE3">
      <w:pPr>
        <w:rPr>
          <w:sz w:val="18"/>
          <w:szCs w:val="20"/>
          <w:lang w:val="pl-PL"/>
        </w:rPr>
      </w:pPr>
    </w:p>
    <w:p w14:paraId="722A40D6" w14:textId="77777777" w:rsidR="005E2EE3" w:rsidRPr="0093230D" w:rsidRDefault="005E2EE3" w:rsidP="005E2EE3">
      <w:pPr>
        <w:spacing w:before="40" w:after="40"/>
        <w:rPr>
          <w:sz w:val="18"/>
          <w:szCs w:val="20"/>
          <w:lang w:val="pl-PL"/>
        </w:rPr>
      </w:pPr>
      <w:r w:rsidRPr="0093230D">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5E2EE3" w:rsidRPr="0093230D" w14:paraId="50CB4A9B" w14:textId="77777777" w:rsidTr="00AC0F74">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A0658B0" w14:textId="77777777" w:rsidR="005E2EE3" w:rsidRPr="0093230D" w:rsidRDefault="005E2EE3" w:rsidP="00AC0F74">
            <w:pPr>
              <w:jc w:val="center"/>
              <w:rPr>
                <w:sz w:val="18"/>
                <w:szCs w:val="20"/>
                <w:lang w:val="pl-PL"/>
              </w:rPr>
            </w:pPr>
            <w:r w:rsidRPr="0093230D">
              <w:rPr>
                <w:b/>
                <w:color w:val="000000"/>
                <w:sz w:val="24"/>
                <w:szCs w:val="20"/>
                <w:lang w:val="pl-PL"/>
              </w:rPr>
              <w:t>2</w:t>
            </w:r>
          </w:p>
          <w:p w14:paraId="40853706" w14:textId="77777777" w:rsidR="005E2EE3" w:rsidRPr="0093230D" w:rsidRDefault="005E2EE3" w:rsidP="00AC0F74">
            <w:pPr>
              <w:spacing w:line="216" w:lineRule="auto"/>
              <w:jc w:val="center"/>
              <w:rPr>
                <w:sz w:val="18"/>
                <w:szCs w:val="20"/>
                <w:lang w:val="pl-PL"/>
              </w:rPr>
            </w:pPr>
            <w:r w:rsidRPr="0093230D">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19CA7E9" w14:textId="77777777" w:rsidR="005E2EE3" w:rsidRPr="0093230D" w:rsidRDefault="005E2EE3" w:rsidP="00AC0F74">
            <w:pPr>
              <w:jc w:val="center"/>
              <w:rPr>
                <w:sz w:val="18"/>
                <w:szCs w:val="20"/>
                <w:lang w:val="pl-PL"/>
              </w:rPr>
            </w:pPr>
            <w:r w:rsidRPr="0093230D">
              <w:rPr>
                <w:b/>
                <w:color w:val="000000"/>
                <w:sz w:val="24"/>
                <w:szCs w:val="20"/>
                <w:lang w:val="pl-PL"/>
              </w:rPr>
              <w:t>3</w:t>
            </w:r>
          </w:p>
          <w:p w14:paraId="01E28178" w14:textId="77777777" w:rsidR="005E2EE3" w:rsidRPr="0093230D" w:rsidRDefault="005E2EE3" w:rsidP="00AC0F74">
            <w:pPr>
              <w:spacing w:line="216" w:lineRule="auto"/>
              <w:jc w:val="center"/>
              <w:rPr>
                <w:sz w:val="18"/>
                <w:szCs w:val="20"/>
                <w:lang w:val="pl-PL"/>
              </w:rPr>
            </w:pPr>
            <w:r w:rsidRPr="0093230D">
              <w:rPr>
                <w:b/>
                <w:color w:val="000000"/>
                <w:sz w:val="11"/>
                <w:szCs w:val="20"/>
                <w:lang w:val="pl-PL"/>
              </w:rPr>
              <w:t>SAMODZIELNIE</w:t>
            </w:r>
            <w:r w:rsidRPr="0093230D">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698D9AAE" w14:textId="77777777" w:rsidR="005E2EE3" w:rsidRPr="0093230D" w:rsidRDefault="005E2EE3" w:rsidP="00AC0F74">
            <w:pPr>
              <w:jc w:val="center"/>
              <w:rPr>
                <w:sz w:val="18"/>
                <w:szCs w:val="20"/>
                <w:lang w:val="pl-PL"/>
              </w:rPr>
            </w:pPr>
            <w:r w:rsidRPr="0093230D">
              <w:rPr>
                <w:b/>
                <w:color w:val="000000"/>
                <w:sz w:val="24"/>
                <w:szCs w:val="20"/>
                <w:lang w:val="pl-PL"/>
              </w:rPr>
              <w:t>4</w:t>
            </w:r>
          </w:p>
          <w:p w14:paraId="7873E6FE" w14:textId="77777777" w:rsidR="005E2EE3" w:rsidRPr="0093230D" w:rsidRDefault="005E2EE3" w:rsidP="00AC0F74">
            <w:pPr>
              <w:spacing w:line="216" w:lineRule="auto"/>
              <w:jc w:val="center"/>
              <w:rPr>
                <w:sz w:val="18"/>
                <w:szCs w:val="20"/>
                <w:lang w:val="pl-PL"/>
              </w:rPr>
            </w:pPr>
            <w:r w:rsidRPr="0093230D">
              <w:rPr>
                <w:b/>
                <w:color w:val="000000"/>
                <w:sz w:val="11"/>
                <w:szCs w:val="20"/>
                <w:lang w:val="pl-PL"/>
              </w:rPr>
              <w:t>POPRAWNIE</w:t>
            </w:r>
            <w:r w:rsidRPr="0093230D">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117190B1" w14:textId="77777777" w:rsidR="005E2EE3" w:rsidRPr="0093230D" w:rsidRDefault="005E2EE3" w:rsidP="00AC0F74">
            <w:pPr>
              <w:jc w:val="center"/>
              <w:rPr>
                <w:sz w:val="18"/>
                <w:szCs w:val="20"/>
                <w:lang w:val="pl-PL"/>
              </w:rPr>
            </w:pPr>
            <w:r w:rsidRPr="0093230D">
              <w:rPr>
                <w:b/>
                <w:color w:val="000000"/>
                <w:sz w:val="24"/>
                <w:szCs w:val="20"/>
                <w:lang w:val="pl-PL"/>
              </w:rPr>
              <w:t>5</w:t>
            </w:r>
          </w:p>
          <w:p w14:paraId="4CC897DD" w14:textId="77777777" w:rsidR="005E2EE3" w:rsidRPr="0093230D" w:rsidRDefault="005E2EE3" w:rsidP="00AC0F74">
            <w:pPr>
              <w:spacing w:line="216" w:lineRule="auto"/>
              <w:jc w:val="center"/>
              <w:rPr>
                <w:sz w:val="18"/>
                <w:szCs w:val="20"/>
                <w:lang w:val="pl-PL"/>
              </w:rPr>
            </w:pPr>
            <w:r w:rsidRPr="0093230D">
              <w:rPr>
                <w:b/>
                <w:color w:val="000000"/>
                <w:sz w:val="11"/>
                <w:szCs w:val="20"/>
                <w:lang w:val="pl-PL"/>
              </w:rPr>
              <w:t>SPRAWNIE, SAMODZIELNIE</w:t>
            </w:r>
            <w:r w:rsidRPr="0093230D">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4676D0A7" w14:textId="77777777" w:rsidR="005E2EE3" w:rsidRPr="0093230D" w:rsidRDefault="005E2EE3" w:rsidP="00AC0F74">
            <w:pPr>
              <w:jc w:val="center"/>
              <w:rPr>
                <w:sz w:val="18"/>
                <w:szCs w:val="20"/>
                <w:lang w:val="pl-PL"/>
              </w:rPr>
            </w:pPr>
            <w:r w:rsidRPr="0093230D">
              <w:rPr>
                <w:b/>
                <w:color w:val="000000"/>
                <w:sz w:val="24"/>
                <w:szCs w:val="20"/>
                <w:lang w:val="pl-PL"/>
              </w:rPr>
              <w:t>6</w:t>
            </w:r>
          </w:p>
          <w:p w14:paraId="572F6890" w14:textId="77777777" w:rsidR="005E2EE3" w:rsidRPr="0093230D" w:rsidRDefault="005E2EE3" w:rsidP="00AC0F74">
            <w:pPr>
              <w:spacing w:line="216" w:lineRule="auto"/>
              <w:jc w:val="center"/>
              <w:rPr>
                <w:sz w:val="18"/>
                <w:szCs w:val="20"/>
                <w:lang w:val="pl-PL"/>
              </w:rPr>
            </w:pPr>
            <w:r w:rsidRPr="0093230D">
              <w:rPr>
                <w:b/>
                <w:color w:val="000000"/>
                <w:sz w:val="11"/>
                <w:szCs w:val="20"/>
                <w:lang w:val="pl-PL"/>
              </w:rPr>
              <w:t>TWÓRCZO</w:t>
            </w:r>
            <w:r w:rsidRPr="0093230D">
              <w:rPr>
                <w:b/>
                <w:color w:val="000000"/>
                <w:sz w:val="11"/>
                <w:szCs w:val="20"/>
                <w:lang w:val="pl-PL"/>
              </w:rPr>
              <w:br/>
              <w:t>I ODPOWIEDZIALNIE</w:t>
            </w:r>
          </w:p>
        </w:tc>
      </w:tr>
      <w:tr w:rsidR="005E2EE3" w:rsidRPr="0093230D" w14:paraId="2C932E9A" w14:textId="77777777" w:rsidTr="00AC0F74">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21FA0489"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z pomocą odtwarza prosty krok</w:t>
            </w:r>
          </w:p>
          <w:p w14:paraId="0F8CC8A6"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utrzymuje rytm przez część zadania</w:t>
            </w:r>
          </w:p>
          <w:p w14:paraId="26FA49B8"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potrzebuje wskazania miejsca w przestrzeni</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6AEAE145"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samodzielnie wykonuje poznaną sekwencję</w:t>
            </w:r>
          </w:p>
          <w:p w14:paraId="4FD11491"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zachowuje podstawowy rytm i kierunek</w:t>
            </w:r>
          </w:p>
          <w:p w14:paraId="230EEC4C"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współpracuje w typowej sytuacji</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0E8BEF7C"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poprawnie łączy kroki i figury</w:t>
            </w:r>
          </w:p>
          <w:p w14:paraId="296F33A7"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koordynuje ruch z partnerem lub grupą</w:t>
            </w:r>
          </w:p>
          <w:p w14:paraId="2A1D4BB6"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świadomie kontroluje przestrzeń</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40EE47E1"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sprawnie wykonuje układ i koryguje błąd</w:t>
            </w:r>
          </w:p>
          <w:p w14:paraId="10485683"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dobiera ekspresję do muzyki</w:t>
            </w:r>
          </w:p>
          <w:p w14:paraId="422B95EA"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uzasadnia proponowaną poprawkę</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1D22FFF0"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tworzy lub modyfikuje krótki układ</w:t>
            </w:r>
          </w:p>
          <w:p w14:paraId="62C14A11"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dostosowuje go do grupy</w:t>
            </w:r>
          </w:p>
          <w:p w14:paraId="2C434AA4" w14:textId="77777777" w:rsidR="005E2EE3" w:rsidRPr="0093230D" w:rsidRDefault="005E2EE3" w:rsidP="00AC0F74">
            <w:pPr>
              <w:pStyle w:val="Listapunktowana"/>
              <w:spacing w:after="36" w:line="245" w:lineRule="auto"/>
              <w:ind w:left="158" w:hanging="130"/>
              <w:rPr>
                <w:sz w:val="18"/>
                <w:szCs w:val="20"/>
                <w:lang w:val="pl-PL"/>
              </w:rPr>
            </w:pPr>
            <w:r w:rsidRPr="0093230D">
              <w:rPr>
                <w:lang w:val="pl-PL"/>
              </w:rPr>
              <w:t>prowadzi próbę albo dokumentuje i ocenia efekt</w:t>
            </w:r>
          </w:p>
        </w:tc>
      </w:tr>
    </w:tbl>
    <w:p w14:paraId="256F8631" w14:textId="77777777" w:rsidR="005E2EE3" w:rsidRPr="0093230D" w:rsidRDefault="005E2EE3" w:rsidP="005E2EE3">
      <w:pPr>
        <w:spacing w:before="50"/>
        <w:rPr>
          <w:sz w:val="18"/>
          <w:szCs w:val="20"/>
          <w:lang w:val="pl-PL"/>
        </w:rPr>
      </w:pPr>
      <w:r w:rsidRPr="0093230D">
        <w:rPr>
          <w:b/>
          <w:color w:val="000000"/>
          <w:sz w:val="13"/>
          <w:szCs w:val="20"/>
          <w:lang w:val="pl-PL"/>
        </w:rPr>
        <w:t xml:space="preserve">Ważne: </w:t>
      </w:r>
      <w:r w:rsidRPr="0093230D">
        <w:rPr>
          <w:color w:val="000000"/>
          <w:sz w:val="13"/>
          <w:szCs w:val="20"/>
          <w:lang w:val="pl-PL"/>
        </w:rPr>
        <w:t>Ocenia się rytm, kontrolę ruchu, współpracę i postęp, nie predyspozycje taneczne.</w:t>
      </w:r>
    </w:p>
    <w:p w14:paraId="427BBAC6" w14:textId="77777777" w:rsidR="00F264BF" w:rsidRPr="0093230D" w:rsidRDefault="005E2EE3" w:rsidP="005E2EE3">
      <w:pPr>
        <w:rPr>
          <w:sz w:val="18"/>
          <w:szCs w:val="20"/>
          <w:lang w:val="pl-PL"/>
        </w:rPr>
      </w:pPr>
      <w:r w:rsidRPr="0093230D">
        <w:rPr>
          <w:sz w:val="18"/>
          <w:szCs w:val="20"/>
          <w:lang w:val="pl-PL"/>
        </w:rPr>
        <w:br w:type="page"/>
      </w:r>
    </w:p>
    <w:p w14:paraId="1FB927E1" w14:textId="77777777" w:rsidR="00F264BF" w:rsidRPr="0093230D" w:rsidRDefault="00F264BF">
      <w:pPr>
        <w:rPr>
          <w:sz w:val="18"/>
          <w:szCs w:val="20"/>
          <w:lang w:val="pl-PL"/>
        </w:rPr>
      </w:pPr>
    </w:p>
    <w:tbl>
      <w:tblPr>
        <w:tblW w:w="0" w:type="auto"/>
        <w:jc w:val="center"/>
        <w:tblLayout w:type="fixed"/>
        <w:tblLook w:val="04A0" w:firstRow="1" w:lastRow="0" w:firstColumn="1" w:lastColumn="0" w:noHBand="0" w:noVBand="1"/>
      </w:tblPr>
      <w:tblGrid>
        <w:gridCol w:w="936"/>
        <w:gridCol w:w="14256"/>
      </w:tblGrid>
      <w:tr w:rsidR="00F264BF" w:rsidRPr="0093230D" w14:paraId="6335D9DD" w14:textId="77777777">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1D3BB670" w14:textId="77777777" w:rsidR="00F264BF" w:rsidRPr="0093230D" w:rsidRDefault="00000000">
            <w:pPr>
              <w:jc w:val="center"/>
              <w:rPr>
                <w:sz w:val="18"/>
                <w:szCs w:val="20"/>
                <w:lang w:val="pl-PL"/>
              </w:rPr>
            </w:pPr>
            <w:r w:rsidRPr="0093230D">
              <w:rPr>
                <w:b/>
                <w:color w:val="FFFFFF"/>
                <w:sz w:val="36"/>
                <w:szCs w:val="20"/>
                <w:lang w:val="pl-PL"/>
              </w:rPr>
              <w:t>5</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16D2960C" w14:textId="77777777" w:rsidR="00F264BF" w:rsidRPr="0093230D" w:rsidRDefault="00000000">
            <w:pPr>
              <w:rPr>
                <w:sz w:val="18"/>
                <w:szCs w:val="20"/>
                <w:lang w:val="pl-PL"/>
              </w:rPr>
            </w:pPr>
            <w:r w:rsidRPr="0093230D">
              <w:rPr>
                <w:b/>
                <w:color w:val="000000"/>
                <w:sz w:val="28"/>
                <w:szCs w:val="20"/>
                <w:lang w:val="pl-PL"/>
              </w:rPr>
              <w:t>RELAKSACJA I ODPRĘŻENIE</w:t>
            </w:r>
          </w:p>
          <w:p w14:paraId="27D2F60B" w14:textId="77777777" w:rsidR="00F264BF" w:rsidRPr="0093230D" w:rsidRDefault="00000000">
            <w:pPr>
              <w:rPr>
                <w:sz w:val="18"/>
                <w:szCs w:val="20"/>
                <w:lang w:val="pl-PL"/>
              </w:rPr>
            </w:pPr>
            <w:r w:rsidRPr="0093230D">
              <w:rPr>
                <w:i/>
                <w:color w:val="333333"/>
                <w:sz w:val="16"/>
                <w:szCs w:val="20"/>
                <w:lang w:val="pl-PL"/>
              </w:rPr>
              <w:t>Oddech, rozciąganie, redukcja napięcia i korzyści ruchu na świeżym powietrzu.</w:t>
            </w:r>
            <w:r w:rsidRPr="0093230D">
              <w:rPr>
                <w:b/>
                <w:color w:val="4B4B4B"/>
                <w:sz w:val="12"/>
                <w:lang w:val="pl-PL"/>
              </w:rPr>
              <w:t xml:space="preserve">  |  PODSTAWA: </w:t>
            </w:r>
            <w:r w:rsidRPr="0093230D">
              <w:rPr>
                <w:i/>
                <w:color w:val="4B4B4B"/>
                <w:sz w:val="12"/>
                <w:lang w:val="pl-PL"/>
              </w:rPr>
              <w:t>PP 2017/2025, WF kl. V–VI, V.1–2.</w:t>
            </w:r>
          </w:p>
        </w:tc>
      </w:tr>
    </w:tbl>
    <w:p w14:paraId="23F3D345" w14:textId="77777777" w:rsidR="00F264BF" w:rsidRPr="0093230D" w:rsidRDefault="00F264BF">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F264BF" w:rsidRPr="0093230D" w14:paraId="23D341AA" w14:textId="77777777">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5BFCCBB1" w14:textId="77777777" w:rsidR="00F264BF" w:rsidRPr="0093230D" w:rsidRDefault="00000000">
            <w:pPr>
              <w:spacing w:after="40"/>
              <w:rPr>
                <w:sz w:val="18"/>
                <w:szCs w:val="20"/>
                <w:lang w:val="pl-PL"/>
              </w:rPr>
            </w:pPr>
            <w:r w:rsidRPr="0093230D">
              <w:rPr>
                <w:b/>
                <w:color w:val="000000"/>
                <w:sz w:val="14"/>
                <w:szCs w:val="20"/>
                <w:lang w:val="pl-PL"/>
              </w:rPr>
              <w:t>ZAKRES WYMAGANIA</w:t>
            </w:r>
          </w:p>
          <w:p w14:paraId="0C1F2609"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wykonuje ćwiczenia oddechowe i rozciągające o charakterze relaksacyjnym</w:t>
            </w:r>
          </w:p>
          <w:p w14:paraId="2202EDDB"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rozpoznaje napięcie, zmęczenie i potrzebę odpoczynku</w:t>
            </w:r>
          </w:p>
          <w:p w14:paraId="656BA214"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omawia wpływ aktywności na świeżym powietrzu na stres i samopoczucie</w:t>
            </w:r>
          </w:p>
          <w:p w14:paraId="6D35C9F5"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stosuje prostą technikę wyciszenia po wysiłku</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43919D09" w14:textId="77777777" w:rsidR="00F264BF" w:rsidRPr="0093230D" w:rsidRDefault="00000000">
            <w:pPr>
              <w:spacing w:after="40"/>
              <w:rPr>
                <w:sz w:val="18"/>
                <w:szCs w:val="20"/>
                <w:lang w:val="pl-PL"/>
              </w:rPr>
            </w:pPr>
            <w:r w:rsidRPr="0093230D">
              <w:rPr>
                <w:b/>
                <w:color w:val="000000"/>
                <w:sz w:val="14"/>
                <w:szCs w:val="20"/>
                <w:lang w:val="pl-PL"/>
              </w:rPr>
              <w:t>KRYTERIA SUKCESU</w:t>
            </w:r>
          </w:p>
          <w:p w14:paraId="444244CD"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wykonuje spokojny, kontrolowany oddech</w:t>
            </w:r>
          </w:p>
          <w:p w14:paraId="3D5640D8"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rozciąga się bez bólu i gwałtownych ruchów</w:t>
            </w:r>
          </w:p>
          <w:p w14:paraId="3102662D"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dobiera prostą technikę do potrzeby</w:t>
            </w:r>
          </w:p>
          <w:p w14:paraId="44169FAB"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szanuje własne granice i komfort innych osób</w:t>
            </w:r>
          </w:p>
          <w:p w14:paraId="32F83C5D"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opisuje zmianę samopoczucia po ćwiczeniu</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78307C12" w14:textId="77777777" w:rsidR="00F264BF" w:rsidRPr="0093230D" w:rsidRDefault="00000000">
            <w:pPr>
              <w:spacing w:after="40"/>
              <w:rPr>
                <w:sz w:val="18"/>
                <w:szCs w:val="20"/>
                <w:lang w:val="pl-PL"/>
              </w:rPr>
            </w:pPr>
            <w:r w:rsidRPr="0093230D">
              <w:rPr>
                <w:b/>
                <w:color w:val="000000"/>
                <w:sz w:val="14"/>
                <w:szCs w:val="20"/>
                <w:lang w:val="pl-PL"/>
              </w:rPr>
              <w:t>MOŻLIWE DOWODY OSIĄGNIĘCIA UMIEJĘTNOŚCI</w:t>
            </w:r>
          </w:p>
          <w:p w14:paraId="7714B8E5" w14:textId="77777777" w:rsidR="00F264BF" w:rsidRPr="0093230D" w:rsidRDefault="00000000">
            <w:pPr>
              <w:spacing w:after="30"/>
              <w:rPr>
                <w:sz w:val="18"/>
                <w:szCs w:val="20"/>
                <w:lang w:val="pl-PL"/>
              </w:rPr>
            </w:pPr>
            <w:r w:rsidRPr="0093230D">
              <w:rPr>
                <w:i/>
                <w:color w:val="333333"/>
                <w:sz w:val="12"/>
                <w:szCs w:val="20"/>
                <w:lang w:val="pl-PL"/>
              </w:rPr>
              <w:t>Uczeń może pokazać tę umiejętność między innymi poprzez:</w:t>
            </w:r>
          </w:p>
          <w:p w14:paraId="71061ADB"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Wykonanie: oddychanie, rozciąganie, wyciszenie lub relaksacja</w:t>
            </w:r>
          </w:p>
          <w:p w14:paraId="12413288"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Zastosowanie: zestaw kończący lekcję lub przerwa regeneracyjna</w:t>
            </w:r>
          </w:p>
          <w:p w14:paraId="6A3C3F54"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Wypowiedź: wyjaśnienie korzyści ruchu na świeżym powietrzu</w:t>
            </w:r>
          </w:p>
          <w:p w14:paraId="24567500"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Refleksja: skala napięcia lub samopoczucia przed i po zadaniu</w:t>
            </w:r>
          </w:p>
        </w:tc>
      </w:tr>
    </w:tbl>
    <w:p w14:paraId="7A8AE73A" w14:textId="77777777" w:rsidR="00F264BF" w:rsidRPr="0093230D" w:rsidRDefault="00F264BF">
      <w:pPr>
        <w:rPr>
          <w:sz w:val="18"/>
          <w:szCs w:val="20"/>
          <w:lang w:val="pl-PL"/>
        </w:rPr>
      </w:pPr>
    </w:p>
    <w:p w14:paraId="3DD59F6C" w14:textId="77777777" w:rsidR="00F264BF" w:rsidRPr="0093230D" w:rsidRDefault="00000000">
      <w:pPr>
        <w:spacing w:before="40" w:after="40"/>
        <w:rPr>
          <w:sz w:val="18"/>
          <w:szCs w:val="20"/>
          <w:lang w:val="pl-PL"/>
        </w:rPr>
      </w:pPr>
      <w:r w:rsidRPr="0093230D">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F264BF" w:rsidRPr="0093230D" w14:paraId="5691EC1B" w14:textId="77777777">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4751B5BF" w14:textId="77777777" w:rsidR="00F264BF" w:rsidRPr="0093230D" w:rsidRDefault="00000000">
            <w:pPr>
              <w:jc w:val="center"/>
              <w:rPr>
                <w:sz w:val="18"/>
                <w:szCs w:val="20"/>
                <w:lang w:val="pl-PL"/>
              </w:rPr>
            </w:pPr>
            <w:r w:rsidRPr="0093230D">
              <w:rPr>
                <w:b/>
                <w:color w:val="000000"/>
                <w:sz w:val="24"/>
                <w:szCs w:val="20"/>
                <w:lang w:val="pl-PL"/>
              </w:rPr>
              <w:t>2</w:t>
            </w:r>
          </w:p>
          <w:p w14:paraId="24B62D1E" w14:textId="77777777" w:rsidR="00F264BF" w:rsidRPr="0093230D" w:rsidRDefault="00000000">
            <w:pPr>
              <w:spacing w:line="216" w:lineRule="auto"/>
              <w:jc w:val="center"/>
              <w:rPr>
                <w:sz w:val="18"/>
                <w:szCs w:val="20"/>
                <w:lang w:val="pl-PL"/>
              </w:rPr>
            </w:pPr>
            <w:r w:rsidRPr="0093230D">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7BED8B5F" w14:textId="77777777" w:rsidR="00F264BF" w:rsidRPr="0093230D" w:rsidRDefault="00000000">
            <w:pPr>
              <w:jc w:val="center"/>
              <w:rPr>
                <w:sz w:val="18"/>
                <w:szCs w:val="20"/>
                <w:lang w:val="pl-PL"/>
              </w:rPr>
            </w:pPr>
            <w:r w:rsidRPr="0093230D">
              <w:rPr>
                <w:b/>
                <w:color w:val="000000"/>
                <w:sz w:val="24"/>
                <w:szCs w:val="20"/>
                <w:lang w:val="pl-PL"/>
              </w:rPr>
              <w:t>3</w:t>
            </w:r>
          </w:p>
          <w:p w14:paraId="6308B38C" w14:textId="77777777" w:rsidR="00F264BF" w:rsidRPr="0093230D" w:rsidRDefault="00000000">
            <w:pPr>
              <w:spacing w:line="216" w:lineRule="auto"/>
              <w:jc w:val="center"/>
              <w:rPr>
                <w:sz w:val="18"/>
                <w:szCs w:val="20"/>
                <w:lang w:val="pl-PL"/>
              </w:rPr>
            </w:pPr>
            <w:r w:rsidRPr="0093230D">
              <w:rPr>
                <w:b/>
                <w:color w:val="000000"/>
                <w:sz w:val="11"/>
                <w:szCs w:val="20"/>
                <w:lang w:val="pl-PL"/>
              </w:rPr>
              <w:t>SAMODZIELNIE</w:t>
            </w:r>
            <w:r w:rsidRPr="0093230D">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FDCDB66" w14:textId="77777777" w:rsidR="00F264BF" w:rsidRPr="0093230D" w:rsidRDefault="00000000">
            <w:pPr>
              <w:jc w:val="center"/>
              <w:rPr>
                <w:sz w:val="18"/>
                <w:szCs w:val="20"/>
                <w:lang w:val="pl-PL"/>
              </w:rPr>
            </w:pPr>
            <w:r w:rsidRPr="0093230D">
              <w:rPr>
                <w:b/>
                <w:color w:val="000000"/>
                <w:sz w:val="24"/>
                <w:szCs w:val="20"/>
                <w:lang w:val="pl-PL"/>
              </w:rPr>
              <w:t>4</w:t>
            </w:r>
          </w:p>
          <w:p w14:paraId="36D9B438" w14:textId="77777777" w:rsidR="00F264BF" w:rsidRPr="0093230D" w:rsidRDefault="00000000">
            <w:pPr>
              <w:spacing w:line="216" w:lineRule="auto"/>
              <w:jc w:val="center"/>
              <w:rPr>
                <w:sz w:val="18"/>
                <w:szCs w:val="20"/>
                <w:lang w:val="pl-PL"/>
              </w:rPr>
            </w:pPr>
            <w:r w:rsidRPr="0093230D">
              <w:rPr>
                <w:b/>
                <w:color w:val="000000"/>
                <w:sz w:val="11"/>
                <w:szCs w:val="20"/>
                <w:lang w:val="pl-PL"/>
              </w:rPr>
              <w:t>POPRAWNIE</w:t>
            </w:r>
            <w:r w:rsidRPr="0093230D">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8E38BDA" w14:textId="77777777" w:rsidR="00F264BF" w:rsidRPr="0093230D" w:rsidRDefault="00000000">
            <w:pPr>
              <w:jc w:val="center"/>
              <w:rPr>
                <w:sz w:val="18"/>
                <w:szCs w:val="20"/>
                <w:lang w:val="pl-PL"/>
              </w:rPr>
            </w:pPr>
            <w:r w:rsidRPr="0093230D">
              <w:rPr>
                <w:b/>
                <w:color w:val="000000"/>
                <w:sz w:val="24"/>
                <w:szCs w:val="20"/>
                <w:lang w:val="pl-PL"/>
              </w:rPr>
              <w:t>5</w:t>
            </w:r>
          </w:p>
          <w:p w14:paraId="2C791D49" w14:textId="77777777" w:rsidR="00F264BF" w:rsidRPr="0093230D" w:rsidRDefault="00000000">
            <w:pPr>
              <w:spacing w:line="216" w:lineRule="auto"/>
              <w:jc w:val="center"/>
              <w:rPr>
                <w:sz w:val="18"/>
                <w:szCs w:val="20"/>
                <w:lang w:val="pl-PL"/>
              </w:rPr>
            </w:pPr>
            <w:r w:rsidRPr="0093230D">
              <w:rPr>
                <w:b/>
                <w:color w:val="000000"/>
                <w:sz w:val="11"/>
                <w:szCs w:val="20"/>
                <w:lang w:val="pl-PL"/>
              </w:rPr>
              <w:t>SPRAWNIE, SAMODZIELNIE</w:t>
            </w:r>
            <w:r w:rsidRPr="0093230D">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3D65535C" w14:textId="77777777" w:rsidR="00F264BF" w:rsidRPr="0093230D" w:rsidRDefault="00000000">
            <w:pPr>
              <w:jc w:val="center"/>
              <w:rPr>
                <w:sz w:val="18"/>
                <w:szCs w:val="20"/>
                <w:lang w:val="pl-PL"/>
              </w:rPr>
            </w:pPr>
            <w:r w:rsidRPr="0093230D">
              <w:rPr>
                <w:b/>
                <w:color w:val="000000"/>
                <w:sz w:val="24"/>
                <w:szCs w:val="20"/>
                <w:lang w:val="pl-PL"/>
              </w:rPr>
              <w:t>6</w:t>
            </w:r>
          </w:p>
          <w:p w14:paraId="733BC217" w14:textId="77777777" w:rsidR="00F264BF" w:rsidRPr="0093230D" w:rsidRDefault="00000000">
            <w:pPr>
              <w:spacing w:line="216" w:lineRule="auto"/>
              <w:jc w:val="center"/>
              <w:rPr>
                <w:sz w:val="18"/>
                <w:szCs w:val="20"/>
                <w:lang w:val="pl-PL"/>
              </w:rPr>
            </w:pPr>
            <w:r w:rsidRPr="0093230D">
              <w:rPr>
                <w:b/>
                <w:color w:val="000000"/>
                <w:sz w:val="11"/>
                <w:szCs w:val="20"/>
                <w:lang w:val="pl-PL"/>
              </w:rPr>
              <w:t>TWÓRCZO</w:t>
            </w:r>
            <w:r w:rsidRPr="0093230D">
              <w:rPr>
                <w:b/>
                <w:color w:val="000000"/>
                <w:sz w:val="11"/>
                <w:szCs w:val="20"/>
                <w:lang w:val="pl-PL"/>
              </w:rPr>
              <w:br/>
              <w:t>I ODPOWIEDZIALNIE</w:t>
            </w:r>
          </w:p>
        </w:tc>
      </w:tr>
      <w:tr w:rsidR="00F264BF" w:rsidRPr="0093230D" w14:paraId="100FA9C9" w14:textId="77777777">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371BBC79"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po instrukcji wykonuje prostą technikę</w:t>
            </w:r>
          </w:p>
          <w:p w14:paraId="3E1A40AE"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nazywa podstawowe odczucie</w:t>
            </w:r>
          </w:p>
          <w:p w14:paraId="10301B12"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przerywa po sygnale nauczyciela</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208B3C6F"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samodzielnie stosuje poznaną technikę</w:t>
            </w:r>
          </w:p>
          <w:p w14:paraId="189A3F53"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rozciąga się w bezpiecznym zakresie</w:t>
            </w:r>
          </w:p>
          <w:p w14:paraId="707C1430"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wyjaśnia podstawową korzyść</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631F68C0"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poprawnie dobiera technikę do sytuacji</w:t>
            </w:r>
          </w:p>
          <w:p w14:paraId="47027C92"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kontroluje oddech i napięcie</w:t>
            </w:r>
          </w:p>
          <w:p w14:paraId="4571B951"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porównuje samopoczucie przed i po</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36DF2ED2"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sprawnie łączy oddech z rozciąganiem</w:t>
            </w:r>
          </w:p>
          <w:p w14:paraId="2B13F253"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ocenia skuteczność metody</w:t>
            </w:r>
          </w:p>
          <w:p w14:paraId="3744314B"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uzasadnia wybór techniki</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4E23ED9A"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tworzy prosty zestaw regeneracji</w:t>
            </w:r>
          </w:p>
          <w:p w14:paraId="535F013D"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modyfikuje go zgodnie z potrzebą</w:t>
            </w:r>
          </w:p>
          <w:p w14:paraId="7EBF6842"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prowadzi fragment wyciszenia dla grupy</w:t>
            </w:r>
          </w:p>
        </w:tc>
      </w:tr>
    </w:tbl>
    <w:p w14:paraId="43F13699" w14:textId="77777777" w:rsidR="00F264BF" w:rsidRPr="0093230D" w:rsidRDefault="00000000">
      <w:pPr>
        <w:spacing w:before="50"/>
        <w:rPr>
          <w:color w:val="000000"/>
          <w:sz w:val="13"/>
          <w:szCs w:val="20"/>
          <w:lang w:val="pl-PL"/>
        </w:rPr>
      </w:pPr>
      <w:r w:rsidRPr="0093230D">
        <w:rPr>
          <w:b/>
          <w:color w:val="000000"/>
          <w:sz w:val="13"/>
          <w:szCs w:val="20"/>
          <w:lang w:val="pl-PL"/>
        </w:rPr>
        <w:t xml:space="preserve">Ważne: </w:t>
      </w:r>
      <w:r w:rsidRPr="0093230D">
        <w:rPr>
          <w:color w:val="000000"/>
          <w:sz w:val="13"/>
          <w:szCs w:val="20"/>
          <w:lang w:val="pl-PL"/>
        </w:rPr>
        <w:t>Uczeń nie jest oceniany za deklarowany poziom stresu, lecz za bezpieczne stosowanie poznanych metod.</w:t>
      </w:r>
    </w:p>
    <w:p w14:paraId="17C8565D" w14:textId="77777777" w:rsidR="005E2EE3" w:rsidRPr="0093230D" w:rsidRDefault="005E2EE3">
      <w:pPr>
        <w:spacing w:before="50"/>
        <w:rPr>
          <w:color w:val="000000"/>
          <w:sz w:val="13"/>
          <w:szCs w:val="20"/>
          <w:lang w:val="pl-PL"/>
        </w:rPr>
      </w:pPr>
    </w:p>
    <w:p w14:paraId="7BA5EBE6" w14:textId="77777777" w:rsidR="005E2EE3" w:rsidRPr="0093230D" w:rsidRDefault="005E2EE3">
      <w:pPr>
        <w:spacing w:before="50"/>
        <w:rPr>
          <w:color w:val="000000"/>
          <w:sz w:val="13"/>
          <w:szCs w:val="20"/>
          <w:lang w:val="pl-PL"/>
        </w:rPr>
      </w:pPr>
    </w:p>
    <w:tbl>
      <w:tblPr>
        <w:tblW w:w="0" w:type="auto"/>
        <w:jc w:val="center"/>
        <w:tblLayout w:type="fixed"/>
        <w:tblLook w:val="04A0" w:firstRow="1" w:lastRow="0" w:firstColumn="1" w:lastColumn="0" w:noHBand="0" w:noVBand="1"/>
      </w:tblPr>
      <w:tblGrid>
        <w:gridCol w:w="936"/>
        <w:gridCol w:w="14256"/>
      </w:tblGrid>
      <w:tr w:rsidR="005E2EE3" w:rsidRPr="0093230D" w14:paraId="0F7AA1F3" w14:textId="77777777" w:rsidTr="00AC0F74">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2757C6A6" w14:textId="77777777" w:rsidR="005E2EE3" w:rsidRPr="0093230D" w:rsidRDefault="005E2EE3" w:rsidP="00AC0F74">
            <w:pPr>
              <w:jc w:val="center"/>
              <w:rPr>
                <w:sz w:val="18"/>
                <w:szCs w:val="20"/>
                <w:lang w:val="pl-PL"/>
              </w:rPr>
            </w:pPr>
            <w:r w:rsidRPr="0093230D">
              <w:rPr>
                <w:b/>
                <w:color w:val="FFFFFF"/>
                <w:sz w:val="36"/>
                <w:szCs w:val="20"/>
                <w:lang w:val="pl-PL"/>
              </w:rPr>
              <w:t>6</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6D6C9DF3" w14:textId="77777777" w:rsidR="005E2EE3" w:rsidRPr="0093230D" w:rsidRDefault="005E2EE3" w:rsidP="00AC0F74">
            <w:pPr>
              <w:rPr>
                <w:sz w:val="18"/>
                <w:szCs w:val="20"/>
                <w:lang w:val="pl-PL"/>
              </w:rPr>
            </w:pPr>
            <w:r w:rsidRPr="0093230D">
              <w:rPr>
                <w:b/>
                <w:color w:val="000000"/>
                <w:sz w:val="28"/>
                <w:szCs w:val="20"/>
                <w:lang w:val="pl-PL"/>
              </w:rPr>
              <w:t>MONITOROWANIE AKTYWNOŚCI I SPRAWNOŚCI FIZYCZNEJ</w:t>
            </w:r>
          </w:p>
          <w:p w14:paraId="7AF476B3" w14:textId="77777777" w:rsidR="005E2EE3" w:rsidRPr="0093230D" w:rsidRDefault="005E2EE3" w:rsidP="00AC0F74">
            <w:pPr>
              <w:rPr>
                <w:sz w:val="18"/>
                <w:szCs w:val="20"/>
                <w:lang w:val="pl-PL"/>
              </w:rPr>
            </w:pPr>
            <w:r w:rsidRPr="0093230D">
              <w:rPr>
                <w:i/>
                <w:color w:val="333333"/>
                <w:sz w:val="16"/>
                <w:szCs w:val="20"/>
                <w:lang w:val="pl-PL"/>
              </w:rPr>
              <w:t>Testy szybkości, wytrzymałości, siły i gibkości oraz bezpieczna interpretacja własnych wyników.</w:t>
            </w:r>
            <w:r w:rsidRPr="0093230D">
              <w:rPr>
                <w:b/>
                <w:color w:val="4B4B4B"/>
                <w:sz w:val="12"/>
                <w:lang w:val="pl-PL"/>
              </w:rPr>
              <w:t xml:space="preserve">  |  PODSTAWA: </w:t>
            </w:r>
            <w:r w:rsidRPr="0093230D">
              <w:rPr>
                <w:i/>
                <w:color w:val="4B4B4B"/>
                <w:sz w:val="12"/>
                <w:lang w:val="pl-PL"/>
              </w:rPr>
              <w:t>PP 2017/2025, WF kl. V–VI, VI.</w:t>
            </w:r>
          </w:p>
        </w:tc>
      </w:tr>
    </w:tbl>
    <w:p w14:paraId="6EA3908F" w14:textId="77777777" w:rsidR="005E2EE3" w:rsidRPr="0093230D" w:rsidRDefault="005E2EE3" w:rsidP="005E2EE3">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5E2EE3" w:rsidRPr="0093230D" w14:paraId="51110261" w14:textId="77777777" w:rsidTr="00AC0F74">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13EDC160" w14:textId="77777777" w:rsidR="005E2EE3" w:rsidRPr="0093230D" w:rsidRDefault="005E2EE3" w:rsidP="00AC0F74">
            <w:pPr>
              <w:spacing w:after="40"/>
              <w:rPr>
                <w:sz w:val="18"/>
                <w:szCs w:val="20"/>
                <w:lang w:val="pl-PL"/>
              </w:rPr>
            </w:pPr>
            <w:r w:rsidRPr="0093230D">
              <w:rPr>
                <w:b/>
                <w:color w:val="000000"/>
                <w:sz w:val="14"/>
                <w:szCs w:val="20"/>
                <w:lang w:val="pl-PL"/>
              </w:rPr>
              <w:t>ZAKRES WYMAGANIA</w:t>
            </w:r>
          </w:p>
          <w:p w14:paraId="23204A6E"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wykonuje testy pozwalające ocenić szybkość, wytrzymałość tlenową, siłę i gibkość</w:t>
            </w:r>
          </w:p>
          <w:p w14:paraId="28D42D89"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wykonuje próbę zgodnie z instrukcją i zasadami bezpieczeństwa</w:t>
            </w:r>
          </w:p>
          <w:p w14:paraId="6EE3B6DC"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zapisuje wynik z właściwą jednostką</w:t>
            </w:r>
          </w:p>
          <w:p w14:paraId="30EB0AD0"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z pomocą nauczyciela interpretuje wynik i wskazuje mocną stronę oraz obszar rozwoju</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440A8ED3" w14:textId="77777777" w:rsidR="005E2EE3" w:rsidRPr="0093230D" w:rsidRDefault="005E2EE3" w:rsidP="00AC0F74">
            <w:pPr>
              <w:spacing w:after="40"/>
              <w:rPr>
                <w:sz w:val="18"/>
                <w:szCs w:val="20"/>
                <w:lang w:val="pl-PL"/>
              </w:rPr>
            </w:pPr>
            <w:r w:rsidRPr="0093230D">
              <w:rPr>
                <w:b/>
                <w:color w:val="000000"/>
                <w:sz w:val="14"/>
                <w:szCs w:val="20"/>
                <w:lang w:val="pl-PL"/>
              </w:rPr>
              <w:t>KRYTERIA SUKCESU</w:t>
            </w:r>
          </w:p>
          <w:p w14:paraId="64161682"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przygotowuje się do próby i sprawdza stanowisko</w:t>
            </w:r>
          </w:p>
          <w:p w14:paraId="3E6A5B9C"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wykonuje pomiar zgodnie z instrukcją</w:t>
            </w:r>
          </w:p>
          <w:p w14:paraId="1149361C"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przerywa wysiłek przy niepokojących objawach</w:t>
            </w:r>
          </w:p>
          <w:p w14:paraId="40AD79C2"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porównuje własne wyniki, a nie wartość osób</w:t>
            </w:r>
          </w:p>
          <w:p w14:paraId="5A24DA0C"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formułuje realistyczny, prosty cel</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52CDDEA4" w14:textId="77777777" w:rsidR="005E2EE3" w:rsidRPr="0093230D" w:rsidRDefault="005E2EE3" w:rsidP="00AC0F74">
            <w:pPr>
              <w:spacing w:after="40"/>
              <w:rPr>
                <w:sz w:val="18"/>
                <w:szCs w:val="20"/>
                <w:lang w:val="pl-PL"/>
              </w:rPr>
            </w:pPr>
            <w:r w:rsidRPr="0093230D">
              <w:rPr>
                <w:b/>
                <w:color w:val="000000"/>
                <w:sz w:val="14"/>
                <w:szCs w:val="20"/>
                <w:lang w:val="pl-PL"/>
              </w:rPr>
              <w:t>MOŻLIWE DOWODY OSIĄGNIĘCIA UMIEJĘTNOŚCI</w:t>
            </w:r>
          </w:p>
          <w:p w14:paraId="3EE32314" w14:textId="77777777" w:rsidR="005E2EE3" w:rsidRPr="0093230D" w:rsidRDefault="005E2EE3" w:rsidP="00AC0F74">
            <w:pPr>
              <w:spacing w:after="30"/>
              <w:rPr>
                <w:sz w:val="18"/>
                <w:szCs w:val="20"/>
                <w:lang w:val="pl-PL"/>
              </w:rPr>
            </w:pPr>
            <w:r w:rsidRPr="0093230D">
              <w:rPr>
                <w:i/>
                <w:color w:val="333333"/>
                <w:sz w:val="12"/>
                <w:szCs w:val="20"/>
                <w:lang w:val="pl-PL"/>
              </w:rPr>
              <w:t>Uczeń może pokazać tę umiejętność między innymi poprzez:</w:t>
            </w:r>
          </w:p>
          <w:p w14:paraId="2AC58684"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Wykonanie: wybrana próba szybkości, wytrzymałości, siły lub gibkości</w:t>
            </w:r>
          </w:p>
          <w:p w14:paraId="76C63E08"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Dokumentacja: karta pomiaru, tabela wyników lub wykres własnego postępu</w:t>
            </w:r>
          </w:p>
          <w:p w14:paraId="2E46AF12"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Wypowiedź: omówienie czynników wpływających na wynik</w:t>
            </w:r>
          </w:p>
          <w:p w14:paraId="68B70A3F"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Refleksja: mocna strona, obszar rozwoju i kolejny krok</w:t>
            </w:r>
          </w:p>
        </w:tc>
      </w:tr>
    </w:tbl>
    <w:p w14:paraId="149527DF" w14:textId="77777777" w:rsidR="005E2EE3" w:rsidRPr="0093230D" w:rsidRDefault="005E2EE3" w:rsidP="005E2EE3">
      <w:pPr>
        <w:rPr>
          <w:sz w:val="18"/>
          <w:szCs w:val="20"/>
          <w:lang w:val="pl-PL"/>
        </w:rPr>
      </w:pPr>
    </w:p>
    <w:p w14:paraId="39274751" w14:textId="77777777" w:rsidR="005E2EE3" w:rsidRPr="0093230D" w:rsidRDefault="005E2EE3" w:rsidP="005E2EE3">
      <w:pPr>
        <w:spacing w:before="40" w:after="40"/>
        <w:rPr>
          <w:sz w:val="18"/>
          <w:szCs w:val="20"/>
          <w:lang w:val="pl-PL"/>
        </w:rPr>
      </w:pPr>
      <w:r w:rsidRPr="0093230D">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5E2EE3" w:rsidRPr="0093230D" w14:paraId="6A90B03F" w14:textId="77777777" w:rsidTr="00AC0F74">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32E7B5D5" w14:textId="77777777" w:rsidR="005E2EE3" w:rsidRPr="0093230D" w:rsidRDefault="005E2EE3" w:rsidP="00AC0F74">
            <w:pPr>
              <w:jc w:val="center"/>
              <w:rPr>
                <w:sz w:val="18"/>
                <w:szCs w:val="20"/>
                <w:lang w:val="pl-PL"/>
              </w:rPr>
            </w:pPr>
            <w:r w:rsidRPr="0093230D">
              <w:rPr>
                <w:b/>
                <w:color w:val="000000"/>
                <w:sz w:val="24"/>
                <w:szCs w:val="20"/>
                <w:lang w:val="pl-PL"/>
              </w:rPr>
              <w:t>2</w:t>
            </w:r>
          </w:p>
          <w:p w14:paraId="7E378A30" w14:textId="77777777" w:rsidR="005E2EE3" w:rsidRPr="0093230D" w:rsidRDefault="005E2EE3" w:rsidP="00AC0F74">
            <w:pPr>
              <w:spacing w:line="216" w:lineRule="auto"/>
              <w:jc w:val="center"/>
              <w:rPr>
                <w:sz w:val="18"/>
                <w:szCs w:val="20"/>
                <w:lang w:val="pl-PL"/>
              </w:rPr>
            </w:pPr>
            <w:r w:rsidRPr="0093230D">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33BD3D2A" w14:textId="77777777" w:rsidR="005E2EE3" w:rsidRPr="0093230D" w:rsidRDefault="005E2EE3" w:rsidP="00AC0F74">
            <w:pPr>
              <w:jc w:val="center"/>
              <w:rPr>
                <w:sz w:val="18"/>
                <w:szCs w:val="20"/>
                <w:lang w:val="pl-PL"/>
              </w:rPr>
            </w:pPr>
            <w:r w:rsidRPr="0093230D">
              <w:rPr>
                <w:b/>
                <w:color w:val="000000"/>
                <w:sz w:val="24"/>
                <w:szCs w:val="20"/>
                <w:lang w:val="pl-PL"/>
              </w:rPr>
              <w:t>3</w:t>
            </w:r>
          </w:p>
          <w:p w14:paraId="7DE0331F" w14:textId="77777777" w:rsidR="005E2EE3" w:rsidRPr="0093230D" w:rsidRDefault="005E2EE3" w:rsidP="00AC0F74">
            <w:pPr>
              <w:spacing w:line="216" w:lineRule="auto"/>
              <w:jc w:val="center"/>
              <w:rPr>
                <w:sz w:val="18"/>
                <w:szCs w:val="20"/>
                <w:lang w:val="pl-PL"/>
              </w:rPr>
            </w:pPr>
            <w:r w:rsidRPr="0093230D">
              <w:rPr>
                <w:b/>
                <w:color w:val="000000"/>
                <w:sz w:val="11"/>
                <w:szCs w:val="20"/>
                <w:lang w:val="pl-PL"/>
              </w:rPr>
              <w:t>SAMODZIELNIE</w:t>
            </w:r>
            <w:r w:rsidRPr="0093230D">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1D161550" w14:textId="77777777" w:rsidR="005E2EE3" w:rsidRPr="0093230D" w:rsidRDefault="005E2EE3" w:rsidP="00AC0F74">
            <w:pPr>
              <w:jc w:val="center"/>
              <w:rPr>
                <w:sz w:val="18"/>
                <w:szCs w:val="20"/>
                <w:lang w:val="pl-PL"/>
              </w:rPr>
            </w:pPr>
            <w:r w:rsidRPr="0093230D">
              <w:rPr>
                <w:b/>
                <w:color w:val="000000"/>
                <w:sz w:val="24"/>
                <w:szCs w:val="20"/>
                <w:lang w:val="pl-PL"/>
              </w:rPr>
              <w:t>4</w:t>
            </w:r>
          </w:p>
          <w:p w14:paraId="733C6B03" w14:textId="77777777" w:rsidR="005E2EE3" w:rsidRPr="0093230D" w:rsidRDefault="005E2EE3" w:rsidP="00AC0F74">
            <w:pPr>
              <w:spacing w:line="216" w:lineRule="auto"/>
              <w:jc w:val="center"/>
              <w:rPr>
                <w:sz w:val="18"/>
                <w:szCs w:val="20"/>
                <w:lang w:val="pl-PL"/>
              </w:rPr>
            </w:pPr>
            <w:r w:rsidRPr="0093230D">
              <w:rPr>
                <w:b/>
                <w:color w:val="000000"/>
                <w:sz w:val="11"/>
                <w:szCs w:val="20"/>
                <w:lang w:val="pl-PL"/>
              </w:rPr>
              <w:t>POPRAWNIE</w:t>
            </w:r>
            <w:r w:rsidRPr="0093230D">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6FE240D5" w14:textId="77777777" w:rsidR="005E2EE3" w:rsidRPr="0093230D" w:rsidRDefault="005E2EE3" w:rsidP="00AC0F74">
            <w:pPr>
              <w:jc w:val="center"/>
              <w:rPr>
                <w:sz w:val="18"/>
                <w:szCs w:val="20"/>
                <w:lang w:val="pl-PL"/>
              </w:rPr>
            </w:pPr>
            <w:r w:rsidRPr="0093230D">
              <w:rPr>
                <w:b/>
                <w:color w:val="000000"/>
                <w:sz w:val="24"/>
                <w:szCs w:val="20"/>
                <w:lang w:val="pl-PL"/>
              </w:rPr>
              <w:t>5</w:t>
            </w:r>
          </w:p>
          <w:p w14:paraId="55DE1733" w14:textId="77777777" w:rsidR="005E2EE3" w:rsidRPr="0093230D" w:rsidRDefault="005E2EE3" w:rsidP="00AC0F74">
            <w:pPr>
              <w:spacing w:line="216" w:lineRule="auto"/>
              <w:jc w:val="center"/>
              <w:rPr>
                <w:sz w:val="18"/>
                <w:szCs w:val="20"/>
                <w:lang w:val="pl-PL"/>
              </w:rPr>
            </w:pPr>
            <w:r w:rsidRPr="0093230D">
              <w:rPr>
                <w:b/>
                <w:color w:val="000000"/>
                <w:sz w:val="11"/>
                <w:szCs w:val="20"/>
                <w:lang w:val="pl-PL"/>
              </w:rPr>
              <w:t>SPRAWNIE, SAMODZIELNIE</w:t>
            </w:r>
            <w:r w:rsidRPr="0093230D">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442CE80D" w14:textId="77777777" w:rsidR="005E2EE3" w:rsidRPr="0093230D" w:rsidRDefault="005E2EE3" w:rsidP="00AC0F74">
            <w:pPr>
              <w:jc w:val="center"/>
              <w:rPr>
                <w:sz w:val="18"/>
                <w:szCs w:val="20"/>
                <w:lang w:val="pl-PL"/>
              </w:rPr>
            </w:pPr>
            <w:r w:rsidRPr="0093230D">
              <w:rPr>
                <w:b/>
                <w:color w:val="000000"/>
                <w:sz w:val="24"/>
                <w:szCs w:val="20"/>
                <w:lang w:val="pl-PL"/>
              </w:rPr>
              <w:t>6</w:t>
            </w:r>
          </w:p>
          <w:p w14:paraId="09CF237A" w14:textId="77777777" w:rsidR="005E2EE3" w:rsidRPr="0093230D" w:rsidRDefault="005E2EE3" w:rsidP="00AC0F74">
            <w:pPr>
              <w:spacing w:line="216" w:lineRule="auto"/>
              <w:jc w:val="center"/>
              <w:rPr>
                <w:sz w:val="18"/>
                <w:szCs w:val="20"/>
                <w:lang w:val="pl-PL"/>
              </w:rPr>
            </w:pPr>
            <w:r w:rsidRPr="0093230D">
              <w:rPr>
                <w:b/>
                <w:color w:val="000000"/>
                <w:sz w:val="11"/>
                <w:szCs w:val="20"/>
                <w:lang w:val="pl-PL"/>
              </w:rPr>
              <w:t>TWÓRCZO</w:t>
            </w:r>
            <w:r w:rsidRPr="0093230D">
              <w:rPr>
                <w:b/>
                <w:color w:val="000000"/>
                <w:sz w:val="11"/>
                <w:szCs w:val="20"/>
                <w:lang w:val="pl-PL"/>
              </w:rPr>
              <w:br/>
              <w:t>I ODPOWIEDZIALNIE</w:t>
            </w:r>
          </w:p>
        </w:tc>
      </w:tr>
      <w:tr w:rsidR="005E2EE3" w:rsidRPr="0093230D" w14:paraId="4B41AD54" w14:textId="77777777" w:rsidTr="00AC0F74">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4BC6522E"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z pomocą wykonuje pomiar i odczytuje wynik</w:t>
            </w:r>
          </w:p>
          <w:p w14:paraId="124B7AC4"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potrzebuje wsparcia w zapisie</w:t>
            </w:r>
          </w:p>
          <w:p w14:paraId="74B172B0"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rozpoznaje podstawową zasadę bezpieczeństwa</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5689C0B3"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samodzielnie wykonuje typową próbę</w:t>
            </w:r>
          </w:p>
          <w:p w14:paraId="7DB2691E"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zapisuje wynik i warunki</w:t>
            </w:r>
          </w:p>
          <w:p w14:paraId="407798C9"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wskazuje prostą mocną stronę lub trudność</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472D3EA5"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poprawnie porównuje własne wyniki</w:t>
            </w:r>
          </w:p>
          <w:p w14:paraId="2DC921CD"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wyjaśnia wpływ jednego czynnika</w:t>
            </w:r>
          </w:p>
          <w:p w14:paraId="1822717E"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formułuje realistyczny cel</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7C68B534"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ocenia wiarygodność pomiaru</w:t>
            </w:r>
          </w:p>
          <w:p w14:paraId="57FC8234"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analizuje kilka czynników</w:t>
            </w:r>
          </w:p>
          <w:p w14:paraId="0D1BD78A"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uzasadnia sposób dalszej pracy</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00288A06"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projektuje prosty sposób monitorowania</w:t>
            </w:r>
          </w:p>
          <w:p w14:paraId="2E43C732"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modyfikuje cel na podstawie danych</w:t>
            </w:r>
          </w:p>
          <w:p w14:paraId="793D99C9"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wyjaśnia wyniki bez porównywania wartości osób</w:t>
            </w:r>
          </w:p>
        </w:tc>
      </w:tr>
    </w:tbl>
    <w:p w14:paraId="31A34C5A" w14:textId="77777777" w:rsidR="005E2EE3" w:rsidRPr="0093230D" w:rsidRDefault="005E2EE3" w:rsidP="005E2EE3">
      <w:pPr>
        <w:spacing w:before="50"/>
        <w:rPr>
          <w:sz w:val="18"/>
          <w:szCs w:val="20"/>
          <w:lang w:val="pl-PL"/>
        </w:rPr>
      </w:pPr>
      <w:r w:rsidRPr="0093230D">
        <w:rPr>
          <w:b/>
          <w:color w:val="000000"/>
          <w:sz w:val="13"/>
          <w:szCs w:val="20"/>
          <w:lang w:val="pl-PL"/>
        </w:rPr>
        <w:t xml:space="preserve">Ważne: </w:t>
      </w:r>
      <w:r w:rsidRPr="0093230D">
        <w:rPr>
          <w:color w:val="000000"/>
          <w:sz w:val="13"/>
          <w:szCs w:val="20"/>
          <w:lang w:val="pl-PL"/>
        </w:rPr>
        <w:t>Wyniki testów służą diagnozie i planowaniu rozwoju; nie są bezpośrednim kryterium stopnia.</w:t>
      </w:r>
    </w:p>
    <w:p w14:paraId="60B4F48E" w14:textId="77777777" w:rsidR="00F264BF" w:rsidRPr="0093230D" w:rsidRDefault="005E2EE3" w:rsidP="005E2EE3">
      <w:pPr>
        <w:spacing w:before="50"/>
        <w:rPr>
          <w:sz w:val="18"/>
          <w:szCs w:val="20"/>
          <w:lang w:val="pl-PL"/>
        </w:rPr>
      </w:pPr>
      <w:r w:rsidRPr="0093230D">
        <w:rPr>
          <w:sz w:val="18"/>
          <w:szCs w:val="20"/>
          <w:lang w:val="pl-PL"/>
        </w:rPr>
        <w:br w:type="page"/>
      </w:r>
    </w:p>
    <w:tbl>
      <w:tblPr>
        <w:tblW w:w="0" w:type="auto"/>
        <w:jc w:val="center"/>
        <w:tblLayout w:type="fixed"/>
        <w:tblLook w:val="04A0" w:firstRow="1" w:lastRow="0" w:firstColumn="1" w:lastColumn="0" w:noHBand="0" w:noVBand="1"/>
      </w:tblPr>
      <w:tblGrid>
        <w:gridCol w:w="936"/>
        <w:gridCol w:w="14256"/>
      </w:tblGrid>
      <w:tr w:rsidR="00F264BF" w:rsidRPr="0093230D" w14:paraId="023A2683" w14:textId="77777777">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1916DFF4" w14:textId="77777777" w:rsidR="00F264BF" w:rsidRPr="0093230D" w:rsidRDefault="00000000">
            <w:pPr>
              <w:jc w:val="center"/>
              <w:rPr>
                <w:sz w:val="18"/>
                <w:szCs w:val="20"/>
                <w:lang w:val="pl-PL"/>
              </w:rPr>
            </w:pPr>
            <w:r w:rsidRPr="0093230D">
              <w:rPr>
                <w:b/>
                <w:color w:val="FFFFFF"/>
                <w:sz w:val="36"/>
                <w:szCs w:val="20"/>
                <w:lang w:val="pl-PL"/>
              </w:rPr>
              <w:lastRenderedPageBreak/>
              <w:t>7</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1D9A4A7E" w14:textId="77777777" w:rsidR="00F264BF" w:rsidRPr="0093230D" w:rsidRDefault="00000000">
            <w:pPr>
              <w:rPr>
                <w:sz w:val="18"/>
                <w:szCs w:val="20"/>
                <w:lang w:val="pl-PL"/>
              </w:rPr>
            </w:pPr>
            <w:r w:rsidRPr="0093230D">
              <w:rPr>
                <w:b/>
                <w:color w:val="000000"/>
                <w:sz w:val="28"/>
                <w:szCs w:val="20"/>
                <w:lang w:val="pl-PL"/>
              </w:rPr>
              <w:t>BEZPIECZEŃSTWO W AKTYWNOŚCI FIZYCZNEJ</w:t>
            </w:r>
          </w:p>
          <w:p w14:paraId="432875C0" w14:textId="77777777" w:rsidR="00F264BF" w:rsidRPr="0093230D" w:rsidRDefault="00000000">
            <w:pPr>
              <w:rPr>
                <w:sz w:val="18"/>
                <w:szCs w:val="20"/>
                <w:lang w:val="pl-PL"/>
              </w:rPr>
            </w:pPr>
            <w:r w:rsidRPr="0093230D">
              <w:rPr>
                <w:i/>
                <w:color w:val="333333"/>
                <w:sz w:val="16"/>
                <w:szCs w:val="20"/>
                <w:lang w:val="pl-PL"/>
              </w:rPr>
              <w:t xml:space="preserve">Przygotowanie, sprzęt, reguły, </w:t>
            </w:r>
            <w:proofErr w:type="spellStart"/>
            <w:r w:rsidRPr="0093230D">
              <w:rPr>
                <w:i/>
                <w:color w:val="333333"/>
                <w:sz w:val="16"/>
                <w:szCs w:val="20"/>
                <w:lang w:val="pl-PL"/>
              </w:rPr>
              <w:t>samoasekuracja</w:t>
            </w:r>
            <w:proofErr w:type="spellEnd"/>
            <w:r w:rsidRPr="0093230D">
              <w:rPr>
                <w:i/>
                <w:color w:val="333333"/>
                <w:sz w:val="16"/>
                <w:szCs w:val="20"/>
                <w:lang w:val="pl-PL"/>
              </w:rPr>
              <w:t>, urazy i bezpieczna aktywność w środowisku.</w:t>
            </w:r>
            <w:r w:rsidRPr="0093230D">
              <w:rPr>
                <w:b/>
                <w:color w:val="4B4B4B"/>
                <w:sz w:val="12"/>
                <w:lang w:val="pl-PL"/>
              </w:rPr>
              <w:t xml:space="preserve">  |  PODSTAWA: </w:t>
            </w:r>
            <w:r w:rsidRPr="0093230D">
              <w:rPr>
                <w:i/>
                <w:color w:val="4B4B4B"/>
                <w:sz w:val="12"/>
                <w:lang w:val="pl-PL"/>
              </w:rPr>
              <w:t>PP 2017/2025, WF kl. V–VI, VII.1–6.</w:t>
            </w:r>
          </w:p>
        </w:tc>
      </w:tr>
    </w:tbl>
    <w:p w14:paraId="0BE42850" w14:textId="77777777" w:rsidR="00F264BF" w:rsidRPr="0093230D" w:rsidRDefault="00F264BF">
      <w:pPr>
        <w:rPr>
          <w:sz w:val="14"/>
          <w:szCs w:val="16"/>
          <w:lang w:val="pl-PL"/>
        </w:rPr>
      </w:pPr>
    </w:p>
    <w:tbl>
      <w:tblPr>
        <w:tblW w:w="0" w:type="auto"/>
        <w:jc w:val="center"/>
        <w:tblLayout w:type="fixed"/>
        <w:tblLook w:val="04A0" w:firstRow="1" w:lastRow="0" w:firstColumn="1" w:lastColumn="0" w:noHBand="0" w:noVBand="1"/>
      </w:tblPr>
      <w:tblGrid>
        <w:gridCol w:w="5256"/>
        <w:gridCol w:w="4968"/>
        <w:gridCol w:w="4968"/>
      </w:tblGrid>
      <w:tr w:rsidR="00F264BF" w:rsidRPr="0093230D" w14:paraId="59F427C5" w14:textId="77777777">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4AEB4BCC" w14:textId="77777777" w:rsidR="00F264BF" w:rsidRPr="0093230D" w:rsidRDefault="00000000">
            <w:pPr>
              <w:spacing w:after="40"/>
              <w:rPr>
                <w:sz w:val="18"/>
                <w:szCs w:val="20"/>
                <w:lang w:val="pl-PL"/>
              </w:rPr>
            </w:pPr>
            <w:r w:rsidRPr="0093230D">
              <w:rPr>
                <w:b/>
                <w:color w:val="000000"/>
                <w:sz w:val="14"/>
                <w:szCs w:val="20"/>
                <w:lang w:val="pl-PL"/>
              </w:rPr>
              <w:t>ZAKRES WYMAGANIA</w:t>
            </w:r>
          </w:p>
          <w:p w14:paraId="3FC7AD90"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przygotowuje się do aktywności, uwzględniając miejsce, strój i rozgrzewkę</w:t>
            </w:r>
          </w:p>
          <w:p w14:paraId="6A5A3D69"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wyjaśnia znaczenie reguł rywalizacji</w:t>
            </w:r>
          </w:p>
          <w:p w14:paraId="22F2C5A7"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omawia postępowanie przy najczęstszych kontuzjach</w:t>
            </w:r>
          </w:p>
          <w:p w14:paraId="56956FB5"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bezpiecznie korzysta ze sprzętu i urządzeń</w:t>
            </w:r>
          </w:p>
          <w:p w14:paraId="3DEB5D01"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 xml:space="preserve">wykonuje poznane elementy </w:t>
            </w:r>
            <w:proofErr w:type="spellStart"/>
            <w:r w:rsidRPr="0093230D">
              <w:rPr>
                <w:color w:val="000000"/>
                <w:sz w:val="12"/>
                <w:szCs w:val="20"/>
                <w:lang w:val="pl-PL"/>
              </w:rPr>
              <w:t>samoasekuracji</w:t>
            </w:r>
            <w:proofErr w:type="spellEnd"/>
          </w:p>
          <w:p w14:paraId="095BB892"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stosuje zasady bezpieczeństwa nad wodą, w górach i na terenach zielonych</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1EC47E46" w14:textId="77777777" w:rsidR="00F264BF" w:rsidRPr="0093230D" w:rsidRDefault="00000000">
            <w:pPr>
              <w:spacing w:after="40"/>
              <w:rPr>
                <w:sz w:val="18"/>
                <w:szCs w:val="20"/>
                <w:lang w:val="pl-PL"/>
              </w:rPr>
            </w:pPr>
            <w:r w:rsidRPr="0093230D">
              <w:rPr>
                <w:b/>
                <w:color w:val="000000"/>
                <w:sz w:val="14"/>
                <w:szCs w:val="20"/>
                <w:lang w:val="pl-PL"/>
              </w:rPr>
              <w:t>KRYTERIA SUKCESU</w:t>
            </w:r>
          </w:p>
          <w:p w14:paraId="732D16F9"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sprawdza miejsce, nawierzchnię, sprzęt i własne przygotowanie</w:t>
            </w:r>
          </w:p>
          <w:p w14:paraId="23D73C9B"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reaguje na sygnały i przerwanie aktywności</w:t>
            </w:r>
          </w:p>
          <w:p w14:paraId="133CBA63"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rozpoznaje sytuację wymagającą pomocy dorosłego</w:t>
            </w:r>
          </w:p>
          <w:p w14:paraId="1BC724A9"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 xml:space="preserve">stosuje </w:t>
            </w:r>
            <w:proofErr w:type="spellStart"/>
            <w:r w:rsidRPr="0093230D">
              <w:rPr>
                <w:color w:val="000000"/>
                <w:sz w:val="12"/>
                <w:szCs w:val="20"/>
                <w:lang w:val="pl-PL"/>
              </w:rPr>
              <w:t>samoasekurację</w:t>
            </w:r>
            <w:proofErr w:type="spellEnd"/>
            <w:r w:rsidRPr="0093230D">
              <w:rPr>
                <w:color w:val="000000"/>
                <w:sz w:val="12"/>
                <w:szCs w:val="20"/>
                <w:lang w:val="pl-PL"/>
              </w:rPr>
              <w:t xml:space="preserve"> wyłącznie w poznanym zakresie</w:t>
            </w:r>
          </w:p>
          <w:p w14:paraId="41D61FD1"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dba o bezpieczeństwo innych i środowisko</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4E8F6626" w14:textId="77777777" w:rsidR="00F264BF" w:rsidRPr="0093230D" w:rsidRDefault="00000000">
            <w:pPr>
              <w:spacing w:after="40"/>
              <w:rPr>
                <w:sz w:val="18"/>
                <w:szCs w:val="20"/>
                <w:lang w:val="pl-PL"/>
              </w:rPr>
            </w:pPr>
            <w:r w:rsidRPr="0093230D">
              <w:rPr>
                <w:b/>
                <w:color w:val="000000"/>
                <w:sz w:val="14"/>
                <w:szCs w:val="20"/>
                <w:lang w:val="pl-PL"/>
              </w:rPr>
              <w:t>MOŻLIWE DOWODY OSIĄGNIĘCIA UMIEJĘTNOŚCI</w:t>
            </w:r>
          </w:p>
          <w:p w14:paraId="6E4E95BF" w14:textId="77777777" w:rsidR="00F264BF" w:rsidRPr="0093230D" w:rsidRDefault="00000000">
            <w:pPr>
              <w:spacing w:after="30"/>
              <w:rPr>
                <w:sz w:val="18"/>
                <w:szCs w:val="20"/>
                <w:lang w:val="pl-PL"/>
              </w:rPr>
            </w:pPr>
            <w:r w:rsidRPr="0093230D">
              <w:rPr>
                <w:i/>
                <w:color w:val="333333"/>
                <w:sz w:val="12"/>
                <w:szCs w:val="20"/>
                <w:lang w:val="pl-PL"/>
              </w:rPr>
              <w:t>Uczeń może pokazać tę umiejętność między innymi poprzez:</w:t>
            </w:r>
          </w:p>
          <w:p w14:paraId="57D3A756"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Obserwacja: przygotowanie stanowiska, sprzętu, stroju i bezpieczne zachowanie</w:t>
            </w:r>
          </w:p>
          <w:p w14:paraId="6DC77E42"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 xml:space="preserve">Demonstracja: poznany element </w:t>
            </w:r>
            <w:proofErr w:type="spellStart"/>
            <w:r w:rsidRPr="0093230D">
              <w:rPr>
                <w:color w:val="000000"/>
                <w:sz w:val="12"/>
                <w:szCs w:val="20"/>
                <w:lang w:val="pl-PL"/>
              </w:rPr>
              <w:t>samoasekuracji</w:t>
            </w:r>
            <w:proofErr w:type="spellEnd"/>
            <w:r w:rsidRPr="0093230D">
              <w:rPr>
                <w:color w:val="000000"/>
                <w:sz w:val="12"/>
                <w:szCs w:val="20"/>
                <w:lang w:val="pl-PL"/>
              </w:rPr>
              <w:t xml:space="preserve"> lub procedura przerwania aktywności</w:t>
            </w:r>
          </w:p>
          <w:p w14:paraId="19439906"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Sytuacja: analiza urazu, zagrożenia pogodowego lub ryzyka terenowego</w:t>
            </w:r>
          </w:p>
          <w:p w14:paraId="51523626" w14:textId="77777777" w:rsidR="00F264BF" w:rsidRPr="0093230D" w:rsidRDefault="00000000">
            <w:pPr>
              <w:pStyle w:val="Listapunktowana"/>
              <w:spacing w:after="22" w:line="245" w:lineRule="auto"/>
              <w:ind w:left="158" w:hanging="130"/>
              <w:rPr>
                <w:sz w:val="18"/>
                <w:szCs w:val="20"/>
                <w:lang w:val="pl-PL"/>
              </w:rPr>
            </w:pPr>
            <w:r w:rsidRPr="0093230D">
              <w:rPr>
                <w:color w:val="000000"/>
                <w:sz w:val="12"/>
                <w:szCs w:val="20"/>
                <w:lang w:val="pl-PL"/>
              </w:rPr>
              <w:t>Produkt: krótka instrukcja, regulamin lub lista kontrolna</w:t>
            </w:r>
          </w:p>
        </w:tc>
      </w:tr>
    </w:tbl>
    <w:p w14:paraId="06A693DA" w14:textId="77777777" w:rsidR="00F264BF" w:rsidRPr="0093230D" w:rsidRDefault="00F264BF">
      <w:pPr>
        <w:rPr>
          <w:sz w:val="18"/>
          <w:szCs w:val="20"/>
          <w:lang w:val="pl-PL"/>
        </w:rPr>
      </w:pPr>
    </w:p>
    <w:p w14:paraId="3F82B929" w14:textId="77777777" w:rsidR="00F264BF" w:rsidRPr="0093230D" w:rsidRDefault="00000000">
      <w:pPr>
        <w:spacing w:before="40" w:after="40"/>
        <w:rPr>
          <w:sz w:val="18"/>
          <w:szCs w:val="20"/>
          <w:lang w:val="pl-PL"/>
        </w:rPr>
      </w:pPr>
      <w:r w:rsidRPr="0093230D">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F264BF" w:rsidRPr="0093230D" w14:paraId="69C7B780" w14:textId="77777777">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15061EC2" w14:textId="77777777" w:rsidR="00F264BF" w:rsidRPr="0093230D" w:rsidRDefault="00000000">
            <w:pPr>
              <w:jc w:val="center"/>
              <w:rPr>
                <w:sz w:val="18"/>
                <w:szCs w:val="20"/>
                <w:lang w:val="pl-PL"/>
              </w:rPr>
            </w:pPr>
            <w:r w:rsidRPr="0093230D">
              <w:rPr>
                <w:b/>
                <w:color w:val="000000"/>
                <w:sz w:val="24"/>
                <w:szCs w:val="20"/>
                <w:lang w:val="pl-PL"/>
              </w:rPr>
              <w:t>2</w:t>
            </w:r>
          </w:p>
          <w:p w14:paraId="26D6A92F" w14:textId="77777777" w:rsidR="00F264BF" w:rsidRPr="0093230D" w:rsidRDefault="00000000">
            <w:pPr>
              <w:spacing w:line="216" w:lineRule="auto"/>
              <w:jc w:val="center"/>
              <w:rPr>
                <w:sz w:val="18"/>
                <w:szCs w:val="20"/>
                <w:lang w:val="pl-PL"/>
              </w:rPr>
            </w:pPr>
            <w:r w:rsidRPr="0093230D">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1425261A" w14:textId="77777777" w:rsidR="00F264BF" w:rsidRPr="0093230D" w:rsidRDefault="00000000">
            <w:pPr>
              <w:jc w:val="center"/>
              <w:rPr>
                <w:sz w:val="18"/>
                <w:szCs w:val="20"/>
                <w:lang w:val="pl-PL"/>
              </w:rPr>
            </w:pPr>
            <w:r w:rsidRPr="0093230D">
              <w:rPr>
                <w:b/>
                <w:color w:val="000000"/>
                <w:sz w:val="24"/>
                <w:szCs w:val="20"/>
                <w:lang w:val="pl-PL"/>
              </w:rPr>
              <w:t>3</w:t>
            </w:r>
          </w:p>
          <w:p w14:paraId="7033657F" w14:textId="77777777" w:rsidR="00F264BF" w:rsidRPr="0093230D" w:rsidRDefault="00000000">
            <w:pPr>
              <w:spacing w:line="216" w:lineRule="auto"/>
              <w:jc w:val="center"/>
              <w:rPr>
                <w:sz w:val="18"/>
                <w:szCs w:val="20"/>
                <w:lang w:val="pl-PL"/>
              </w:rPr>
            </w:pPr>
            <w:r w:rsidRPr="0093230D">
              <w:rPr>
                <w:b/>
                <w:color w:val="000000"/>
                <w:sz w:val="11"/>
                <w:szCs w:val="20"/>
                <w:lang w:val="pl-PL"/>
              </w:rPr>
              <w:t>SAMODZIELNIE</w:t>
            </w:r>
            <w:r w:rsidRPr="0093230D">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7EC99FDC" w14:textId="77777777" w:rsidR="00F264BF" w:rsidRPr="0093230D" w:rsidRDefault="00000000">
            <w:pPr>
              <w:jc w:val="center"/>
              <w:rPr>
                <w:sz w:val="18"/>
                <w:szCs w:val="20"/>
                <w:lang w:val="pl-PL"/>
              </w:rPr>
            </w:pPr>
            <w:r w:rsidRPr="0093230D">
              <w:rPr>
                <w:b/>
                <w:color w:val="000000"/>
                <w:sz w:val="24"/>
                <w:szCs w:val="20"/>
                <w:lang w:val="pl-PL"/>
              </w:rPr>
              <w:t>4</w:t>
            </w:r>
          </w:p>
          <w:p w14:paraId="1806BC53" w14:textId="77777777" w:rsidR="00F264BF" w:rsidRPr="0093230D" w:rsidRDefault="00000000">
            <w:pPr>
              <w:spacing w:line="216" w:lineRule="auto"/>
              <w:jc w:val="center"/>
              <w:rPr>
                <w:sz w:val="18"/>
                <w:szCs w:val="20"/>
                <w:lang w:val="pl-PL"/>
              </w:rPr>
            </w:pPr>
            <w:r w:rsidRPr="0093230D">
              <w:rPr>
                <w:b/>
                <w:color w:val="000000"/>
                <w:sz w:val="11"/>
                <w:szCs w:val="20"/>
                <w:lang w:val="pl-PL"/>
              </w:rPr>
              <w:t>POPRAWNIE</w:t>
            </w:r>
            <w:r w:rsidRPr="0093230D">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5738A4D" w14:textId="77777777" w:rsidR="00F264BF" w:rsidRPr="0093230D" w:rsidRDefault="00000000">
            <w:pPr>
              <w:jc w:val="center"/>
              <w:rPr>
                <w:sz w:val="18"/>
                <w:szCs w:val="20"/>
                <w:lang w:val="pl-PL"/>
              </w:rPr>
            </w:pPr>
            <w:r w:rsidRPr="0093230D">
              <w:rPr>
                <w:b/>
                <w:color w:val="000000"/>
                <w:sz w:val="24"/>
                <w:szCs w:val="20"/>
                <w:lang w:val="pl-PL"/>
              </w:rPr>
              <w:t>5</w:t>
            </w:r>
          </w:p>
          <w:p w14:paraId="4C8D971F" w14:textId="77777777" w:rsidR="00F264BF" w:rsidRPr="0093230D" w:rsidRDefault="00000000">
            <w:pPr>
              <w:spacing w:line="216" w:lineRule="auto"/>
              <w:jc w:val="center"/>
              <w:rPr>
                <w:sz w:val="18"/>
                <w:szCs w:val="20"/>
                <w:lang w:val="pl-PL"/>
              </w:rPr>
            </w:pPr>
            <w:r w:rsidRPr="0093230D">
              <w:rPr>
                <w:b/>
                <w:color w:val="000000"/>
                <w:sz w:val="11"/>
                <w:szCs w:val="20"/>
                <w:lang w:val="pl-PL"/>
              </w:rPr>
              <w:t>SPRAWNIE, SAMODZIELNIE</w:t>
            </w:r>
            <w:r w:rsidRPr="0093230D">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6EEB505C" w14:textId="77777777" w:rsidR="00F264BF" w:rsidRPr="0093230D" w:rsidRDefault="00000000">
            <w:pPr>
              <w:jc w:val="center"/>
              <w:rPr>
                <w:sz w:val="18"/>
                <w:szCs w:val="20"/>
                <w:lang w:val="pl-PL"/>
              </w:rPr>
            </w:pPr>
            <w:r w:rsidRPr="0093230D">
              <w:rPr>
                <w:b/>
                <w:color w:val="000000"/>
                <w:sz w:val="24"/>
                <w:szCs w:val="20"/>
                <w:lang w:val="pl-PL"/>
              </w:rPr>
              <w:t>6</w:t>
            </w:r>
          </w:p>
          <w:p w14:paraId="5476B9EE" w14:textId="77777777" w:rsidR="00F264BF" w:rsidRPr="0093230D" w:rsidRDefault="00000000">
            <w:pPr>
              <w:spacing w:line="216" w:lineRule="auto"/>
              <w:jc w:val="center"/>
              <w:rPr>
                <w:sz w:val="18"/>
                <w:szCs w:val="20"/>
                <w:lang w:val="pl-PL"/>
              </w:rPr>
            </w:pPr>
            <w:r w:rsidRPr="0093230D">
              <w:rPr>
                <w:b/>
                <w:color w:val="000000"/>
                <w:sz w:val="11"/>
                <w:szCs w:val="20"/>
                <w:lang w:val="pl-PL"/>
              </w:rPr>
              <w:t>TWÓRCZO</w:t>
            </w:r>
            <w:r w:rsidRPr="0093230D">
              <w:rPr>
                <w:b/>
                <w:color w:val="000000"/>
                <w:sz w:val="11"/>
                <w:szCs w:val="20"/>
                <w:lang w:val="pl-PL"/>
              </w:rPr>
              <w:br/>
              <w:t>I ODPOWIEDZIALNIE</w:t>
            </w:r>
          </w:p>
        </w:tc>
      </w:tr>
      <w:tr w:rsidR="00F264BF" w:rsidRPr="0093230D" w14:paraId="0E9621C3" w14:textId="77777777">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2DD793C0"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rozpoznaje podstawową zasadę i stosuje ją po przypomnieniu</w:t>
            </w:r>
          </w:p>
          <w:p w14:paraId="424BF5F5"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z pomocą sprawdza miejsce i sprzęt</w:t>
            </w:r>
          </w:p>
          <w:p w14:paraId="77277D3C"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wie, kiedy przerwać działanie</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40FC60B5"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samodzielnie przygotowuje się do typowej aktywności</w:t>
            </w:r>
          </w:p>
          <w:p w14:paraId="2D16C79D"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korzysta ze sprzętu zgodnie z instrukcją</w:t>
            </w:r>
          </w:p>
          <w:p w14:paraId="5DF48CED"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reaguje na sygnały i zgłasza zagrożenie</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09CF5776"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poprawnie ocenia typowe warunki</w:t>
            </w:r>
          </w:p>
          <w:p w14:paraId="725B0AE7"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 xml:space="preserve">stosuje </w:t>
            </w:r>
            <w:proofErr w:type="spellStart"/>
            <w:r w:rsidRPr="0093230D">
              <w:rPr>
                <w:color w:val="000000"/>
                <w:sz w:val="12"/>
                <w:szCs w:val="20"/>
                <w:lang w:val="pl-PL"/>
              </w:rPr>
              <w:t>samoasekurację</w:t>
            </w:r>
            <w:proofErr w:type="spellEnd"/>
            <w:r w:rsidRPr="0093230D">
              <w:rPr>
                <w:color w:val="000000"/>
                <w:sz w:val="12"/>
                <w:szCs w:val="20"/>
                <w:lang w:val="pl-PL"/>
              </w:rPr>
              <w:t xml:space="preserve"> i zasady środowiskowe</w:t>
            </w:r>
          </w:p>
          <w:p w14:paraId="29BE333C"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wyjaśnia podstawowe postępowanie po urazie</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00C04D42"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sprawnie przewiduje ryzyko i dobiera zabezpieczenie</w:t>
            </w:r>
          </w:p>
          <w:p w14:paraId="6C6082E3"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uzasadnia zmianę lub przerwanie działania</w:t>
            </w:r>
          </w:p>
          <w:p w14:paraId="4D8A3B39"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wspiera bezpieczną organizację grupy</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4B0EC95B"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tworzy procedurę bezpiecznej aktywności</w:t>
            </w:r>
          </w:p>
          <w:p w14:paraId="114F851F"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modyfikuje ją do miejsca i uczestników</w:t>
            </w:r>
          </w:p>
          <w:p w14:paraId="32B2C0AB" w14:textId="77777777" w:rsidR="00F264BF" w:rsidRPr="0093230D" w:rsidRDefault="00000000">
            <w:pPr>
              <w:pStyle w:val="Listapunktowana"/>
              <w:spacing w:after="36" w:line="245" w:lineRule="auto"/>
              <w:ind w:left="158" w:hanging="130"/>
              <w:rPr>
                <w:sz w:val="18"/>
                <w:szCs w:val="20"/>
                <w:lang w:val="pl-PL"/>
              </w:rPr>
            </w:pPr>
            <w:r w:rsidRPr="0093230D">
              <w:rPr>
                <w:color w:val="000000"/>
                <w:sz w:val="12"/>
                <w:szCs w:val="20"/>
                <w:lang w:val="pl-PL"/>
              </w:rPr>
              <w:t>weryfikuje jej skuteczność</w:t>
            </w:r>
          </w:p>
        </w:tc>
      </w:tr>
    </w:tbl>
    <w:p w14:paraId="3099EDD0" w14:textId="77777777" w:rsidR="005E2EE3" w:rsidRPr="0093230D" w:rsidRDefault="00000000">
      <w:pPr>
        <w:spacing w:before="50"/>
        <w:rPr>
          <w:color w:val="000000"/>
          <w:sz w:val="13"/>
          <w:szCs w:val="20"/>
          <w:lang w:val="pl-PL"/>
        </w:rPr>
      </w:pPr>
      <w:r w:rsidRPr="0093230D">
        <w:rPr>
          <w:b/>
          <w:color w:val="000000"/>
          <w:sz w:val="13"/>
          <w:szCs w:val="20"/>
          <w:lang w:val="pl-PL"/>
        </w:rPr>
        <w:t xml:space="preserve">Ważne: </w:t>
      </w:r>
      <w:r w:rsidRPr="0093230D">
        <w:rPr>
          <w:color w:val="000000"/>
          <w:sz w:val="13"/>
          <w:szCs w:val="20"/>
          <w:lang w:val="pl-PL"/>
        </w:rPr>
        <w:t xml:space="preserve">Wymagania dotyczą wiedzy i bezpiecznych </w:t>
      </w:r>
      <w:proofErr w:type="spellStart"/>
      <w:r w:rsidRPr="0093230D">
        <w:rPr>
          <w:color w:val="000000"/>
          <w:sz w:val="13"/>
          <w:szCs w:val="20"/>
          <w:lang w:val="pl-PL"/>
        </w:rPr>
        <w:t>zachowań</w:t>
      </w:r>
      <w:proofErr w:type="spellEnd"/>
      <w:r w:rsidRPr="0093230D">
        <w:rPr>
          <w:color w:val="000000"/>
          <w:sz w:val="13"/>
          <w:szCs w:val="20"/>
          <w:lang w:val="pl-PL"/>
        </w:rPr>
        <w:t>, a nie podejmowania działań medycznych poza zakresem ucznia.</w:t>
      </w:r>
    </w:p>
    <w:p w14:paraId="1C451257" w14:textId="77777777" w:rsidR="005E2EE3" w:rsidRPr="0093230D" w:rsidRDefault="005E2EE3">
      <w:pPr>
        <w:spacing w:before="50"/>
        <w:rPr>
          <w:color w:val="000000"/>
          <w:sz w:val="13"/>
          <w:szCs w:val="20"/>
          <w:lang w:val="pl-PL"/>
        </w:rPr>
      </w:pPr>
    </w:p>
    <w:tbl>
      <w:tblPr>
        <w:tblW w:w="0" w:type="auto"/>
        <w:jc w:val="center"/>
        <w:tblLayout w:type="fixed"/>
        <w:tblLook w:val="04A0" w:firstRow="1" w:lastRow="0" w:firstColumn="1" w:lastColumn="0" w:noHBand="0" w:noVBand="1"/>
      </w:tblPr>
      <w:tblGrid>
        <w:gridCol w:w="936"/>
        <w:gridCol w:w="14256"/>
      </w:tblGrid>
      <w:tr w:rsidR="005E2EE3" w:rsidRPr="0093230D" w14:paraId="01361F62" w14:textId="77777777" w:rsidTr="00AC0F74">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20DD5BEA" w14:textId="77777777" w:rsidR="005E2EE3" w:rsidRPr="0093230D" w:rsidRDefault="005E2EE3" w:rsidP="00AC0F74">
            <w:pPr>
              <w:jc w:val="center"/>
              <w:rPr>
                <w:sz w:val="18"/>
                <w:szCs w:val="20"/>
                <w:lang w:val="pl-PL"/>
              </w:rPr>
            </w:pPr>
            <w:r w:rsidRPr="0093230D">
              <w:rPr>
                <w:b/>
                <w:color w:val="FFFFFF"/>
                <w:sz w:val="36"/>
                <w:szCs w:val="20"/>
                <w:lang w:val="pl-PL"/>
              </w:rPr>
              <w:t>8</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671BDE59" w14:textId="77777777" w:rsidR="005E2EE3" w:rsidRPr="0093230D" w:rsidRDefault="005E2EE3" w:rsidP="00AC0F74">
            <w:pPr>
              <w:rPr>
                <w:sz w:val="18"/>
                <w:szCs w:val="20"/>
                <w:lang w:val="pl-PL"/>
              </w:rPr>
            </w:pPr>
            <w:r w:rsidRPr="0093230D">
              <w:rPr>
                <w:b/>
                <w:color w:val="000000"/>
                <w:sz w:val="28"/>
                <w:szCs w:val="20"/>
                <w:lang w:val="pl-PL"/>
              </w:rPr>
              <w:t>KOMPETENCJE SPOŁECZNE</w:t>
            </w:r>
          </w:p>
          <w:p w14:paraId="332DDAF8" w14:textId="77777777" w:rsidR="005E2EE3" w:rsidRPr="0093230D" w:rsidRDefault="005E2EE3" w:rsidP="00AC0F74">
            <w:pPr>
              <w:rPr>
                <w:sz w:val="18"/>
                <w:szCs w:val="20"/>
                <w:lang w:val="pl-PL"/>
              </w:rPr>
            </w:pPr>
            <w:r w:rsidRPr="0093230D">
              <w:rPr>
                <w:i/>
                <w:color w:val="333333"/>
                <w:sz w:val="16"/>
                <w:szCs w:val="20"/>
                <w:lang w:val="pl-PL"/>
              </w:rPr>
              <w:t xml:space="preserve">Fair </w:t>
            </w:r>
            <w:proofErr w:type="spellStart"/>
            <w:r w:rsidRPr="0093230D">
              <w:rPr>
                <w:i/>
                <w:color w:val="333333"/>
                <w:sz w:val="16"/>
                <w:szCs w:val="20"/>
                <w:lang w:val="pl-PL"/>
              </w:rPr>
              <w:t>play</w:t>
            </w:r>
            <w:proofErr w:type="spellEnd"/>
            <w:r w:rsidRPr="0093230D">
              <w:rPr>
                <w:i/>
                <w:color w:val="333333"/>
                <w:sz w:val="16"/>
                <w:szCs w:val="20"/>
                <w:lang w:val="pl-PL"/>
              </w:rPr>
              <w:t>, role, komunikacja, emocje, empatia, włączenie i rozwiązywanie konfliktów.</w:t>
            </w:r>
            <w:r w:rsidRPr="0093230D">
              <w:rPr>
                <w:b/>
                <w:color w:val="4B4B4B"/>
                <w:sz w:val="12"/>
                <w:lang w:val="pl-PL"/>
              </w:rPr>
              <w:t xml:space="preserve">  |  PODSTAWA: </w:t>
            </w:r>
            <w:r w:rsidRPr="0093230D">
              <w:rPr>
                <w:i/>
                <w:color w:val="4B4B4B"/>
                <w:sz w:val="12"/>
                <w:lang w:val="pl-PL"/>
              </w:rPr>
              <w:t>PP 2017/2025, WF kl. V–VI, VIII.1–16.</w:t>
            </w:r>
          </w:p>
        </w:tc>
      </w:tr>
    </w:tbl>
    <w:p w14:paraId="145EAA6D" w14:textId="77777777" w:rsidR="005E2EE3" w:rsidRPr="0093230D" w:rsidRDefault="005E2EE3" w:rsidP="005E2EE3">
      <w:pPr>
        <w:rPr>
          <w:sz w:val="14"/>
          <w:szCs w:val="16"/>
          <w:lang w:val="pl-PL"/>
        </w:rPr>
      </w:pPr>
    </w:p>
    <w:tbl>
      <w:tblPr>
        <w:tblW w:w="0" w:type="auto"/>
        <w:jc w:val="center"/>
        <w:tblLayout w:type="fixed"/>
        <w:tblLook w:val="04A0" w:firstRow="1" w:lastRow="0" w:firstColumn="1" w:lastColumn="0" w:noHBand="0" w:noVBand="1"/>
      </w:tblPr>
      <w:tblGrid>
        <w:gridCol w:w="5256"/>
        <w:gridCol w:w="4968"/>
        <w:gridCol w:w="4968"/>
      </w:tblGrid>
      <w:tr w:rsidR="005E2EE3" w:rsidRPr="0093230D" w14:paraId="1987FCAE" w14:textId="77777777" w:rsidTr="00AC0F74">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0EBCD771" w14:textId="77777777" w:rsidR="005E2EE3" w:rsidRPr="0093230D" w:rsidRDefault="005E2EE3" w:rsidP="00AC0F74">
            <w:pPr>
              <w:spacing w:after="40"/>
              <w:rPr>
                <w:sz w:val="18"/>
                <w:szCs w:val="20"/>
                <w:lang w:val="pl-PL"/>
              </w:rPr>
            </w:pPr>
            <w:r w:rsidRPr="0093230D">
              <w:rPr>
                <w:b/>
                <w:color w:val="000000"/>
                <w:sz w:val="14"/>
                <w:szCs w:val="20"/>
                <w:lang w:val="pl-PL"/>
              </w:rPr>
              <w:t>ZAKRES WYMAGANIA</w:t>
            </w:r>
          </w:p>
          <w:p w14:paraId="7DA1BFBC"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 xml:space="preserve">rozumie ideę olimpizmu i stosuje zasadę fair </w:t>
            </w:r>
            <w:proofErr w:type="spellStart"/>
            <w:r w:rsidRPr="0093230D">
              <w:rPr>
                <w:color w:val="000000"/>
                <w:sz w:val="12"/>
                <w:szCs w:val="20"/>
                <w:lang w:val="pl-PL"/>
              </w:rPr>
              <w:t>play</w:t>
            </w:r>
            <w:proofErr w:type="spellEnd"/>
          </w:p>
          <w:p w14:paraId="414581E6"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okazuje szacunek przeciwnikowi, sędziemu i współuczestnikom</w:t>
            </w:r>
          </w:p>
          <w:p w14:paraId="22953AAF"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współdziała i skutecznie komunikuje się w grupie</w:t>
            </w:r>
          </w:p>
          <w:p w14:paraId="51F91527"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pełni rolę zawodnika, organizatora, sędziego lub kibica</w:t>
            </w:r>
          </w:p>
          <w:p w14:paraId="5BAD613E"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rozpoznaje emocje związane z wygraną, przegraną i błędem</w:t>
            </w:r>
          </w:p>
          <w:p w14:paraId="25786CD4"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wspiera osoby o różnej sprawności i przeciwdziała wykluczeniu</w:t>
            </w:r>
          </w:p>
          <w:p w14:paraId="17F3CAAC"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rozwiązuje nieporozumienia bez przemocy, z empatią i asertywnością</w:t>
            </w:r>
          </w:p>
          <w:p w14:paraId="7EB2F129"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wzmacnia poczucie własnej wartości i pozytywny obraz siebie</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31DAB971" w14:textId="77777777" w:rsidR="005E2EE3" w:rsidRPr="0093230D" w:rsidRDefault="005E2EE3" w:rsidP="00AC0F74">
            <w:pPr>
              <w:spacing w:after="40"/>
              <w:rPr>
                <w:sz w:val="18"/>
                <w:szCs w:val="20"/>
                <w:lang w:val="pl-PL"/>
              </w:rPr>
            </w:pPr>
            <w:r w:rsidRPr="0093230D">
              <w:rPr>
                <w:b/>
                <w:color w:val="000000"/>
                <w:sz w:val="14"/>
                <w:szCs w:val="20"/>
                <w:lang w:val="pl-PL"/>
              </w:rPr>
              <w:t>KRYTERIA SUKCESU</w:t>
            </w:r>
          </w:p>
          <w:p w14:paraId="2F08EE28"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respektuje zasady i decyzje sędziego</w:t>
            </w:r>
          </w:p>
          <w:p w14:paraId="04A540AA"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komunikuje się bez obrażania i obwiniania innych</w:t>
            </w:r>
          </w:p>
          <w:p w14:paraId="52AE5BD9"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przyjmuje odpowiedzialność za własną rolę i działanie zespołu</w:t>
            </w:r>
          </w:p>
          <w:p w14:paraId="0606867A"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wspiera udział każdego ucznia, także osoby o niższej sprawności</w:t>
            </w:r>
          </w:p>
          <w:p w14:paraId="4361A659"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nazywa emocje i rozwiązuje prosty konflikt w sposób konstruktywny</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14378EBC" w14:textId="77777777" w:rsidR="005E2EE3" w:rsidRPr="0093230D" w:rsidRDefault="005E2EE3" w:rsidP="00AC0F74">
            <w:pPr>
              <w:spacing w:after="40"/>
              <w:rPr>
                <w:sz w:val="18"/>
                <w:szCs w:val="20"/>
                <w:lang w:val="pl-PL"/>
              </w:rPr>
            </w:pPr>
            <w:r w:rsidRPr="0093230D">
              <w:rPr>
                <w:b/>
                <w:color w:val="000000"/>
                <w:sz w:val="14"/>
                <w:szCs w:val="20"/>
                <w:lang w:val="pl-PL"/>
              </w:rPr>
              <w:t>MOŻLIWE DOWODY OSIĄGNIĘCIA UMIEJĘTNOŚCI</w:t>
            </w:r>
          </w:p>
          <w:p w14:paraId="326B7314" w14:textId="77777777" w:rsidR="005E2EE3" w:rsidRPr="0093230D" w:rsidRDefault="005E2EE3" w:rsidP="00AC0F74">
            <w:pPr>
              <w:spacing w:after="30"/>
              <w:rPr>
                <w:sz w:val="18"/>
                <w:szCs w:val="20"/>
                <w:lang w:val="pl-PL"/>
              </w:rPr>
            </w:pPr>
            <w:r w:rsidRPr="0093230D">
              <w:rPr>
                <w:i/>
                <w:color w:val="333333"/>
                <w:sz w:val="12"/>
                <w:szCs w:val="20"/>
                <w:lang w:val="pl-PL"/>
              </w:rPr>
              <w:t>Uczeń może pokazać tę umiejętność między innymi poprzez:</w:t>
            </w:r>
          </w:p>
          <w:p w14:paraId="5F2A8341"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Obserwacja: gra, ćwiczenie w parze, praca zespołu lub organizacja aktywności</w:t>
            </w:r>
          </w:p>
          <w:p w14:paraId="7CFA4F44"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Rola: zawodnik, kapitan, sędzia, organizator, obserwator lub kibic</w:t>
            </w:r>
          </w:p>
          <w:p w14:paraId="29BFF12B"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Sytuacja społeczna: ustalenie zasad, rozwiązanie sporu lub włączenie uczestnika</w:t>
            </w:r>
          </w:p>
          <w:p w14:paraId="4393D610" w14:textId="77777777" w:rsidR="005E2EE3" w:rsidRPr="0093230D" w:rsidRDefault="005E2EE3" w:rsidP="00AC0F74">
            <w:pPr>
              <w:pStyle w:val="Listapunktowana"/>
              <w:spacing w:after="22" w:line="245" w:lineRule="auto"/>
              <w:ind w:left="158" w:hanging="130"/>
              <w:rPr>
                <w:sz w:val="18"/>
                <w:szCs w:val="20"/>
                <w:lang w:val="pl-PL"/>
              </w:rPr>
            </w:pPr>
            <w:r w:rsidRPr="0093230D">
              <w:rPr>
                <w:color w:val="000000"/>
                <w:sz w:val="12"/>
                <w:szCs w:val="20"/>
                <w:lang w:val="pl-PL"/>
              </w:rPr>
              <w:t>Refleksja: samoocena współpracy, informacja koleżeńska lub omówienie emocji</w:t>
            </w:r>
          </w:p>
        </w:tc>
      </w:tr>
    </w:tbl>
    <w:p w14:paraId="10F56306" w14:textId="77777777" w:rsidR="005E2EE3" w:rsidRPr="0093230D" w:rsidRDefault="005E2EE3" w:rsidP="005E2EE3">
      <w:pPr>
        <w:rPr>
          <w:sz w:val="18"/>
          <w:szCs w:val="20"/>
          <w:lang w:val="pl-PL"/>
        </w:rPr>
      </w:pPr>
    </w:p>
    <w:p w14:paraId="30E49F6B" w14:textId="77777777" w:rsidR="005E2EE3" w:rsidRPr="0093230D" w:rsidRDefault="005E2EE3" w:rsidP="005E2EE3">
      <w:pPr>
        <w:spacing w:before="40" w:after="40"/>
        <w:rPr>
          <w:sz w:val="18"/>
          <w:szCs w:val="20"/>
          <w:lang w:val="pl-PL"/>
        </w:rPr>
      </w:pPr>
      <w:r w:rsidRPr="0093230D">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5E2EE3" w:rsidRPr="0093230D" w14:paraId="39868749" w14:textId="77777777" w:rsidTr="00AC0F74">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4DC4953A" w14:textId="77777777" w:rsidR="005E2EE3" w:rsidRPr="0093230D" w:rsidRDefault="005E2EE3" w:rsidP="00AC0F74">
            <w:pPr>
              <w:jc w:val="center"/>
              <w:rPr>
                <w:sz w:val="18"/>
                <w:szCs w:val="20"/>
                <w:lang w:val="pl-PL"/>
              </w:rPr>
            </w:pPr>
            <w:r w:rsidRPr="0093230D">
              <w:rPr>
                <w:b/>
                <w:color w:val="000000"/>
                <w:sz w:val="24"/>
                <w:szCs w:val="20"/>
                <w:lang w:val="pl-PL"/>
              </w:rPr>
              <w:t>2</w:t>
            </w:r>
          </w:p>
          <w:p w14:paraId="099DA53F" w14:textId="77777777" w:rsidR="005E2EE3" w:rsidRPr="0093230D" w:rsidRDefault="005E2EE3" w:rsidP="00AC0F74">
            <w:pPr>
              <w:spacing w:line="216" w:lineRule="auto"/>
              <w:jc w:val="center"/>
              <w:rPr>
                <w:sz w:val="18"/>
                <w:szCs w:val="20"/>
                <w:lang w:val="pl-PL"/>
              </w:rPr>
            </w:pPr>
            <w:r w:rsidRPr="0093230D">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7FD906D3" w14:textId="77777777" w:rsidR="005E2EE3" w:rsidRPr="0093230D" w:rsidRDefault="005E2EE3" w:rsidP="00AC0F74">
            <w:pPr>
              <w:jc w:val="center"/>
              <w:rPr>
                <w:sz w:val="18"/>
                <w:szCs w:val="20"/>
                <w:lang w:val="pl-PL"/>
              </w:rPr>
            </w:pPr>
            <w:r w:rsidRPr="0093230D">
              <w:rPr>
                <w:b/>
                <w:color w:val="000000"/>
                <w:sz w:val="24"/>
                <w:szCs w:val="20"/>
                <w:lang w:val="pl-PL"/>
              </w:rPr>
              <w:t>3</w:t>
            </w:r>
          </w:p>
          <w:p w14:paraId="43E7BB8C" w14:textId="77777777" w:rsidR="005E2EE3" w:rsidRPr="0093230D" w:rsidRDefault="005E2EE3" w:rsidP="00AC0F74">
            <w:pPr>
              <w:spacing w:line="216" w:lineRule="auto"/>
              <w:jc w:val="center"/>
              <w:rPr>
                <w:sz w:val="18"/>
                <w:szCs w:val="20"/>
                <w:lang w:val="pl-PL"/>
              </w:rPr>
            </w:pPr>
            <w:r w:rsidRPr="0093230D">
              <w:rPr>
                <w:b/>
                <w:color w:val="000000"/>
                <w:sz w:val="11"/>
                <w:szCs w:val="20"/>
                <w:lang w:val="pl-PL"/>
              </w:rPr>
              <w:t>SAMODZIELNIE</w:t>
            </w:r>
            <w:r w:rsidRPr="0093230D">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2C12BD1B" w14:textId="77777777" w:rsidR="005E2EE3" w:rsidRPr="0093230D" w:rsidRDefault="005E2EE3" w:rsidP="00AC0F74">
            <w:pPr>
              <w:jc w:val="center"/>
              <w:rPr>
                <w:sz w:val="18"/>
                <w:szCs w:val="20"/>
                <w:lang w:val="pl-PL"/>
              </w:rPr>
            </w:pPr>
            <w:r w:rsidRPr="0093230D">
              <w:rPr>
                <w:b/>
                <w:color w:val="000000"/>
                <w:sz w:val="24"/>
                <w:szCs w:val="20"/>
                <w:lang w:val="pl-PL"/>
              </w:rPr>
              <w:t>4</w:t>
            </w:r>
          </w:p>
          <w:p w14:paraId="65ED8714" w14:textId="77777777" w:rsidR="005E2EE3" w:rsidRPr="0093230D" w:rsidRDefault="005E2EE3" w:rsidP="00AC0F74">
            <w:pPr>
              <w:spacing w:line="216" w:lineRule="auto"/>
              <w:jc w:val="center"/>
              <w:rPr>
                <w:sz w:val="18"/>
                <w:szCs w:val="20"/>
                <w:lang w:val="pl-PL"/>
              </w:rPr>
            </w:pPr>
            <w:r w:rsidRPr="0093230D">
              <w:rPr>
                <w:b/>
                <w:color w:val="000000"/>
                <w:sz w:val="11"/>
                <w:szCs w:val="20"/>
                <w:lang w:val="pl-PL"/>
              </w:rPr>
              <w:t>POPRAWNIE</w:t>
            </w:r>
            <w:r w:rsidRPr="0093230D">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6463F509" w14:textId="77777777" w:rsidR="005E2EE3" w:rsidRPr="0093230D" w:rsidRDefault="005E2EE3" w:rsidP="00AC0F74">
            <w:pPr>
              <w:jc w:val="center"/>
              <w:rPr>
                <w:sz w:val="18"/>
                <w:szCs w:val="20"/>
                <w:lang w:val="pl-PL"/>
              </w:rPr>
            </w:pPr>
            <w:r w:rsidRPr="0093230D">
              <w:rPr>
                <w:b/>
                <w:color w:val="000000"/>
                <w:sz w:val="24"/>
                <w:szCs w:val="20"/>
                <w:lang w:val="pl-PL"/>
              </w:rPr>
              <w:t>5</w:t>
            </w:r>
          </w:p>
          <w:p w14:paraId="69BC5440" w14:textId="77777777" w:rsidR="005E2EE3" w:rsidRPr="0093230D" w:rsidRDefault="005E2EE3" w:rsidP="00AC0F74">
            <w:pPr>
              <w:spacing w:line="216" w:lineRule="auto"/>
              <w:jc w:val="center"/>
              <w:rPr>
                <w:sz w:val="18"/>
                <w:szCs w:val="20"/>
                <w:lang w:val="pl-PL"/>
              </w:rPr>
            </w:pPr>
            <w:r w:rsidRPr="0093230D">
              <w:rPr>
                <w:b/>
                <w:color w:val="000000"/>
                <w:sz w:val="11"/>
                <w:szCs w:val="20"/>
                <w:lang w:val="pl-PL"/>
              </w:rPr>
              <w:t>SPRAWNIE, SAMODZIELNIE</w:t>
            </w:r>
            <w:r w:rsidRPr="0093230D">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78F9105C" w14:textId="77777777" w:rsidR="005E2EE3" w:rsidRPr="0093230D" w:rsidRDefault="005E2EE3" w:rsidP="00AC0F74">
            <w:pPr>
              <w:jc w:val="center"/>
              <w:rPr>
                <w:sz w:val="18"/>
                <w:szCs w:val="20"/>
                <w:lang w:val="pl-PL"/>
              </w:rPr>
            </w:pPr>
            <w:r w:rsidRPr="0093230D">
              <w:rPr>
                <w:b/>
                <w:color w:val="000000"/>
                <w:sz w:val="24"/>
                <w:szCs w:val="20"/>
                <w:lang w:val="pl-PL"/>
              </w:rPr>
              <w:t>6</w:t>
            </w:r>
          </w:p>
          <w:p w14:paraId="05F595F5" w14:textId="77777777" w:rsidR="005E2EE3" w:rsidRPr="0093230D" w:rsidRDefault="005E2EE3" w:rsidP="00AC0F74">
            <w:pPr>
              <w:spacing w:line="216" w:lineRule="auto"/>
              <w:jc w:val="center"/>
              <w:rPr>
                <w:sz w:val="18"/>
                <w:szCs w:val="20"/>
                <w:lang w:val="pl-PL"/>
              </w:rPr>
            </w:pPr>
            <w:r w:rsidRPr="0093230D">
              <w:rPr>
                <w:b/>
                <w:color w:val="000000"/>
                <w:sz w:val="11"/>
                <w:szCs w:val="20"/>
                <w:lang w:val="pl-PL"/>
              </w:rPr>
              <w:t>TWÓRCZO</w:t>
            </w:r>
            <w:r w:rsidRPr="0093230D">
              <w:rPr>
                <w:b/>
                <w:color w:val="000000"/>
                <w:sz w:val="11"/>
                <w:szCs w:val="20"/>
                <w:lang w:val="pl-PL"/>
              </w:rPr>
              <w:br/>
              <w:t>I ODPOWIEDZIALNIE</w:t>
            </w:r>
          </w:p>
        </w:tc>
      </w:tr>
      <w:tr w:rsidR="005E2EE3" w:rsidRPr="0093230D" w14:paraId="61ED2ED1" w14:textId="77777777" w:rsidTr="00AC0F74">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7900C698"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z pomocą przestrzega zasad i wykonuje przydzieloną rolę</w:t>
            </w:r>
          </w:p>
          <w:p w14:paraId="2DCFB593"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po przypomnieniu komunikuje się z szacunkiem</w:t>
            </w:r>
          </w:p>
          <w:p w14:paraId="147581BA"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 xml:space="preserve">przyjmuje wynik bez </w:t>
            </w:r>
            <w:proofErr w:type="spellStart"/>
            <w:r w:rsidRPr="0093230D">
              <w:rPr>
                <w:color w:val="000000"/>
                <w:sz w:val="12"/>
                <w:szCs w:val="20"/>
                <w:lang w:val="pl-PL"/>
              </w:rPr>
              <w:t>zachowań</w:t>
            </w:r>
            <w:proofErr w:type="spellEnd"/>
            <w:r w:rsidRPr="0093230D">
              <w:rPr>
                <w:color w:val="000000"/>
                <w:sz w:val="12"/>
                <w:szCs w:val="20"/>
                <w:lang w:val="pl-PL"/>
              </w:rPr>
              <w:t xml:space="preserve"> zagrażających innym</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7AFE6E52"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samodzielnie współpracuje w typowej sytuacji</w:t>
            </w:r>
          </w:p>
          <w:p w14:paraId="0DDB3102"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respektuje wynik i decyzje sędziego</w:t>
            </w:r>
          </w:p>
          <w:p w14:paraId="2CF3DEE3"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udziela prostej, życzliwej informacji zwrotnej</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22BA770B"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odpowiedzialnie pełni różne role</w:t>
            </w:r>
          </w:p>
          <w:p w14:paraId="6675ACE5"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wspiera partnera i reaguje na wykluczenie</w:t>
            </w:r>
          </w:p>
          <w:p w14:paraId="4B76CD78"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pomaga rozwiązać prosty konflikt</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27B54D3C"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świadomie buduje dobrą współpracę</w:t>
            </w:r>
          </w:p>
          <w:p w14:paraId="7160CC10"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rozpoznaje emocje i proponuje sprawiedliwe rozwiązanie</w:t>
            </w:r>
          </w:p>
          <w:p w14:paraId="298176C7"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motywuje innych bez wywierania presji</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66B67899"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 xml:space="preserve">współtworzy kulturę fair </w:t>
            </w:r>
            <w:proofErr w:type="spellStart"/>
            <w:r w:rsidRPr="0093230D">
              <w:rPr>
                <w:color w:val="000000"/>
                <w:sz w:val="12"/>
                <w:szCs w:val="20"/>
                <w:lang w:val="pl-PL"/>
              </w:rPr>
              <w:t>play</w:t>
            </w:r>
            <w:proofErr w:type="spellEnd"/>
          </w:p>
          <w:p w14:paraId="013D6A4A"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modyfikuje zasady, aby włączyć różne osoby</w:t>
            </w:r>
          </w:p>
          <w:p w14:paraId="2C235128" w14:textId="77777777" w:rsidR="005E2EE3" w:rsidRPr="0093230D" w:rsidRDefault="005E2EE3" w:rsidP="00AC0F74">
            <w:pPr>
              <w:pStyle w:val="Listapunktowana"/>
              <w:spacing w:after="36" w:line="245" w:lineRule="auto"/>
              <w:ind w:left="158" w:hanging="130"/>
              <w:rPr>
                <w:sz w:val="18"/>
                <w:szCs w:val="20"/>
                <w:lang w:val="pl-PL"/>
              </w:rPr>
            </w:pPr>
            <w:r w:rsidRPr="0093230D">
              <w:rPr>
                <w:color w:val="000000"/>
                <w:sz w:val="12"/>
                <w:szCs w:val="20"/>
                <w:lang w:val="pl-PL"/>
              </w:rPr>
              <w:t>inicjuje pomoc i ocenia społeczny efekt działania</w:t>
            </w:r>
          </w:p>
        </w:tc>
      </w:tr>
    </w:tbl>
    <w:p w14:paraId="6329F19C" w14:textId="77777777" w:rsidR="005E2EE3" w:rsidRPr="0093230D" w:rsidRDefault="005E2EE3" w:rsidP="005E2EE3">
      <w:pPr>
        <w:spacing w:before="50"/>
        <w:rPr>
          <w:sz w:val="18"/>
          <w:szCs w:val="20"/>
          <w:lang w:val="pl-PL"/>
        </w:rPr>
      </w:pPr>
      <w:r w:rsidRPr="0093230D">
        <w:rPr>
          <w:b/>
          <w:color w:val="000000"/>
          <w:sz w:val="13"/>
          <w:szCs w:val="20"/>
          <w:lang w:val="pl-PL"/>
        </w:rPr>
        <w:t xml:space="preserve">Ważne: </w:t>
      </w:r>
      <w:r w:rsidRPr="0093230D">
        <w:rPr>
          <w:color w:val="000000"/>
          <w:sz w:val="13"/>
          <w:szCs w:val="20"/>
          <w:lang w:val="pl-PL"/>
        </w:rPr>
        <w:t>Kompetencje społeczne ocenia się tylko w zakresie związanym z realizacją wymagań przedmiotowych, nie jako ogólną ocenę zachowania.</w:t>
      </w:r>
    </w:p>
    <w:p w14:paraId="5B26E28F" w14:textId="77777777" w:rsidR="005E2EE3" w:rsidRPr="0093230D" w:rsidRDefault="005E2EE3" w:rsidP="005E2EE3">
      <w:pPr>
        <w:rPr>
          <w:sz w:val="18"/>
          <w:szCs w:val="20"/>
          <w:lang w:val="pl-PL"/>
        </w:rPr>
      </w:pPr>
    </w:p>
    <w:p w14:paraId="7DCE6F92" w14:textId="77777777" w:rsidR="00F264BF" w:rsidRPr="0093230D" w:rsidRDefault="00F264BF">
      <w:pPr>
        <w:rPr>
          <w:sz w:val="18"/>
          <w:szCs w:val="20"/>
          <w:lang w:val="pl-PL"/>
        </w:rPr>
      </w:pPr>
    </w:p>
    <w:p w14:paraId="739B3C42" w14:textId="77777777" w:rsidR="008C3FD6" w:rsidRPr="0093230D" w:rsidRDefault="00000000">
      <w:pPr>
        <w:spacing w:after="80"/>
        <w:rPr>
          <w:lang w:val="pl-PL"/>
        </w:rPr>
      </w:pPr>
      <w:r w:rsidRPr="0093230D">
        <w:rPr>
          <w:b/>
          <w:sz w:val="34"/>
          <w:lang w:val="pl-PL"/>
        </w:rPr>
        <w:t>MOŻLIWE DOŚWIADCZENIA EDUKACYJNE</w:t>
      </w:r>
    </w:p>
    <w:p w14:paraId="25639282" w14:textId="77777777" w:rsidR="008C3FD6" w:rsidRPr="0093230D" w:rsidRDefault="00000000">
      <w:pPr>
        <w:spacing w:after="100"/>
        <w:rPr>
          <w:sz w:val="18"/>
          <w:lang w:val="pl-PL"/>
        </w:rPr>
      </w:pPr>
      <w:r w:rsidRPr="0093230D">
        <w:rPr>
          <w:sz w:val="18"/>
          <w:lang w:val="pl-PL"/>
        </w:rPr>
        <w:t>Podstawa programowa obowiązująca w klasach V–VIII wskazuje, że poniższe doświadczenia edukacyjne mogą być realizowane. Nie podlegają testowej ocenie sprawności fizycznej ani formalnej klasyfikacji. Mogą jednak dostarczać dowodów osiągnięcia wymagań szczegółowych, jeżeli oceniane są konkretne umiejętności ujawnione w działaniu.</w:t>
      </w:r>
    </w:p>
    <w:p w14:paraId="4C77C993" w14:textId="77777777" w:rsidR="0093230D" w:rsidRPr="0093230D" w:rsidRDefault="0093230D">
      <w:pPr>
        <w:spacing w:after="100"/>
        <w:rPr>
          <w:lang w:val="pl-PL"/>
        </w:rPr>
      </w:pPr>
    </w:p>
    <w:tbl>
      <w:tblPr>
        <w:tblStyle w:val="Tabela-Siatka"/>
        <w:tblW w:w="0" w:type="auto"/>
        <w:jc w:val="center"/>
        <w:tblLayout w:type="fixed"/>
        <w:tblLook w:val="04A0" w:firstRow="1" w:lastRow="0" w:firstColumn="1" w:lastColumn="0" w:noHBand="0" w:noVBand="1"/>
      </w:tblPr>
      <w:tblGrid>
        <w:gridCol w:w="4680"/>
        <w:gridCol w:w="4680"/>
        <w:gridCol w:w="6120"/>
      </w:tblGrid>
      <w:tr w:rsidR="008C3FD6" w:rsidRPr="0093230D" w14:paraId="71DE9012" w14:textId="77777777">
        <w:trPr>
          <w:tblHeader/>
          <w:jc w:val="center"/>
        </w:trPr>
        <w:tc>
          <w:tcPr>
            <w:tcW w:w="4680" w:type="dxa"/>
            <w:shd w:val="clear" w:color="auto" w:fill="D9D9D9"/>
            <w:tcMar>
              <w:top w:w="90" w:type="dxa"/>
              <w:left w:w="110" w:type="dxa"/>
              <w:bottom w:w="90" w:type="dxa"/>
              <w:right w:w="110" w:type="dxa"/>
            </w:tcMar>
            <w:vAlign w:val="center"/>
          </w:tcPr>
          <w:p w14:paraId="77F859AB" w14:textId="77777777" w:rsidR="008C3FD6" w:rsidRPr="0093230D" w:rsidRDefault="00000000">
            <w:pPr>
              <w:jc w:val="center"/>
              <w:rPr>
                <w:lang w:val="pl-PL"/>
              </w:rPr>
            </w:pPr>
            <w:r w:rsidRPr="0093230D">
              <w:rPr>
                <w:b/>
                <w:sz w:val="16"/>
                <w:lang w:val="pl-PL"/>
              </w:rPr>
              <w:t>FORMA DOŚWIADCZENIA</w:t>
            </w:r>
          </w:p>
        </w:tc>
        <w:tc>
          <w:tcPr>
            <w:tcW w:w="4680" w:type="dxa"/>
            <w:shd w:val="clear" w:color="auto" w:fill="D9D9D9"/>
            <w:tcMar>
              <w:top w:w="90" w:type="dxa"/>
              <w:left w:w="110" w:type="dxa"/>
              <w:bottom w:w="90" w:type="dxa"/>
              <w:right w:w="110" w:type="dxa"/>
            </w:tcMar>
            <w:vAlign w:val="center"/>
          </w:tcPr>
          <w:p w14:paraId="0D94EA2A" w14:textId="77777777" w:rsidR="008C3FD6" w:rsidRPr="0093230D" w:rsidRDefault="00000000">
            <w:pPr>
              <w:jc w:val="center"/>
              <w:rPr>
                <w:lang w:val="pl-PL"/>
              </w:rPr>
            </w:pPr>
            <w:r w:rsidRPr="0093230D">
              <w:rPr>
                <w:b/>
                <w:sz w:val="16"/>
                <w:lang w:val="pl-PL"/>
              </w:rPr>
              <w:t>STATUS / CZĘSTOTLIWOŚĆ WSKAZANA W PODSTAWIE</w:t>
            </w:r>
          </w:p>
        </w:tc>
        <w:tc>
          <w:tcPr>
            <w:tcW w:w="6120" w:type="dxa"/>
            <w:shd w:val="clear" w:color="auto" w:fill="D9D9D9"/>
            <w:tcMar>
              <w:top w:w="90" w:type="dxa"/>
              <w:left w:w="110" w:type="dxa"/>
              <w:bottom w:w="90" w:type="dxa"/>
              <w:right w:w="110" w:type="dxa"/>
            </w:tcMar>
            <w:vAlign w:val="center"/>
          </w:tcPr>
          <w:p w14:paraId="24E7F63F" w14:textId="77777777" w:rsidR="008C3FD6" w:rsidRPr="0093230D" w:rsidRDefault="00000000">
            <w:pPr>
              <w:jc w:val="center"/>
              <w:rPr>
                <w:lang w:val="pl-PL"/>
              </w:rPr>
            </w:pPr>
            <w:r w:rsidRPr="0093230D">
              <w:rPr>
                <w:b/>
                <w:sz w:val="16"/>
                <w:lang w:val="pl-PL"/>
              </w:rPr>
              <w:t>PRZYKŁADOWE DOWODY</w:t>
            </w:r>
          </w:p>
        </w:tc>
      </w:tr>
      <w:tr w:rsidR="008C3FD6" w:rsidRPr="0093230D" w14:paraId="7AD09D1D" w14:textId="77777777">
        <w:trPr>
          <w:jc w:val="center"/>
        </w:trPr>
        <w:tc>
          <w:tcPr>
            <w:tcW w:w="4680" w:type="dxa"/>
            <w:tcMar>
              <w:top w:w="95" w:type="dxa"/>
              <w:left w:w="110" w:type="dxa"/>
              <w:bottom w:w="95" w:type="dxa"/>
              <w:right w:w="110" w:type="dxa"/>
            </w:tcMar>
            <w:vAlign w:val="center"/>
          </w:tcPr>
          <w:p w14:paraId="024A03CB" w14:textId="77777777" w:rsidR="008C3FD6" w:rsidRPr="0093230D" w:rsidRDefault="00000000">
            <w:pPr>
              <w:rPr>
                <w:lang w:val="pl-PL"/>
              </w:rPr>
            </w:pPr>
            <w:r w:rsidRPr="0093230D">
              <w:rPr>
                <w:b/>
                <w:sz w:val="16"/>
                <w:lang w:val="pl-PL"/>
              </w:rPr>
              <w:t>Współorganizowanie wydarzenia związanego z aktywnością fizyczną</w:t>
            </w:r>
          </w:p>
        </w:tc>
        <w:tc>
          <w:tcPr>
            <w:tcW w:w="4680" w:type="dxa"/>
            <w:tcMar>
              <w:top w:w="95" w:type="dxa"/>
              <w:left w:w="110" w:type="dxa"/>
              <w:bottom w:w="95" w:type="dxa"/>
              <w:right w:w="110" w:type="dxa"/>
            </w:tcMar>
            <w:vAlign w:val="center"/>
          </w:tcPr>
          <w:p w14:paraId="6C8042F5" w14:textId="77777777" w:rsidR="008C3FD6" w:rsidRPr="0093230D" w:rsidRDefault="00000000">
            <w:pPr>
              <w:rPr>
                <w:lang w:val="pl-PL"/>
              </w:rPr>
            </w:pPr>
            <w:r w:rsidRPr="0093230D">
              <w:rPr>
                <w:sz w:val="16"/>
                <w:lang w:val="pl-PL"/>
              </w:rPr>
              <w:t>Może być realizowane; wskazane minimum: co najmniej raz w każdym roku szkolnym.</w:t>
            </w:r>
          </w:p>
        </w:tc>
        <w:tc>
          <w:tcPr>
            <w:tcW w:w="6120" w:type="dxa"/>
            <w:tcMar>
              <w:top w:w="95" w:type="dxa"/>
              <w:left w:w="110" w:type="dxa"/>
              <w:bottom w:w="95" w:type="dxa"/>
              <w:right w:w="110" w:type="dxa"/>
            </w:tcMar>
            <w:vAlign w:val="center"/>
          </w:tcPr>
          <w:p w14:paraId="0F95A466" w14:textId="77777777" w:rsidR="008C3FD6" w:rsidRPr="0093230D" w:rsidRDefault="00000000">
            <w:pPr>
              <w:rPr>
                <w:lang w:val="pl-PL"/>
              </w:rPr>
            </w:pPr>
            <w:r w:rsidRPr="0093230D">
              <w:rPr>
                <w:sz w:val="16"/>
                <w:lang w:val="pl-PL"/>
              </w:rPr>
              <w:t>Plan wydarzenia, realizacja roli, przygotowany materiał, refleksja po działaniu.</w:t>
            </w:r>
          </w:p>
        </w:tc>
      </w:tr>
      <w:tr w:rsidR="008C3FD6" w:rsidRPr="0093230D" w14:paraId="19DB2F81" w14:textId="77777777">
        <w:trPr>
          <w:jc w:val="center"/>
        </w:trPr>
        <w:tc>
          <w:tcPr>
            <w:tcW w:w="4680" w:type="dxa"/>
            <w:tcMar>
              <w:top w:w="95" w:type="dxa"/>
              <w:left w:w="110" w:type="dxa"/>
              <w:bottom w:w="95" w:type="dxa"/>
              <w:right w:w="110" w:type="dxa"/>
            </w:tcMar>
            <w:vAlign w:val="center"/>
          </w:tcPr>
          <w:p w14:paraId="30286D5A" w14:textId="77777777" w:rsidR="008C3FD6" w:rsidRPr="0093230D" w:rsidRDefault="00000000">
            <w:pPr>
              <w:rPr>
                <w:lang w:val="pl-PL"/>
              </w:rPr>
            </w:pPr>
            <w:r w:rsidRPr="0093230D">
              <w:rPr>
                <w:b/>
                <w:sz w:val="16"/>
                <w:lang w:val="pl-PL"/>
              </w:rPr>
              <w:t>Samodzielne zaplanowanie i przeprowadzenie ćwiczeń</w:t>
            </w:r>
          </w:p>
        </w:tc>
        <w:tc>
          <w:tcPr>
            <w:tcW w:w="4680" w:type="dxa"/>
            <w:tcMar>
              <w:top w:w="95" w:type="dxa"/>
              <w:left w:w="110" w:type="dxa"/>
              <w:bottom w:w="95" w:type="dxa"/>
              <w:right w:w="110" w:type="dxa"/>
            </w:tcMar>
            <w:vAlign w:val="center"/>
          </w:tcPr>
          <w:p w14:paraId="19F7ED70" w14:textId="77777777" w:rsidR="008C3FD6" w:rsidRPr="0093230D" w:rsidRDefault="00000000">
            <w:pPr>
              <w:rPr>
                <w:lang w:val="pl-PL"/>
              </w:rPr>
            </w:pPr>
            <w:r w:rsidRPr="0093230D">
              <w:rPr>
                <w:sz w:val="16"/>
                <w:lang w:val="pl-PL"/>
              </w:rPr>
              <w:t>Może być realizowane; wskazane minimum: co najmniej dwa razy w każdym roku szkolnym.</w:t>
            </w:r>
          </w:p>
        </w:tc>
        <w:tc>
          <w:tcPr>
            <w:tcW w:w="6120" w:type="dxa"/>
            <w:tcMar>
              <w:top w:w="95" w:type="dxa"/>
              <w:left w:w="110" w:type="dxa"/>
              <w:bottom w:w="95" w:type="dxa"/>
              <w:right w:w="110" w:type="dxa"/>
            </w:tcMar>
            <w:vAlign w:val="center"/>
          </w:tcPr>
          <w:p w14:paraId="575CB010" w14:textId="77777777" w:rsidR="008C3FD6" w:rsidRPr="0093230D" w:rsidRDefault="00000000">
            <w:pPr>
              <w:rPr>
                <w:lang w:val="pl-PL"/>
              </w:rPr>
            </w:pPr>
            <w:r w:rsidRPr="0093230D">
              <w:rPr>
                <w:sz w:val="16"/>
                <w:lang w:val="pl-PL"/>
              </w:rPr>
              <w:t>Plan rozgrzewki, zestawu lub gry, obserwacja realizacji, samoocena i modyfikacja.</w:t>
            </w:r>
          </w:p>
        </w:tc>
      </w:tr>
      <w:tr w:rsidR="008C3FD6" w:rsidRPr="0093230D" w14:paraId="4F90B84D" w14:textId="77777777">
        <w:trPr>
          <w:jc w:val="center"/>
        </w:trPr>
        <w:tc>
          <w:tcPr>
            <w:tcW w:w="4680" w:type="dxa"/>
            <w:tcMar>
              <w:top w:w="95" w:type="dxa"/>
              <w:left w:w="110" w:type="dxa"/>
              <w:bottom w:w="95" w:type="dxa"/>
              <w:right w:w="110" w:type="dxa"/>
            </w:tcMar>
            <w:vAlign w:val="center"/>
          </w:tcPr>
          <w:p w14:paraId="08BA2B9A" w14:textId="77777777" w:rsidR="008C3FD6" w:rsidRPr="0093230D" w:rsidRDefault="00000000">
            <w:pPr>
              <w:rPr>
                <w:lang w:val="pl-PL"/>
              </w:rPr>
            </w:pPr>
            <w:r w:rsidRPr="0093230D">
              <w:rPr>
                <w:b/>
                <w:sz w:val="16"/>
                <w:lang w:val="pl-PL"/>
              </w:rPr>
              <w:t>Dokumentowanie własnej aktywności fizycznej</w:t>
            </w:r>
          </w:p>
        </w:tc>
        <w:tc>
          <w:tcPr>
            <w:tcW w:w="4680" w:type="dxa"/>
            <w:tcMar>
              <w:top w:w="95" w:type="dxa"/>
              <w:left w:w="110" w:type="dxa"/>
              <w:bottom w:w="95" w:type="dxa"/>
              <w:right w:w="110" w:type="dxa"/>
            </w:tcMar>
            <w:vAlign w:val="center"/>
          </w:tcPr>
          <w:p w14:paraId="69276E36" w14:textId="77777777" w:rsidR="008C3FD6" w:rsidRPr="0093230D" w:rsidRDefault="00000000">
            <w:pPr>
              <w:rPr>
                <w:lang w:val="pl-PL"/>
              </w:rPr>
            </w:pPr>
            <w:r w:rsidRPr="0093230D">
              <w:rPr>
                <w:sz w:val="16"/>
                <w:lang w:val="pl-PL"/>
              </w:rPr>
              <w:t>Może być realizowane; podstawa nie określa minimalnej częstotliwości.</w:t>
            </w:r>
          </w:p>
        </w:tc>
        <w:tc>
          <w:tcPr>
            <w:tcW w:w="6120" w:type="dxa"/>
            <w:tcMar>
              <w:top w:w="95" w:type="dxa"/>
              <w:left w:w="110" w:type="dxa"/>
              <w:bottom w:w="95" w:type="dxa"/>
              <w:right w:w="110" w:type="dxa"/>
            </w:tcMar>
            <w:vAlign w:val="center"/>
          </w:tcPr>
          <w:p w14:paraId="28BC0175" w14:textId="77777777" w:rsidR="008C3FD6" w:rsidRPr="0093230D" w:rsidRDefault="00000000">
            <w:pPr>
              <w:rPr>
                <w:lang w:val="pl-PL"/>
              </w:rPr>
            </w:pPr>
            <w:r w:rsidRPr="0093230D">
              <w:rPr>
                <w:sz w:val="16"/>
                <w:lang w:val="pl-PL"/>
              </w:rPr>
              <w:t>Dziennik, tabela, wykres, analiza własnych danych i realistyczny kolejny krok.</w:t>
            </w:r>
          </w:p>
        </w:tc>
      </w:tr>
      <w:tr w:rsidR="008C3FD6" w:rsidRPr="0093230D" w14:paraId="3A70B8BA" w14:textId="77777777">
        <w:trPr>
          <w:jc w:val="center"/>
        </w:trPr>
        <w:tc>
          <w:tcPr>
            <w:tcW w:w="4680" w:type="dxa"/>
            <w:tcMar>
              <w:top w:w="95" w:type="dxa"/>
              <w:left w:w="110" w:type="dxa"/>
              <w:bottom w:w="95" w:type="dxa"/>
              <w:right w:w="110" w:type="dxa"/>
            </w:tcMar>
            <w:vAlign w:val="center"/>
          </w:tcPr>
          <w:p w14:paraId="7DFB30CB" w14:textId="77777777" w:rsidR="008C3FD6" w:rsidRPr="0093230D" w:rsidRDefault="00000000">
            <w:pPr>
              <w:rPr>
                <w:lang w:val="pl-PL"/>
              </w:rPr>
            </w:pPr>
            <w:r w:rsidRPr="0093230D">
              <w:rPr>
                <w:b/>
                <w:sz w:val="16"/>
                <w:lang w:val="pl-PL"/>
              </w:rPr>
              <w:t>Działanie promujące aktywność fizyczną</w:t>
            </w:r>
          </w:p>
        </w:tc>
        <w:tc>
          <w:tcPr>
            <w:tcW w:w="4680" w:type="dxa"/>
            <w:tcMar>
              <w:top w:w="95" w:type="dxa"/>
              <w:left w:w="110" w:type="dxa"/>
              <w:bottom w:w="95" w:type="dxa"/>
              <w:right w:w="110" w:type="dxa"/>
            </w:tcMar>
            <w:vAlign w:val="center"/>
          </w:tcPr>
          <w:p w14:paraId="288BDF3F" w14:textId="77777777" w:rsidR="008C3FD6" w:rsidRPr="0093230D" w:rsidRDefault="00000000">
            <w:pPr>
              <w:rPr>
                <w:lang w:val="pl-PL"/>
              </w:rPr>
            </w:pPr>
            <w:r w:rsidRPr="0093230D">
              <w:rPr>
                <w:sz w:val="16"/>
                <w:lang w:val="pl-PL"/>
              </w:rPr>
              <w:t>Może być realizowane; podstawa nie określa minimalnej częstotliwości.</w:t>
            </w:r>
          </w:p>
        </w:tc>
        <w:tc>
          <w:tcPr>
            <w:tcW w:w="6120" w:type="dxa"/>
            <w:tcMar>
              <w:top w:w="95" w:type="dxa"/>
              <w:left w:w="110" w:type="dxa"/>
              <w:bottom w:w="95" w:type="dxa"/>
              <w:right w:w="110" w:type="dxa"/>
            </w:tcMar>
            <w:vAlign w:val="center"/>
          </w:tcPr>
          <w:p w14:paraId="19004556" w14:textId="77777777" w:rsidR="008C3FD6" w:rsidRPr="0093230D" w:rsidRDefault="00000000">
            <w:pPr>
              <w:rPr>
                <w:lang w:val="pl-PL"/>
              </w:rPr>
            </w:pPr>
            <w:r w:rsidRPr="0093230D">
              <w:rPr>
                <w:sz w:val="16"/>
                <w:lang w:val="pl-PL"/>
              </w:rPr>
              <w:t>Plakat, komunikat, plan akcji, realizacja zadania i podsumowanie odbioru działania.</w:t>
            </w:r>
          </w:p>
        </w:tc>
      </w:tr>
      <w:tr w:rsidR="008C3FD6" w:rsidRPr="0093230D" w14:paraId="1D673CAE" w14:textId="77777777">
        <w:trPr>
          <w:jc w:val="center"/>
        </w:trPr>
        <w:tc>
          <w:tcPr>
            <w:tcW w:w="4680" w:type="dxa"/>
            <w:tcMar>
              <w:top w:w="95" w:type="dxa"/>
              <w:left w:w="110" w:type="dxa"/>
              <w:bottom w:w="95" w:type="dxa"/>
              <w:right w:w="110" w:type="dxa"/>
            </w:tcMar>
            <w:vAlign w:val="center"/>
          </w:tcPr>
          <w:p w14:paraId="116B9229" w14:textId="77777777" w:rsidR="008C3FD6" w:rsidRPr="0093230D" w:rsidRDefault="00000000">
            <w:pPr>
              <w:rPr>
                <w:lang w:val="pl-PL"/>
              </w:rPr>
            </w:pPr>
            <w:r w:rsidRPr="0093230D">
              <w:rPr>
                <w:b/>
                <w:sz w:val="16"/>
                <w:lang w:val="pl-PL"/>
              </w:rPr>
              <w:t>Aktywny udział w wydarzeniu sportowym lub rekreacyjnym</w:t>
            </w:r>
          </w:p>
        </w:tc>
        <w:tc>
          <w:tcPr>
            <w:tcW w:w="4680" w:type="dxa"/>
            <w:tcMar>
              <w:top w:w="95" w:type="dxa"/>
              <w:left w:w="110" w:type="dxa"/>
              <w:bottom w:w="95" w:type="dxa"/>
              <w:right w:w="110" w:type="dxa"/>
            </w:tcMar>
            <w:vAlign w:val="center"/>
          </w:tcPr>
          <w:p w14:paraId="66D2F985" w14:textId="77777777" w:rsidR="008C3FD6" w:rsidRPr="0093230D" w:rsidRDefault="00000000">
            <w:pPr>
              <w:rPr>
                <w:lang w:val="pl-PL"/>
              </w:rPr>
            </w:pPr>
            <w:r w:rsidRPr="0093230D">
              <w:rPr>
                <w:sz w:val="16"/>
                <w:lang w:val="pl-PL"/>
              </w:rPr>
              <w:t>Może być realizowane; wskazane minimum: co najmniej raz w każdym roku szkolnym.</w:t>
            </w:r>
          </w:p>
        </w:tc>
        <w:tc>
          <w:tcPr>
            <w:tcW w:w="6120" w:type="dxa"/>
            <w:tcMar>
              <w:top w:w="95" w:type="dxa"/>
              <w:left w:w="110" w:type="dxa"/>
              <w:bottom w:w="95" w:type="dxa"/>
              <w:right w:w="110" w:type="dxa"/>
            </w:tcMar>
            <w:vAlign w:val="center"/>
          </w:tcPr>
          <w:p w14:paraId="46BB6039" w14:textId="77777777" w:rsidR="008C3FD6" w:rsidRPr="0093230D" w:rsidRDefault="00000000">
            <w:pPr>
              <w:rPr>
                <w:lang w:val="pl-PL"/>
              </w:rPr>
            </w:pPr>
            <w:r w:rsidRPr="0093230D">
              <w:rPr>
                <w:sz w:val="16"/>
                <w:lang w:val="pl-PL"/>
              </w:rPr>
              <w:t xml:space="preserve">Udział w dostosowanej roli, obserwacja bezpieczeństwa i fair </w:t>
            </w:r>
            <w:proofErr w:type="spellStart"/>
            <w:r w:rsidRPr="0093230D">
              <w:rPr>
                <w:sz w:val="16"/>
                <w:lang w:val="pl-PL"/>
              </w:rPr>
              <w:t>play</w:t>
            </w:r>
            <w:proofErr w:type="spellEnd"/>
            <w:r w:rsidRPr="0093230D">
              <w:rPr>
                <w:sz w:val="16"/>
                <w:lang w:val="pl-PL"/>
              </w:rPr>
              <w:t>, karta refleksji.</w:t>
            </w:r>
          </w:p>
        </w:tc>
      </w:tr>
    </w:tbl>
    <w:p w14:paraId="13467975" w14:textId="77777777" w:rsidR="0093230D" w:rsidRPr="0093230D" w:rsidRDefault="0093230D">
      <w:pPr>
        <w:spacing w:before="100"/>
        <w:rPr>
          <w:b/>
          <w:sz w:val="17"/>
          <w:lang w:val="pl-PL"/>
        </w:rPr>
      </w:pPr>
    </w:p>
    <w:p w14:paraId="1C8FAE1D" w14:textId="2A7CDD67" w:rsidR="008C3FD6" w:rsidRPr="0093230D" w:rsidRDefault="00000000">
      <w:pPr>
        <w:spacing w:before="100"/>
        <w:rPr>
          <w:lang w:val="pl-PL"/>
        </w:rPr>
      </w:pPr>
      <w:r w:rsidRPr="0093230D">
        <w:rPr>
          <w:b/>
          <w:sz w:val="17"/>
          <w:lang w:val="pl-PL"/>
        </w:rPr>
        <w:t xml:space="preserve">Zasada realizacji: </w:t>
      </w:r>
      <w:r w:rsidRPr="0093230D">
        <w:rPr>
          <w:sz w:val="17"/>
          <w:lang w:val="pl-PL"/>
        </w:rPr>
        <w:t>jedno działanie może dostarczać dowodów dla kilku form, jeżeli uczeń rzeczywiście wykonuje odrębne zadania. Uczeń czasowo lub częściowo zwolniony powinien być włączany przez role znaczące edukacyjnie, np. planowanie, sędziowanie, organizację, obserwację lub dokumentowanie.</w:t>
      </w:r>
    </w:p>
    <w:p w14:paraId="4F174C47" w14:textId="77777777" w:rsidR="008C3FD6" w:rsidRPr="0093230D" w:rsidRDefault="00000000">
      <w:pPr>
        <w:rPr>
          <w:lang w:val="pl-PL"/>
        </w:rPr>
      </w:pPr>
      <w:r w:rsidRPr="0093230D">
        <w:rPr>
          <w:lang w:val="pl-PL"/>
        </w:rPr>
        <w:br w:type="page"/>
      </w:r>
    </w:p>
    <w:p w14:paraId="4BD60D0B" w14:textId="77777777" w:rsidR="00F264BF" w:rsidRPr="0093230D" w:rsidRDefault="00000000">
      <w:pPr>
        <w:keepNext/>
        <w:spacing w:before="40" w:after="80"/>
        <w:rPr>
          <w:lang w:val="pl-PL"/>
        </w:rPr>
      </w:pPr>
      <w:r w:rsidRPr="0093230D">
        <w:rPr>
          <w:b/>
          <w:color w:val="000000"/>
          <w:sz w:val="34"/>
          <w:lang w:val="pl-PL"/>
        </w:rPr>
        <w:lastRenderedPageBreak/>
        <w:t>USTALANIE OCENY ŚRÓDROCZNEJ I ROCZNEJ</w:t>
      </w:r>
    </w:p>
    <w:tbl>
      <w:tblPr>
        <w:tblW w:w="0" w:type="auto"/>
        <w:jc w:val="center"/>
        <w:tblLayout w:type="fixed"/>
        <w:tblLook w:val="04A0" w:firstRow="1" w:lastRow="0" w:firstColumn="1" w:lastColumn="0" w:noHBand="0" w:noVBand="1"/>
      </w:tblPr>
      <w:tblGrid>
        <w:gridCol w:w="7560"/>
        <w:gridCol w:w="7560"/>
      </w:tblGrid>
      <w:tr w:rsidR="00F264BF" w:rsidRPr="0093230D" w14:paraId="0547A016" w14:textId="77777777">
        <w:trPr>
          <w:jc w:val="center"/>
        </w:trPr>
        <w:tc>
          <w:tcPr>
            <w:tcW w:w="7560" w:type="dxa"/>
            <w:tcBorders>
              <w:top w:val="single" w:sz="8" w:space="0" w:color="000000"/>
              <w:left w:val="single" w:sz="8" w:space="0" w:color="000000"/>
              <w:bottom w:val="single" w:sz="8" w:space="0" w:color="000000"/>
              <w:right w:val="single" w:sz="8" w:space="0" w:color="000000"/>
            </w:tcBorders>
            <w:shd w:val="clear" w:color="auto" w:fill="F2F2F2"/>
            <w:tcMar>
              <w:top w:w="80" w:type="dxa"/>
              <w:left w:w="110" w:type="dxa"/>
              <w:bottom w:w="80" w:type="dxa"/>
              <w:right w:w="110" w:type="dxa"/>
            </w:tcMar>
          </w:tcPr>
          <w:p w14:paraId="6DBF433F" w14:textId="77777777" w:rsidR="00F264BF" w:rsidRPr="0093230D" w:rsidRDefault="00000000">
            <w:pPr>
              <w:rPr>
                <w:lang w:val="pl-PL"/>
              </w:rPr>
            </w:pPr>
            <w:r w:rsidRPr="0093230D">
              <w:rPr>
                <w:b/>
                <w:color w:val="000000"/>
                <w:sz w:val="20"/>
                <w:lang w:val="pl-PL"/>
              </w:rPr>
              <w:t>CO NAUCZYCIEL ANALIZUJE?</w:t>
            </w:r>
          </w:p>
          <w:p w14:paraId="5D83C970" w14:textId="77777777" w:rsidR="00F264BF" w:rsidRPr="0093230D" w:rsidRDefault="00000000">
            <w:pPr>
              <w:pStyle w:val="Listapunktowana"/>
              <w:spacing w:after="36" w:line="245" w:lineRule="auto"/>
              <w:ind w:left="158" w:hanging="130"/>
              <w:rPr>
                <w:lang w:val="pl-PL"/>
              </w:rPr>
            </w:pPr>
            <w:r w:rsidRPr="0093230D">
              <w:rPr>
                <w:color w:val="000000"/>
                <w:sz w:val="16"/>
                <w:lang w:val="pl-PL"/>
              </w:rPr>
              <w:t>poziom i postęp w opanowaniu wymagań zrealizowanych w danej klasie</w:t>
            </w:r>
          </w:p>
          <w:p w14:paraId="23D3A9C7" w14:textId="77777777" w:rsidR="00F264BF" w:rsidRPr="0093230D" w:rsidRDefault="00000000">
            <w:pPr>
              <w:pStyle w:val="Listapunktowana"/>
              <w:spacing w:after="36" w:line="245" w:lineRule="auto"/>
              <w:ind w:left="158" w:hanging="130"/>
              <w:rPr>
                <w:lang w:val="pl-PL"/>
              </w:rPr>
            </w:pPr>
            <w:r w:rsidRPr="0093230D">
              <w:rPr>
                <w:color w:val="000000"/>
                <w:sz w:val="16"/>
                <w:lang w:val="pl-PL"/>
              </w:rPr>
              <w:t>poprawność, bezpieczeństwo, samodzielność i zastosowanie umiejętności</w:t>
            </w:r>
          </w:p>
          <w:p w14:paraId="0A24F3D7" w14:textId="77777777" w:rsidR="00F264BF" w:rsidRPr="0093230D" w:rsidRDefault="00000000">
            <w:pPr>
              <w:pStyle w:val="Listapunktowana"/>
              <w:spacing w:after="36" w:line="245" w:lineRule="auto"/>
              <w:ind w:left="158" w:hanging="130"/>
              <w:rPr>
                <w:lang w:val="pl-PL"/>
              </w:rPr>
            </w:pPr>
            <w:r w:rsidRPr="0093230D">
              <w:rPr>
                <w:color w:val="000000"/>
                <w:sz w:val="16"/>
                <w:lang w:val="pl-PL"/>
              </w:rPr>
              <w:t>wysiłek adekwatny do możliwości ucznia</w:t>
            </w:r>
          </w:p>
          <w:p w14:paraId="46AB2997" w14:textId="77777777" w:rsidR="00F264BF" w:rsidRPr="0093230D" w:rsidRDefault="00000000">
            <w:pPr>
              <w:pStyle w:val="Listapunktowana"/>
              <w:spacing w:after="36" w:line="245" w:lineRule="auto"/>
              <w:ind w:left="158" w:hanging="130"/>
              <w:rPr>
                <w:lang w:val="pl-PL"/>
              </w:rPr>
            </w:pPr>
            <w:r w:rsidRPr="0093230D">
              <w:rPr>
                <w:color w:val="000000"/>
                <w:sz w:val="16"/>
                <w:lang w:val="pl-PL"/>
              </w:rPr>
              <w:t>systematyczność aktywnego udziału w zajęciach</w:t>
            </w:r>
          </w:p>
          <w:p w14:paraId="2F675F52" w14:textId="77777777" w:rsidR="00F264BF" w:rsidRPr="0093230D" w:rsidRDefault="00000000">
            <w:pPr>
              <w:pStyle w:val="Listapunktowana"/>
              <w:spacing w:after="36" w:line="245" w:lineRule="auto"/>
              <w:ind w:left="158" w:hanging="130"/>
              <w:rPr>
                <w:lang w:val="pl-PL"/>
              </w:rPr>
            </w:pPr>
            <w:r w:rsidRPr="0093230D">
              <w:rPr>
                <w:color w:val="000000"/>
                <w:sz w:val="16"/>
                <w:lang w:val="pl-PL"/>
              </w:rPr>
              <w:t>aktywność w działaniach szkoły na rzecz kultury fizycznej</w:t>
            </w:r>
          </w:p>
          <w:p w14:paraId="2BC0A1FC" w14:textId="77777777" w:rsidR="00F264BF" w:rsidRPr="0093230D" w:rsidRDefault="00000000">
            <w:pPr>
              <w:pStyle w:val="Listapunktowana"/>
              <w:spacing w:after="36" w:line="245" w:lineRule="auto"/>
              <w:ind w:left="158" w:hanging="130"/>
              <w:rPr>
                <w:lang w:val="pl-PL"/>
              </w:rPr>
            </w:pPr>
            <w:r w:rsidRPr="0093230D">
              <w:rPr>
                <w:color w:val="000000"/>
                <w:sz w:val="16"/>
                <w:lang w:val="pl-PL"/>
              </w:rPr>
              <w:t>współpracę i odpowiedzialność w zakresie wymagań przedmiotowych</w:t>
            </w:r>
          </w:p>
        </w:tc>
        <w:tc>
          <w:tcPr>
            <w:tcW w:w="7560"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1813082E" w14:textId="77777777" w:rsidR="00F264BF" w:rsidRPr="0093230D" w:rsidRDefault="00000000">
            <w:pPr>
              <w:rPr>
                <w:lang w:val="pl-PL"/>
              </w:rPr>
            </w:pPr>
            <w:r w:rsidRPr="0093230D">
              <w:rPr>
                <w:b/>
                <w:color w:val="000000"/>
                <w:sz w:val="20"/>
                <w:lang w:val="pl-PL"/>
              </w:rPr>
              <w:t>CZEGO NIE STOSOWAĆ AUTOMATYCZNIE?</w:t>
            </w:r>
          </w:p>
          <w:p w14:paraId="2D2D9910" w14:textId="77777777" w:rsidR="00F264BF" w:rsidRPr="0093230D" w:rsidRDefault="00000000">
            <w:pPr>
              <w:pStyle w:val="Listapunktowana"/>
              <w:spacing w:after="36" w:line="245" w:lineRule="auto"/>
              <w:ind w:left="158" w:hanging="130"/>
              <w:rPr>
                <w:lang w:val="pl-PL"/>
              </w:rPr>
            </w:pPr>
            <w:r w:rsidRPr="0093230D">
              <w:rPr>
                <w:color w:val="000000"/>
                <w:sz w:val="16"/>
                <w:lang w:val="pl-PL"/>
              </w:rPr>
              <w:t>średniej arytmetycznej jako jedynej podstawy oceny</w:t>
            </w:r>
          </w:p>
          <w:p w14:paraId="4955D82C" w14:textId="77777777" w:rsidR="00F264BF" w:rsidRPr="0093230D" w:rsidRDefault="00000000">
            <w:pPr>
              <w:pStyle w:val="Listapunktowana"/>
              <w:spacing w:after="36" w:line="245" w:lineRule="auto"/>
              <w:ind w:left="158" w:hanging="130"/>
              <w:rPr>
                <w:lang w:val="pl-PL"/>
              </w:rPr>
            </w:pPr>
            <w:r w:rsidRPr="0093230D">
              <w:rPr>
                <w:color w:val="000000"/>
                <w:sz w:val="16"/>
                <w:lang w:val="pl-PL"/>
              </w:rPr>
              <w:t>jednego testu sprawnościowego lub pojedynczego wyniku</w:t>
            </w:r>
          </w:p>
          <w:p w14:paraId="7D52F642" w14:textId="77777777" w:rsidR="00F264BF" w:rsidRPr="0093230D" w:rsidRDefault="00000000">
            <w:pPr>
              <w:pStyle w:val="Listapunktowana"/>
              <w:spacing w:after="36" w:line="245" w:lineRule="auto"/>
              <w:ind w:left="158" w:hanging="130"/>
              <w:rPr>
                <w:lang w:val="pl-PL"/>
              </w:rPr>
            </w:pPr>
            <w:r w:rsidRPr="0093230D">
              <w:rPr>
                <w:color w:val="000000"/>
                <w:sz w:val="16"/>
                <w:lang w:val="pl-PL"/>
              </w:rPr>
              <w:t>porównywania ucznia z wynikami innych osób</w:t>
            </w:r>
          </w:p>
          <w:p w14:paraId="72BE3FDA" w14:textId="77777777" w:rsidR="00F264BF" w:rsidRPr="0093230D" w:rsidRDefault="00000000">
            <w:pPr>
              <w:pStyle w:val="Listapunktowana"/>
              <w:spacing w:after="36" w:line="245" w:lineRule="auto"/>
              <w:ind w:left="158" w:hanging="130"/>
              <w:rPr>
                <w:lang w:val="pl-PL"/>
              </w:rPr>
            </w:pPr>
            <w:r w:rsidRPr="0093230D">
              <w:rPr>
                <w:color w:val="000000"/>
                <w:sz w:val="16"/>
                <w:lang w:val="pl-PL"/>
              </w:rPr>
              <w:t>karania stopniem za usprawiedliwioną nieobecność, brak predyspozycji lub ogólne zachowanie</w:t>
            </w:r>
          </w:p>
          <w:p w14:paraId="07A49465" w14:textId="77777777" w:rsidR="00F264BF" w:rsidRPr="0093230D" w:rsidRDefault="00000000">
            <w:pPr>
              <w:pStyle w:val="Listapunktowana"/>
              <w:spacing w:after="36" w:line="245" w:lineRule="auto"/>
              <w:ind w:left="158" w:hanging="130"/>
              <w:rPr>
                <w:lang w:val="pl-PL"/>
              </w:rPr>
            </w:pPr>
            <w:r w:rsidRPr="0093230D">
              <w:rPr>
                <w:color w:val="000000"/>
                <w:sz w:val="16"/>
                <w:lang w:val="pl-PL"/>
              </w:rPr>
              <w:t>warunku udziału w zawodach, klubie lub aktywnościach pozaszkolnych</w:t>
            </w:r>
          </w:p>
          <w:p w14:paraId="4FDDA674" w14:textId="77777777" w:rsidR="00F264BF" w:rsidRPr="0093230D" w:rsidRDefault="00000000">
            <w:pPr>
              <w:pStyle w:val="Listapunktowana"/>
              <w:spacing w:after="36" w:line="245" w:lineRule="auto"/>
              <w:ind w:left="158" w:hanging="130"/>
              <w:rPr>
                <w:lang w:val="pl-PL"/>
              </w:rPr>
            </w:pPr>
            <w:r w:rsidRPr="0093230D">
              <w:rPr>
                <w:color w:val="000000"/>
                <w:sz w:val="16"/>
                <w:lang w:val="pl-PL"/>
              </w:rPr>
              <w:t>publicznego rankingu wyników i danych zdrowotnych</w:t>
            </w:r>
          </w:p>
        </w:tc>
      </w:tr>
    </w:tbl>
    <w:p w14:paraId="27D52DB5" w14:textId="77777777" w:rsidR="00F264BF" w:rsidRPr="0093230D" w:rsidRDefault="00F264BF">
      <w:pPr>
        <w:rPr>
          <w:lang w:val="pl-PL"/>
        </w:rPr>
      </w:pPr>
    </w:p>
    <w:tbl>
      <w:tblPr>
        <w:tblW w:w="0" w:type="auto"/>
        <w:jc w:val="center"/>
        <w:tblLayout w:type="fixed"/>
        <w:tblLook w:val="04A0" w:firstRow="1" w:lastRow="0" w:firstColumn="1" w:lastColumn="0" w:noHBand="0" w:noVBand="1"/>
      </w:tblPr>
      <w:tblGrid>
        <w:gridCol w:w="15192"/>
      </w:tblGrid>
      <w:tr w:rsidR="00F264BF" w:rsidRPr="0093230D" w14:paraId="20781F79" w14:textId="77777777">
        <w:trPr>
          <w:jc w:val="center"/>
        </w:trPr>
        <w:tc>
          <w:tcPr>
            <w:tcW w:w="15192" w:type="dxa"/>
            <w:tcBorders>
              <w:top w:val="single" w:sz="7" w:space="0" w:color="808080"/>
              <w:left w:val="single" w:sz="7" w:space="0" w:color="808080"/>
              <w:bottom w:val="single" w:sz="7" w:space="0" w:color="808080"/>
              <w:right w:val="single" w:sz="7" w:space="0" w:color="808080"/>
            </w:tcBorders>
            <w:shd w:val="clear" w:color="auto" w:fill="F2F2F2"/>
            <w:tcMar>
              <w:top w:w="100" w:type="dxa"/>
              <w:left w:w="140" w:type="dxa"/>
              <w:bottom w:w="100" w:type="dxa"/>
              <w:right w:w="140" w:type="dxa"/>
            </w:tcMar>
          </w:tcPr>
          <w:p w14:paraId="384737B2" w14:textId="77777777" w:rsidR="00F264BF" w:rsidRPr="0093230D" w:rsidRDefault="00000000">
            <w:pPr>
              <w:spacing w:after="40"/>
              <w:rPr>
                <w:lang w:val="pl-PL"/>
              </w:rPr>
            </w:pPr>
            <w:r w:rsidRPr="0093230D">
              <w:rPr>
                <w:b/>
                <w:color w:val="000000"/>
                <w:lang w:val="pl-PL"/>
              </w:rPr>
              <w:t>Reguła klasyfikacji</w:t>
            </w:r>
          </w:p>
          <w:p w14:paraId="1F307152" w14:textId="77777777" w:rsidR="00F264BF" w:rsidRPr="0093230D" w:rsidRDefault="00000000">
            <w:pPr>
              <w:spacing w:line="247" w:lineRule="auto"/>
              <w:rPr>
                <w:lang w:val="pl-PL"/>
              </w:rPr>
            </w:pPr>
            <w:r w:rsidRPr="0093230D">
              <w:rPr>
                <w:color w:val="000000"/>
                <w:sz w:val="16"/>
                <w:lang w:val="pl-PL"/>
              </w:rPr>
              <w:t>Ocena odpowiada dominującemu i stabilnemu poziomowi osiągnięć widocznemu w wielu sytuacjach. Wymagania wyższego poziomu obejmują również opanowanie wymagań niższych, ale nie zakładają bezbłędności w każdym pojedynczym zadaniu. Ocena roczna uwzględnia osiągnięcia z całego roku i aktualny poziom ucznia.</w:t>
            </w:r>
          </w:p>
        </w:tc>
      </w:tr>
    </w:tbl>
    <w:p w14:paraId="3B5C1FC7" w14:textId="77777777" w:rsidR="0048410A" w:rsidRPr="0093230D" w:rsidRDefault="0048410A">
      <w:pPr>
        <w:spacing w:before="60" w:after="40"/>
        <w:rPr>
          <w:b/>
          <w:color w:val="000000"/>
          <w:sz w:val="21"/>
          <w:lang w:val="pl-PL"/>
        </w:rPr>
      </w:pPr>
    </w:p>
    <w:p w14:paraId="583BDF52" w14:textId="77777777" w:rsidR="00F264BF" w:rsidRPr="0093230D" w:rsidRDefault="00000000">
      <w:pPr>
        <w:spacing w:before="60" w:after="40"/>
        <w:rPr>
          <w:b/>
          <w:color w:val="000000"/>
          <w:sz w:val="21"/>
          <w:lang w:val="pl-PL"/>
        </w:rPr>
      </w:pPr>
      <w:r w:rsidRPr="0093230D">
        <w:rPr>
          <w:b/>
          <w:color w:val="000000"/>
          <w:sz w:val="21"/>
          <w:lang w:val="pl-PL"/>
        </w:rPr>
        <w:t>ARKUSZ SYNTEZY – DOMINUJĄCY POZIOM OSIĄGNIĘĆ</w:t>
      </w:r>
    </w:p>
    <w:p w14:paraId="0BF33851" w14:textId="77777777" w:rsidR="0048410A" w:rsidRPr="0093230D" w:rsidRDefault="0048410A">
      <w:pPr>
        <w:spacing w:before="60" w:after="40"/>
        <w:rPr>
          <w:lang w:val="pl-PL"/>
        </w:rPr>
      </w:pPr>
    </w:p>
    <w:tbl>
      <w:tblPr>
        <w:tblW w:w="0" w:type="auto"/>
        <w:jc w:val="center"/>
        <w:tblLayout w:type="fixed"/>
        <w:tblLook w:val="04A0" w:firstRow="1" w:lastRow="0" w:firstColumn="1" w:lastColumn="0" w:noHBand="0" w:noVBand="1"/>
      </w:tblPr>
      <w:tblGrid>
        <w:gridCol w:w="648"/>
        <w:gridCol w:w="5903"/>
        <w:gridCol w:w="1224"/>
        <w:gridCol w:w="1224"/>
        <w:gridCol w:w="1224"/>
        <w:gridCol w:w="1224"/>
        <w:gridCol w:w="1224"/>
      </w:tblGrid>
      <w:tr w:rsidR="00F264BF" w:rsidRPr="0093230D" w14:paraId="0077102C" w14:textId="77777777">
        <w:trPr>
          <w:jc w:val="center"/>
        </w:trPr>
        <w:tc>
          <w:tcPr>
            <w:tcW w:w="648" w:type="dxa"/>
            <w:tcBorders>
              <w:top w:val="single" w:sz="8" w:space="0" w:color="000000"/>
              <w:left w:val="single" w:sz="8" w:space="0" w:color="000000"/>
              <w:bottom w:val="single" w:sz="8" w:space="0" w:color="000000"/>
              <w:right w:val="single" w:sz="8" w:space="0" w:color="000000"/>
            </w:tcBorders>
            <w:shd w:val="clear" w:color="auto" w:fill="E7E6E6"/>
            <w:tcMar>
              <w:top w:w="55" w:type="dxa"/>
              <w:left w:w="70" w:type="dxa"/>
              <w:bottom w:w="55" w:type="dxa"/>
              <w:right w:w="70" w:type="dxa"/>
            </w:tcMar>
          </w:tcPr>
          <w:p w14:paraId="0CC421A5" w14:textId="77777777" w:rsidR="00F264BF" w:rsidRPr="0093230D" w:rsidRDefault="00000000">
            <w:pPr>
              <w:jc w:val="center"/>
              <w:rPr>
                <w:lang w:val="pl-PL"/>
              </w:rPr>
            </w:pPr>
            <w:r w:rsidRPr="0093230D">
              <w:rPr>
                <w:b/>
                <w:color w:val="000000"/>
                <w:sz w:val="16"/>
                <w:lang w:val="pl-PL"/>
              </w:rPr>
              <w:t>Lp.</w:t>
            </w:r>
          </w:p>
        </w:tc>
        <w:tc>
          <w:tcPr>
            <w:tcW w:w="5903" w:type="dxa"/>
            <w:tcBorders>
              <w:top w:val="single" w:sz="8" w:space="0" w:color="000000"/>
              <w:left w:val="single" w:sz="8" w:space="0" w:color="000000"/>
              <w:bottom w:val="single" w:sz="8" w:space="0" w:color="000000"/>
              <w:right w:val="single" w:sz="8" w:space="0" w:color="000000"/>
            </w:tcBorders>
            <w:shd w:val="clear" w:color="auto" w:fill="E7E6E6"/>
            <w:tcMar>
              <w:top w:w="55" w:type="dxa"/>
              <w:left w:w="70" w:type="dxa"/>
              <w:bottom w:w="55" w:type="dxa"/>
              <w:right w:w="70" w:type="dxa"/>
            </w:tcMar>
          </w:tcPr>
          <w:p w14:paraId="5B4B5C7B" w14:textId="77777777" w:rsidR="00F264BF" w:rsidRPr="0093230D" w:rsidRDefault="00000000">
            <w:pPr>
              <w:jc w:val="center"/>
              <w:rPr>
                <w:lang w:val="pl-PL"/>
              </w:rPr>
            </w:pPr>
            <w:r w:rsidRPr="0093230D">
              <w:rPr>
                <w:b/>
                <w:color w:val="000000"/>
                <w:sz w:val="16"/>
                <w:lang w:val="pl-PL"/>
              </w:rPr>
              <w:t>OBSZAR</w:t>
            </w:r>
          </w:p>
        </w:tc>
        <w:tc>
          <w:tcPr>
            <w:tcW w:w="1224" w:type="dxa"/>
            <w:tcBorders>
              <w:top w:val="single" w:sz="8" w:space="0" w:color="000000"/>
              <w:left w:val="single" w:sz="8" w:space="0" w:color="000000"/>
              <w:bottom w:val="single" w:sz="8" w:space="0" w:color="000000"/>
              <w:right w:val="single" w:sz="8" w:space="0" w:color="000000"/>
            </w:tcBorders>
            <w:shd w:val="clear" w:color="auto" w:fill="E7E6E6"/>
            <w:tcMar>
              <w:top w:w="55" w:type="dxa"/>
              <w:left w:w="70" w:type="dxa"/>
              <w:bottom w:w="55" w:type="dxa"/>
              <w:right w:w="70" w:type="dxa"/>
            </w:tcMar>
          </w:tcPr>
          <w:p w14:paraId="7527B498" w14:textId="77777777" w:rsidR="00F264BF" w:rsidRPr="0093230D" w:rsidRDefault="00000000">
            <w:pPr>
              <w:jc w:val="center"/>
              <w:rPr>
                <w:lang w:val="pl-PL"/>
              </w:rPr>
            </w:pPr>
            <w:r w:rsidRPr="0093230D">
              <w:rPr>
                <w:b/>
                <w:color w:val="000000"/>
                <w:sz w:val="16"/>
                <w:lang w:val="pl-PL"/>
              </w:rPr>
              <w:t>2</w:t>
            </w:r>
          </w:p>
        </w:tc>
        <w:tc>
          <w:tcPr>
            <w:tcW w:w="1224" w:type="dxa"/>
            <w:tcBorders>
              <w:top w:val="single" w:sz="8" w:space="0" w:color="000000"/>
              <w:left w:val="single" w:sz="8" w:space="0" w:color="000000"/>
              <w:bottom w:val="single" w:sz="8" w:space="0" w:color="000000"/>
              <w:right w:val="single" w:sz="8" w:space="0" w:color="000000"/>
            </w:tcBorders>
            <w:shd w:val="clear" w:color="auto" w:fill="E7E6E6"/>
            <w:tcMar>
              <w:top w:w="55" w:type="dxa"/>
              <w:left w:w="70" w:type="dxa"/>
              <w:bottom w:w="55" w:type="dxa"/>
              <w:right w:w="70" w:type="dxa"/>
            </w:tcMar>
          </w:tcPr>
          <w:p w14:paraId="0F482A3A" w14:textId="77777777" w:rsidR="00F264BF" w:rsidRPr="0093230D" w:rsidRDefault="00000000">
            <w:pPr>
              <w:jc w:val="center"/>
              <w:rPr>
                <w:lang w:val="pl-PL"/>
              </w:rPr>
            </w:pPr>
            <w:r w:rsidRPr="0093230D">
              <w:rPr>
                <w:b/>
                <w:color w:val="000000"/>
                <w:sz w:val="16"/>
                <w:lang w:val="pl-PL"/>
              </w:rPr>
              <w:t>3</w:t>
            </w:r>
          </w:p>
        </w:tc>
        <w:tc>
          <w:tcPr>
            <w:tcW w:w="1224" w:type="dxa"/>
            <w:tcBorders>
              <w:top w:val="single" w:sz="8" w:space="0" w:color="000000"/>
              <w:left w:val="single" w:sz="8" w:space="0" w:color="000000"/>
              <w:bottom w:val="single" w:sz="8" w:space="0" w:color="000000"/>
              <w:right w:val="single" w:sz="8" w:space="0" w:color="000000"/>
            </w:tcBorders>
            <w:shd w:val="clear" w:color="auto" w:fill="E7E6E6"/>
            <w:tcMar>
              <w:top w:w="55" w:type="dxa"/>
              <w:left w:w="70" w:type="dxa"/>
              <w:bottom w:w="55" w:type="dxa"/>
              <w:right w:w="70" w:type="dxa"/>
            </w:tcMar>
          </w:tcPr>
          <w:p w14:paraId="5E88A20C" w14:textId="77777777" w:rsidR="00F264BF" w:rsidRPr="0093230D" w:rsidRDefault="00000000">
            <w:pPr>
              <w:jc w:val="center"/>
              <w:rPr>
                <w:lang w:val="pl-PL"/>
              </w:rPr>
            </w:pPr>
            <w:r w:rsidRPr="0093230D">
              <w:rPr>
                <w:b/>
                <w:color w:val="000000"/>
                <w:sz w:val="16"/>
                <w:lang w:val="pl-PL"/>
              </w:rPr>
              <w:t>4</w:t>
            </w:r>
          </w:p>
        </w:tc>
        <w:tc>
          <w:tcPr>
            <w:tcW w:w="1224" w:type="dxa"/>
            <w:tcBorders>
              <w:top w:val="single" w:sz="8" w:space="0" w:color="000000"/>
              <w:left w:val="single" w:sz="8" w:space="0" w:color="000000"/>
              <w:bottom w:val="single" w:sz="8" w:space="0" w:color="000000"/>
              <w:right w:val="single" w:sz="8" w:space="0" w:color="000000"/>
            </w:tcBorders>
            <w:shd w:val="clear" w:color="auto" w:fill="E7E6E6"/>
            <w:tcMar>
              <w:top w:w="55" w:type="dxa"/>
              <w:left w:w="70" w:type="dxa"/>
              <w:bottom w:w="55" w:type="dxa"/>
              <w:right w:w="70" w:type="dxa"/>
            </w:tcMar>
          </w:tcPr>
          <w:p w14:paraId="3ABDA24B" w14:textId="77777777" w:rsidR="00F264BF" w:rsidRPr="0093230D" w:rsidRDefault="00000000">
            <w:pPr>
              <w:jc w:val="center"/>
              <w:rPr>
                <w:lang w:val="pl-PL"/>
              </w:rPr>
            </w:pPr>
            <w:r w:rsidRPr="0093230D">
              <w:rPr>
                <w:b/>
                <w:color w:val="000000"/>
                <w:sz w:val="16"/>
                <w:lang w:val="pl-PL"/>
              </w:rPr>
              <w:t>5</w:t>
            </w:r>
          </w:p>
        </w:tc>
        <w:tc>
          <w:tcPr>
            <w:tcW w:w="1224" w:type="dxa"/>
            <w:tcBorders>
              <w:top w:val="single" w:sz="8" w:space="0" w:color="000000"/>
              <w:left w:val="single" w:sz="8" w:space="0" w:color="000000"/>
              <w:bottom w:val="single" w:sz="8" w:space="0" w:color="000000"/>
              <w:right w:val="single" w:sz="8" w:space="0" w:color="000000"/>
            </w:tcBorders>
            <w:shd w:val="clear" w:color="auto" w:fill="E7E6E6"/>
            <w:tcMar>
              <w:top w:w="55" w:type="dxa"/>
              <w:left w:w="70" w:type="dxa"/>
              <w:bottom w:w="55" w:type="dxa"/>
              <w:right w:w="70" w:type="dxa"/>
            </w:tcMar>
          </w:tcPr>
          <w:p w14:paraId="1807DB5C" w14:textId="77777777" w:rsidR="00F264BF" w:rsidRPr="0093230D" w:rsidRDefault="00000000">
            <w:pPr>
              <w:jc w:val="center"/>
              <w:rPr>
                <w:lang w:val="pl-PL"/>
              </w:rPr>
            </w:pPr>
            <w:r w:rsidRPr="0093230D">
              <w:rPr>
                <w:b/>
                <w:color w:val="000000"/>
                <w:sz w:val="16"/>
                <w:lang w:val="pl-PL"/>
              </w:rPr>
              <w:t>6</w:t>
            </w:r>
          </w:p>
        </w:tc>
      </w:tr>
      <w:tr w:rsidR="00F264BF" w:rsidRPr="0093230D" w14:paraId="221CBA25"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2B420DA" w14:textId="77777777" w:rsidR="00F264BF" w:rsidRPr="0093230D" w:rsidRDefault="00000000">
            <w:pPr>
              <w:jc w:val="center"/>
              <w:rPr>
                <w:lang w:val="pl-PL"/>
              </w:rPr>
            </w:pPr>
            <w:r w:rsidRPr="0093230D">
              <w:rPr>
                <w:color w:val="000000"/>
                <w:sz w:val="14"/>
                <w:lang w:val="pl-PL"/>
              </w:rPr>
              <w:t>1</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35D463C" w14:textId="77777777" w:rsidR="00F264BF" w:rsidRPr="0093230D" w:rsidRDefault="00000000">
            <w:pPr>
              <w:rPr>
                <w:lang w:val="pl-PL"/>
              </w:rPr>
            </w:pPr>
            <w:r w:rsidRPr="0093230D">
              <w:rPr>
                <w:color w:val="000000"/>
                <w:sz w:val="14"/>
                <w:lang w:val="pl-PL"/>
              </w:rPr>
              <w:t>Ćwiczenia ogólnorozwojowe</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2C5C0E31"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2992F96"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29C379C4"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4B2319BC"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1C9F30B8" w14:textId="77777777" w:rsidR="00F264BF" w:rsidRPr="0093230D" w:rsidRDefault="00000000">
            <w:pPr>
              <w:jc w:val="center"/>
              <w:rPr>
                <w:lang w:val="pl-PL"/>
              </w:rPr>
            </w:pPr>
            <w:r w:rsidRPr="0093230D">
              <w:rPr>
                <w:color w:val="000000"/>
                <w:sz w:val="14"/>
                <w:lang w:val="pl-PL"/>
              </w:rPr>
              <w:t>[ ]</w:t>
            </w:r>
          </w:p>
        </w:tc>
      </w:tr>
      <w:tr w:rsidR="00F264BF" w:rsidRPr="0093230D" w14:paraId="3538CF93"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431DD2DE" w14:textId="77777777" w:rsidR="00F264BF" w:rsidRPr="0093230D" w:rsidRDefault="00000000">
            <w:pPr>
              <w:jc w:val="center"/>
              <w:rPr>
                <w:lang w:val="pl-PL"/>
              </w:rPr>
            </w:pPr>
            <w:r w:rsidRPr="0093230D">
              <w:rPr>
                <w:color w:val="000000"/>
                <w:sz w:val="14"/>
                <w:lang w:val="pl-PL"/>
              </w:rPr>
              <w:t>2</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A2F55AE" w14:textId="77777777" w:rsidR="00F264BF" w:rsidRPr="0093230D" w:rsidRDefault="00000000">
            <w:pPr>
              <w:rPr>
                <w:lang w:val="pl-PL"/>
              </w:rPr>
            </w:pPr>
            <w:r w:rsidRPr="0093230D">
              <w:rPr>
                <w:color w:val="000000"/>
                <w:sz w:val="14"/>
                <w:lang w:val="pl-PL"/>
              </w:rPr>
              <w:t>Gry zespołowe i rekreacyjne</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34F6D58B"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C6B0D75"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31F04B26"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A7FBE34"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41B0C315" w14:textId="77777777" w:rsidR="00F264BF" w:rsidRPr="0093230D" w:rsidRDefault="00000000">
            <w:pPr>
              <w:jc w:val="center"/>
              <w:rPr>
                <w:lang w:val="pl-PL"/>
              </w:rPr>
            </w:pPr>
            <w:r w:rsidRPr="0093230D">
              <w:rPr>
                <w:color w:val="000000"/>
                <w:sz w:val="14"/>
                <w:lang w:val="pl-PL"/>
              </w:rPr>
              <w:t>[ ]</w:t>
            </w:r>
          </w:p>
        </w:tc>
      </w:tr>
      <w:tr w:rsidR="00F264BF" w:rsidRPr="0093230D" w14:paraId="3560A0B2"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F801729" w14:textId="77777777" w:rsidR="00F264BF" w:rsidRPr="0093230D" w:rsidRDefault="00000000">
            <w:pPr>
              <w:jc w:val="center"/>
              <w:rPr>
                <w:lang w:val="pl-PL"/>
              </w:rPr>
            </w:pPr>
            <w:r w:rsidRPr="0093230D">
              <w:rPr>
                <w:color w:val="000000"/>
                <w:sz w:val="14"/>
                <w:lang w:val="pl-PL"/>
              </w:rPr>
              <w:t>3</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0057B27" w14:textId="77777777" w:rsidR="00F264BF" w:rsidRPr="0093230D" w:rsidRDefault="00000000">
            <w:pPr>
              <w:rPr>
                <w:lang w:val="pl-PL"/>
              </w:rPr>
            </w:pPr>
            <w:r w:rsidRPr="0093230D">
              <w:rPr>
                <w:color w:val="000000"/>
                <w:sz w:val="14"/>
                <w:lang w:val="pl-PL"/>
              </w:rPr>
              <w:t>Lekkoatletyka</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D525949"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B3848B8"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194A96C9"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D874BA0"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2A6D1237" w14:textId="77777777" w:rsidR="00F264BF" w:rsidRPr="0093230D" w:rsidRDefault="00000000">
            <w:pPr>
              <w:jc w:val="center"/>
              <w:rPr>
                <w:lang w:val="pl-PL"/>
              </w:rPr>
            </w:pPr>
            <w:r w:rsidRPr="0093230D">
              <w:rPr>
                <w:color w:val="000000"/>
                <w:sz w:val="14"/>
                <w:lang w:val="pl-PL"/>
              </w:rPr>
              <w:t>[ ]</w:t>
            </w:r>
          </w:p>
        </w:tc>
      </w:tr>
      <w:tr w:rsidR="00F264BF" w:rsidRPr="0093230D" w14:paraId="518B19E5"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701A8E6" w14:textId="77777777" w:rsidR="00F264BF" w:rsidRPr="0093230D" w:rsidRDefault="00000000">
            <w:pPr>
              <w:jc w:val="center"/>
              <w:rPr>
                <w:lang w:val="pl-PL"/>
              </w:rPr>
            </w:pPr>
            <w:r w:rsidRPr="0093230D">
              <w:rPr>
                <w:color w:val="000000"/>
                <w:sz w:val="14"/>
                <w:lang w:val="pl-PL"/>
              </w:rPr>
              <w:t>4</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5B97065" w14:textId="77777777" w:rsidR="00F264BF" w:rsidRPr="0093230D" w:rsidRDefault="00000000">
            <w:pPr>
              <w:rPr>
                <w:lang w:val="pl-PL"/>
              </w:rPr>
            </w:pPr>
            <w:r w:rsidRPr="0093230D">
              <w:rPr>
                <w:color w:val="000000"/>
                <w:sz w:val="14"/>
                <w:lang w:val="pl-PL"/>
              </w:rPr>
              <w:t>Taniec</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619C1A9"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5274AB0"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4F68F0B1"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7E69D55"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352E6FFD" w14:textId="77777777" w:rsidR="00F264BF" w:rsidRPr="0093230D" w:rsidRDefault="00000000">
            <w:pPr>
              <w:jc w:val="center"/>
              <w:rPr>
                <w:lang w:val="pl-PL"/>
              </w:rPr>
            </w:pPr>
            <w:r w:rsidRPr="0093230D">
              <w:rPr>
                <w:color w:val="000000"/>
                <w:sz w:val="14"/>
                <w:lang w:val="pl-PL"/>
              </w:rPr>
              <w:t>[ ]</w:t>
            </w:r>
          </w:p>
        </w:tc>
      </w:tr>
      <w:tr w:rsidR="00F264BF" w:rsidRPr="0093230D" w14:paraId="39B3C6AF"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06D4FFD" w14:textId="77777777" w:rsidR="00F264BF" w:rsidRPr="0093230D" w:rsidRDefault="00000000">
            <w:pPr>
              <w:jc w:val="center"/>
              <w:rPr>
                <w:lang w:val="pl-PL"/>
              </w:rPr>
            </w:pPr>
            <w:r w:rsidRPr="0093230D">
              <w:rPr>
                <w:color w:val="000000"/>
                <w:sz w:val="14"/>
                <w:lang w:val="pl-PL"/>
              </w:rPr>
              <w:t>5</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CA28908" w14:textId="77777777" w:rsidR="00F264BF" w:rsidRPr="0093230D" w:rsidRDefault="00000000">
            <w:pPr>
              <w:rPr>
                <w:lang w:val="pl-PL"/>
              </w:rPr>
            </w:pPr>
            <w:r w:rsidRPr="0093230D">
              <w:rPr>
                <w:color w:val="000000"/>
                <w:sz w:val="14"/>
                <w:lang w:val="pl-PL"/>
              </w:rPr>
              <w:t>Relaksacja i odprężenie</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26FD5DD"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76C76F1"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171BFED4"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280BC77C"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6F0A9ED" w14:textId="77777777" w:rsidR="00F264BF" w:rsidRPr="0093230D" w:rsidRDefault="00000000">
            <w:pPr>
              <w:jc w:val="center"/>
              <w:rPr>
                <w:lang w:val="pl-PL"/>
              </w:rPr>
            </w:pPr>
            <w:r w:rsidRPr="0093230D">
              <w:rPr>
                <w:color w:val="000000"/>
                <w:sz w:val="14"/>
                <w:lang w:val="pl-PL"/>
              </w:rPr>
              <w:t>[ ]</w:t>
            </w:r>
          </w:p>
        </w:tc>
      </w:tr>
      <w:tr w:rsidR="00F264BF" w:rsidRPr="0093230D" w14:paraId="7F740F87"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40D9FC65" w14:textId="77777777" w:rsidR="00F264BF" w:rsidRPr="0093230D" w:rsidRDefault="00000000">
            <w:pPr>
              <w:jc w:val="center"/>
              <w:rPr>
                <w:lang w:val="pl-PL"/>
              </w:rPr>
            </w:pPr>
            <w:r w:rsidRPr="0093230D">
              <w:rPr>
                <w:color w:val="000000"/>
                <w:sz w:val="14"/>
                <w:lang w:val="pl-PL"/>
              </w:rPr>
              <w:t>6</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5B479D9" w14:textId="77777777" w:rsidR="00F264BF" w:rsidRPr="0093230D" w:rsidRDefault="00000000">
            <w:pPr>
              <w:rPr>
                <w:lang w:val="pl-PL"/>
              </w:rPr>
            </w:pPr>
            <w:r w:rsidRPr="0093230D">
              <w:rPr>
                <w:color w:val="000000"/>
                <w:sz w:val="14"/>
                <w:lang w:val="pl-PL"/>
              </w:rPr>
              <w:t>Monitorowanie aktywności i sprawności fizycznej</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7B3346C"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30EF1516"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F08BE96"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D847946"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E2D6B24" w14:textId="77777777" w:rsidR="00F264BF" w:rsidRPr="0093230D" w:rsidRDefault="00000000">
            <w:pPr>
              <w:jc w:val="center"/>
              <w:rPr>
                <w:lang w:val="pl-PL"/>
              </w:rPr>
            </w:pPr>
            <w:r w:rsidRPr="0093230D">
              <w:rPr>
                <w:color w:val="000000"/>
                <w:sz w:val="14"/>
                <w:lang w:val="pl-PL"/>
              </w:rPr>
              <w:t>[ ]</w:t>
            </w:r>
          </w:p>
        </w:tc>
      </w:tr>
      <w:tr w:rsidR="00F264BF" w:rsidRPr="0093230D" w14:paraId="1B800459"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2284AAE0" w14:textId="77777777" w:rsidR="00F264BF" w:rsidRPr="0093230D" w:rsidRDefault="00000000">
            <w:pPr>
              <w:jc w:val="center"/>
              <w:rPr>
                <w:lang w:val="pl-PL"/>
              </w:rPr>
            </w:pPr>
            <w:r w:rsidRPr="0093230D">
              <w:rPr>
                <w:color w:val="000000"/>
                <w:sz w:val="14"/>
                <w:lang w:val="pl-PL"/>
              </w:rPr>
              <w:t>7</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69C1E87" w14:textId="77777777" w:rsidR="00F264BF" w:rsidRPr="0093230D" w:rsidRDefault="00000000">
            <w:pPr>
              <w:rPr>
                <w:lang w:val="pl-PL"/>
              </w:rPr>
            </w:pPr>
            <w:r w:rsidRPr="0093230D">
              <w:rPr>
                <w:color w:val="000000"/>
                <w:sz w:val="14"/>
                <w:lang w:val="pl-PL"/>
              </w:rPr>
              <w:t>Bezpieczeństwo w aktywności fizycznej</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3E4C0200"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4F5957E"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C74ADEE"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3417548"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13CFB44" w14:textId="77777777" w:rsidR="00F264BF" w:rsidRPr="0093230D" w:rsidRDefault="00000000">
            <w:pPr>
              <w:jc w:val="center"/>
              <w:rPr>
                <w:lang w:val="pl-PL"/>
              </w:rPr>
            </w:pPr>
            <w:r w:rsidRPr="0093230D">
              <w:rPr>
                <w:color w:val="000000"/>
                <w:sz w:val="14"/>
                <w:lang w:val="pl-PL"/>
              </w:rPr>
              <w:t>[ ]</w:t>
            </w:r>
          </w:p>
        </w:tc>
      </w:tr>
      <w:tr w:rsidR="00F264BF" w:rsidRPr="0093230D" w14:paraId="2EAFC58C"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19338DFD" w14:textId="77777777" w:rsidR="00F264BF" w:rsidRPr="0093230D" w:rsidRDefault="00000000">
            <w:pPr>
              <w:jc w:val="center"/>
              <w:rPr>
                <w:lang w:val="pl-PL"/>
              </w:rPr>
            </w:pPr>
            <w:r w:rsidRPr="0093230D">
              <w:rPr>
                <w:color w:val="000000"/>
                <w:sz w:val="14"/>
                <w:lang w:val="pl-PL"/>
              </w:rPr>
              <w:t>8</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9DAEA6D" w14:textId="77777777" w:rsidR="00F264BF" w:rsidRPr="0093230D" w:rsidRDefault="00000000">
            <w:pPr>
              <w:rPr>
                <w:lang w:val="pl-PL"/>
              </w:rPr>
            </w:pPr>
            <w:r w:rsidRPr="0093230D">
              <w:rPr>
                <w:color w:val="000000"/>
                <w:sz w:val="14"/>
                <w:lang w:val="pl-PL"/>
              </w:rPr>
              <w:t>Kompetencje społeczne</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E60530C"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205E9D52"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8C621D6"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140D00C9" w14:textId="77777777" w:rsidR="00F264BF" w:rsidRPr="0093230D" w:rsidRDefault="00000000">
            <w:pPr>
              <w:jc w:val="center"/>
              <w:rPr>
                <w:lang w:val="pl-PL"/>
              </w:rPr>
            </w:pPr>
            <w:r w:rsidRPr="0093230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1E3E407" w14:textId="77777777" w:rsidR="00F264BF" w:rsidRPr="0093230D" w:rsidRDefault="00000000">
            <w:pPr>
              <w:jc w:val="center"/>
              <w:rPr>
                <w:lang w:val="pl-PL"/>
              </w:rPr>
            </w:pPr>
            <w:r w:rsidRPr="0093230D">
              <w:rPr>
                <w:color w:val="000000"/>
                <w:sz w:val="14"/>
                <w:lang w:val="pl-PL"/>
              </w:rPr>
              <w:t>[ ]</w:t>
            </w:r>
          </w:p>
        </w:tc>
      </w:tr>
    </w:tbl>
    <w:p w14:paraId="0903BFF8" w14:textId="77777777" w:rsidR="0093230D" w:rsidRPr="0093230D" w:rsidRDefault="0093230D">
      <w:pPr>
        <w:rPr>
          <w:lang w:val="pl-PL"/>
        </w:rPr>
      </w:pPr>
    </w:p>
    <w:tbl>
      <w:tblPr>
        <w:tblW w:w="0" w:type="auto"/>
        <w:jc w:val="center"/>
        <w:tblLayout w:type="fixed"/>
        <w:tblLook w:val="04A0" w:firstRow="1" w:lastRow="0" w:firstColumn="1" w:lastColumn="0" w:noHBand="0" w:noVBand="1"/>
      </w:tblPr>
      <w:tblGrid>
        <w:gridCol w:w="15192"/>
      </w:tblGrid>
      <w:tr w:rsidR="00F264BF" w:rsidRPr="0093230D" w14:paraId="742C8B77" w14:textId="77777777">
        <w:trPr>
          <w:jc w:val="center"/>
        </w:trPr>
        <w:tc>
          <w:tcPr>
            <w:tcW w:w="15192" w:type="dxa"/>
            <w:tcBorders>
              <w:top w:val="single" w:sz="7" w:space="0" w:color="808080"/>
              <w:left w:val="single" w:sz="7" w:space="0" w:color="808080"/>
              <w:bottom w:val="single" w:sz="7" w:space="0" w:color="808080"/>
              <w:right w:val="single" w:sz="7" w:space="0" w:color="808080"/>
            </w:tcBorders>
            <w:shd w:val="clear" w:color="auto" w:fill="F2F2F2"/>
            <w:tcMar>
              <w:top w:w="100" w:type="dxa"/>
              <w:left w:w="140" w:type="dxa"/>
              <w:bottom w:w="100" w:type="dxa"/>
              <w:right w:w="140" w:type="dxa"/>
            </w:tcMar>
          </w:tcPr>
          <w:p w14:paraId="6058482F" w14:textId="77777777" w:rsidR="00F264BF" w:rsidRPr="0093230D" w:rsidRDefault="00000000">
            <w:pPr>
              <w:spacing w:after="40"/>
              <w:rPr>
                <w:lang w:val="pl-PL"/>
              </w:rPr>
            </w:pPr>
            <w:r w:rsidRPr="0093230D">
              <w:rPr>
                <w:b/>
                <w:color w:val="000000"/>
                <w:lang w:val="pl-PL"/>
              </w:rPr>
              <w:t>Status podziału klasowego</w:t>
            </w:r>
          </w:p>
          <w:p w14:paraId="35D62A96" w14:textId="77777777" w:rsidR="00F264BF" w:rsidRPr="0093230D" w:rsidRDefault="00000000">
            <w:pPr>
              <w:spacing w:line="247" w:lineRule="auto"/>
              <w:rPr>
                <w:lang w:val="pl-PL"/>
              </w:rPr>
            </w:pPr>
            <w:r w:rsidRPr="0093230D">
              <w:rPr>
                <w:color w:val="000000"/>
                <w:sz w:val="16"/>
                <w:lang w:val="pl-PL"/>
              </w:rPr>
              <w:t>Podstawa programowa określa wymagania łącznie dla klas V–VI. Niniejszy dokument przedstawia proponowaną progresję dla klasy V. Przed przyjęciem należy uzgodnić zakres z programem nauczania dopuszczonym w szkole, rozkładem materiału i statutem.</w:t>
            </w:r>
          </w:p>
        </w:tc>
      </w:tr>
    </w:tbl>
    <w:p w14:paraId="6BEF3F4D" w14:textId="77777777" w:rsidR="00737D6D" w:rsidRPr="0093230D" w:rsidRDefault="00737D6D">
      <w:pPr>
        <w:rPr>
          <w:lang w:val="pl-PL"/>
        </w:rPr>
      </w:pPr>
    </w:p>
    <w:sectPr w:rsidR="00737D6D" w:rsidRPr="0093230D" w:rsidSect="00034616">
      <w:headerReference w:type="default" r:id="rId8"/>
      <w:footerReference w:type="default" r:id="rId9"/>
      <w:pgSz w:w="16834" w:h="11909" w:orient="landscape"/>
      <w:pgMar w:top="648" w:right="792" w:bottom="648" w:left="792" w:header="259"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C3A88" w14:textId="77777777" w:rsidR="00000DC9" w:rsidRDefault="00000DC9">
      <w:r>
        <w:separator/>
      </w:r>
    </w:p>
  </w:endnote>
  <w:endnote w:type="continuationSeparator" w:id="0">
    <w:p w14:paraId="7277A64A" w14:textId="77777777" w:rsidR="00000DC9" w:rsidRDefault="00000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44A36" w14:textId="77777777" w:rsidR="00F264BF" w:rsidRPr="005E2EE3" w:rsidRDefault="00000000">
    <w:pPr>
      <w:pStyle w:val="Stopka"/>
      <w:jc w:val="center"/>
      <w:rPr>
        <w:lang w:val="pl-PL"/>
      </w:rPr>
    </w:pPr>
    <w:r w:rsidRPr="005E2EE3">
      <w:rPr>
        <w:color w:val="666666"/>
        <w:sz w:val="14"/>
        <w:lang w:val="pl-PL"/>
      </w:rPr>
      <w:t xml:space="preserve">dokument do dostosowania do programu nauczania i statutu szkoły • strona </w:t>
    </w:r>
    <w:r>
      <w:fldChar w:fldCharType="begin"/>
    </w:r>
    <w:r w:rsidRPr="005E2EE3">
      <w:rPr>
        <w:lang w:val="pl-PL"/>
      </w:rPr>
      <w:instrText xml:space="preserve"> PAGE </w:instrText>
    </w:r>
    <w:r>
      <w:fldChar w:fldCharType="separate"/>
    </w:r>
    <w:r w:rsidR="005E2EE3" w:rsidRPr="005E2EE3">
      <w:rPr>
        <w:noProof/>
        <w:lang w:val="pl-PL"/>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531F2" w14:textId="77777777" w:rsidR="00000DC9" w:rsidRDefault="00000DC9">
      <w:r>
        <w:separator/>
      </w:r>
    </w:p>
  </w:footnote>
  <w:footnote w:type="continuationSeparator" w:id="0">
    <w:p w14:paraId="2A87BDA9" w14:textId="77777777" w:rsidR="00000DC9" w:rsidRDefault="00000D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2F00E" w14:textId="77777777" w:rsidR="00F264BF" w:rsidRPr="005E2EE3" w:rsidRDefault="00000000">
    <w:pPr>
      <w:pStyle w:val="Nagwek"/>
      <w:jc w:val="right"/>
      <w:rPr>
        <w:lang w:val="pl-PL"/>
      </w:rPr>
    </w:pPr>
    <w:r w:rsidRPr="005E2EE3">
      <w:rPr>
        <w:color w:val="666666"/>
        <w:sz w:val="15"/>
        <w:lang w:val="pl-PL"/>
      </w:rPr>
      <w:t>Wymagania edukacyjne • WF • klasa V •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2C1C6CFE"/>
    <w:multiLevelType w:val="hybridMultilevel"/>
    <w:tmpl w:val="34A057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2F64E7A"/>
    <w:multiLevelType w:val="hybridMultilevel"/>
    <w:tmpl w:val="E7E6F6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394940536">
    <w:abstractNumId w:val="8"/>
  </w:num>
  <w:num w:numId="2" w16cid:durableId="1442069470">
    <w:abstractNumId w:val="6"/>
  </w:num>
  <w:num w:numId="3" w16cid:durableId="367225696">
    <w:abstractNumId w:val="5"/>
  </w:num>
  <w:num w:numId="4" w16cid:durableId="1340549118">
    <w:abstractNumId w:val="4"/>
  </w:num>
  <w:num w:numId="5" w16cid:durableId="519900129">
    <w:abstractNumId w:val="7"/>
  </w:num>
  <w:num w:numId="6" w16cid:durableId="747119412">
    <w:abstractNumId w:val="3"/>
  </w:num>
  <w:num w:numId="7" w16cid:durableId="1279217587">
    <w:abstractNumId w:val="2"/>
  </w:num>
  <w:num w:numId="8" w16cid:durableId="1532648241">
    <w:abstractNumId w:val="1"/>
  </w:num>
  <w:num w:numId="9" w16cid:durableId="243491476">
    <w:abstractNumId w:val="0"/>
  </w:num>
  <w:num w:numId="10" w16cid:durableId="52655389">
    <w:abstractNumId w:val="10"/>
  </w:num>
  <w:num w:numId="11" w16cid:durableId="2040280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C9"/>
    <w:rsid w:val="00034616"/>
    <w:rsid w:val="0006063C"/>
    <w:rsid w:val="0015074B"/>
    <w:rsid w:val="001A4079"/>
    <w:rsid w:val="0029639D"/>
    <w:rsid w:val="00326F90"/>
    <w:rsid w:val="0048410A"/>
    <w:rsid w:val="00560C9E"/>
    <w:rsid w:val="005E2EE3"/>
    <w:rsid w:val="00737D6D"/>
    <w:rsid w:val="008C3FD6"/>
    <w:rsid w:val="0093230D"/>
    <w:rsid w:val="00AA1D8D"/>
    <w:rsid w:val="00B47730"/>
    <w:rsid w:val="00CB0664"/>
    <w:rsid w:val="00E01A37"/>
    <w:rsid w:val="00E32231"/>
    <w:rsid w:val="00F264BF"/>
    <w:rsid w:val="00FC693F"/>
    <w:rsid w:val="00FD3D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A59364"/>
  <w14:defaultImageDpi w14:val="300"/>
  <w15:docId w15:val="{DEAA661F-186C-4E09-9FED-787ACE316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0" w:line="240" w:lineRule="auto"/>
    </w:pPr>
    <w:rPr>
      <w:rFonts w:ascii="Arial" w:eastAsia="Arial" w:hAnsi="Arial"/>
      <w:sz w:val="19"/>
    </w:rPr>
  </w:style>
  <w:style w:type="paragraph" w:styleId="Nagwek1">
    <w:name w:val="heading 1"/>
    <w:basedOn w:val="Normalny"/>
    <w:next w:val="Normalny"/>
    <w:link w:val="Nagwek1Znak"/>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3308</Words>
  <Characters>19853</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23115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Wymagania edukacyjne z wychowania fizycznego – klasa V – 2026/2027</dc:title>
  <dc:subject>Wymagania edukacyjne ze skalą psychomotoryczną 2–6, kryteriami sukcesu i możliwymi dowodami</dc:subject>
  <dc:creator>Feedbackovo</dc:creator>
  <cp:keywords>wychowanie fizyczne, klasa V, wymagania edukacyjne, 2026/2027</cp:keywords>
  <dc:description>generated by python-docx</dc:description>
  <cp:lastModifiedBy>Bejbinia</cp:lastModifiedBy>
  <cp:revision>8</cp:revision>
  <dcterms:created xsi:type="dcterms:W3CDTF">2013-12-23T23:15:00Z</dcterms:created>
  <dcterms:modified xsi:type="dcterms:W3CDTF">2026-07-25T17:49:00Z</dcterms:modified>
  <cp:category/>
</cp:coreProperties>
</file>