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C5F5" w14:textId="77777777" w:rsidR="006A0151" w:rsidRDefault="00301AA0">
      <w:pPr>
        <w:jc w:val="center"/>
      </w:pPr>
      <w:r>
        <w:rPr>
          <w:b/>
          <w:sz w:val="40"/>
        </w:rPr>
        <w:t>WYMAGANIA EDUKACYJNE Z WYCHOWANIA FIZYCZNEGO</w:t>
      </w:r>
    </w:p>
    <w:p w14:paraId="6CBF0C69" w14:textId="2D0E0839" w:rsidR="006A0151" w:rsidRDefault="00301AA0">
      <w:pPr>
        <w:jc w:val="center"/>
        <w:rPr>
          <w:b/>
          <w:sz w:val="34"/>
        </w:rPr>
      </w:pPr>
      <w:r>
        <w:rPr>
          <w:b/>
          <w:sz w:val="34"/>
        </w:rPr>
        <w:t>KLASA I SZKOŁY PODSTAWOWEJ</w:t>
      </w:r>
    </w:p>
    <w:p w14:paraId="0E5E4821" w14:textId="5201D029" w:rsidR="00A17333" w:rsidRDefault="00A17333">
      <w:pPr>
        <w:jc w:val="center"/>
        <w:rPr>
          <w:b/>
          <w:sz w:val="34"/>
        </w:rPr>
      </w:pPr>
    </w:p>
    <w:p w14:paraId="2A9B9B40" w14:textId="77777777" w:rsidR="00A17333" w:rsidRDefault="00A17333">
      <w:pPr>
        <w:jc w:val="center"/>
      </w:pPr>
    </w:p>
    <w:p w14:paraId="5F55D861" w14:textId="77777777" w:rsidR="006A0151" w:rsidRDefault="00301AA0">
      <w:pPr>
        <w:pStyle w:val="Nagwek1"/>
      </w:pPr>
      <w:r>
        <w:t>1. Postanowienia ogólne</w:t>
      </w:r>
    </w:p>
    <w:p w14:paraId="7B5AF5F9" w14:textId="77777777" w:rsidR="006A0151" w:rsidRDefault="00301AA0">
      <w:r>
        <w:t>Dokument określa wymagania edukacyjne z wychowania fizycznego dla uczniów klasy I. Szczególny nacisk położono na radość z ruchu, bezpieczeństwo, rozwijanie podstawowych wzorców ruchowych, samodzielność i współpracę. Uwzględniono założenia programu „Kompas Jutra”, w szczególności rozwijanie sprawczości, odpowiedzialności, współpracy, orientacji w otoczeniu i aktywnego uczestnictwa.</w:t>
      </w:r>
    </w:p>
    <w:p w14:paraId="6B9B5182" w14:textId="77777777" w:rsidR="006A0151" w:rsidRDefault="00301AA0">
      <w:r>
        <w:t>Ocenianie uwzględnia przede wszystkim aktywność, zaangażowanie, systematyczność, postępy ucznia, bezpieczeństwo, współpracę oraz opanowanie umiejętności w zakresie adekwatnym do jego możliwości. Nie ocenia się ucznia wyłącznie na podstawie wrodzonych predyspozycji ani wyniku sportowego.</w:t>
      </w:r>
    </w:p>
    <w:p w14:paraId="3C8B7E39" w14:textId="77777777" w:rsidR="00A17333" w:rsidRDefault="00A17333">
      <w:pPr>
        <w:pStyle w:val="Nagwek1"/>
      </w:pPr>
    </w:p>
    <w:p w14:paraId="282DF8CE" w14:textId="77777777" w:rsidR="00A17333" w:rsidRDefault="00A17333">
      <w:pPr>
        <w:pStyle w:val="Nagwek1"/>
      </w:pPr>
    </w:p>
    <w:p w14:paraId="4092D266" w14:textId="484BE9BD" w:rsidR="006A0151" w:rsidRDefault="00301AA0">
      <w:pPr>
        <w:pStyle w:val="Nagwek1"/>
      </w:pPr>
      <w:r>
        <w:t>2. Obszary podlegające ocenianiu</w:t>
      </w:r>
    </w:p>
    <w:p w14:paraId="5B9E7BBA" w14:textId="77777777" w:rsidR="006A0151" w:rsidRDefault="00301AA0">
      <w:pPr>
        <w:pStyle w:val="Listapunktowana"/>
      </w:pPr>
      <w:r>
        <w:t>sprawność i umiejętności ruchowe odpowiednie do wieku;</w:t>
      </w:r>
    </w:p>
    <w:p w14:paraId="69FD8541" w14:textId="77777777" w:rsidR="006A0151" w:rsidRDefault="00301AA0">
      <w:pPr>
        <w:pStyle w:val="Listapunktowana"/>
      </w:pPr>
      <w:r>
        <w:t>aktywne i bezpieczne uczestnictwo w zabawach, grach i ćwiczeniach;</w:t>
      </w:r>
    </w:p>
    <w:p w14:paraId="3DEE0407" w14:textId="77777777" w:rsidR="006A0151" w:rsidRDefault="00301AA0">
      <w:pPr>
        <w:pStyle w:val="Listapunktowana"/>
      </w:pPr>
      <w:r>
        <w:t>koordynacja ruchowa, równowaga i orientacja przestrzenna;</w:t>
      </w:r>
    </w:p>
    <w:p w14:paraId="6F1D4C38" w14:textId="77777777" w:rsidR="006A0151" w:rsidRDefault="00301AA0">
      <w:pPr>
        <w:pStyle w:val="Listapunktowana"/>
      </w:pPr>
      <w:r>
        <w:t>podstawowe umiejętności: bieg, skok, rzut, chwyt, toczenie i pokonywanie przeszkód;</w:t>
      </w:r>
    </w:p>
    <w:p w14:paraId="5201EBB7" w14:textId="77777777" w:rsidR="006A0151" w:rsidRDefault="00301AA0">
      <w:pPr>
        <w:pStyle w:val="Listapunktowana"/>
      </w:pPr>
      <w:r>
        <w:t>współpraca z rówieśnikami, respektowanie reguł i zasady fair play;</w:t>
      </w:r>
    </w:p>
    <w:p w14:paraId="2EBCB08F" w14:textId="77777777" w:rsidR="006A0151" w:rsidRDefault="00301AA0">
      <w:pPr>
        <w:pStyle w:val="Listapunktowana"/>
      </w:pPr>
      <w:r>
        <w:t>samodzielność, przygotowanie do zajęć, higiena i dbałość o bezpieczeństwo;</w:t>
      </w:r>
    </w:p>
    <w:p w14:paraId="17CE3911" w14:textId="3930C4B6" w:rsidR="006A0151" w:rsidRDefault="00301AA0">
      <w:pPr>
        <w:pStyle w:val="Listapunktowana"/>
      </w:pPr>
      <w:r>
        <w:t xml:space="preserve">systematyczność, aktywność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postęp</w:t>
      </w:r>
      <w:proofErr w:type="spellEnd"/>
      <w:r>
        <w:t xml:space="preserve"> w </w:t>
      </w:r>
      <w:proofErr w:type="spellStart"/>
      <w:r>
        <w:t>odniesieniu</w:t>
      </w:r>
      <w:proofErr w:type="spellEnd"/>
      <w:r>
        <w:t xml:space="preserve"> do </w:t>
      </w:r>
      <w:proofErr w:type="spellStart"/>
      <w:r>
        <w:t>własnych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>.</w:t>
      </w:r>
    </w:p>
    <w:p w14:paraId="1EF74247" w14:textId="0EB64E33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02E2BB0B" w14:textId="4F2E5788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3FE0E1A3" w14:textId="313D03E8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0CCB9F05" w14:textId="7AA03E15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707A9F77" w14:textId="2B44918A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009037F9" w14:textId="37C000F5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5BF18501" w14:textId="77777777" w:rsidR="00A17333" w:rsidRDefault="00A17333" w:rsidP="00A17333">
      <w:pPr>
        <w:pStyle w:val="Listapunktowana"/>
        <w:numPr>
          <w:ilvl w:val="0"/>
          <w:numId w:val="0"/>
        </w:numPr>
        <w:ind w:left="360" w:hanging="360"/>
      </w:pPr>
    </w:p>
    <w:p w14:paraId="5D6FEFDB" w14:textId="77777777" w:rsidR="006A0151" w:rsidRDefault="00301AA0">
      <w:pPr>
        <w:pStyle w:val="Nagwek1"/>
      </w:pPr>
      <w:r>
        <w:lastRenderedPageBreak/>
        <w:t>3. Kryteria oceniania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6A0151" w14:paraId="47106DE2" w14:textId="77777777">
        <w:trPr>
          <w:jc w:val="center"/>
        </w:trPr>
        <w:tc>
          <w:tcPr>
            <w:tcW w:w="4873" w:type="dxa"/>
            <w:shd w:val="clear" w:color="auto" w:fill="D9EAF7"/>
            <w:vAlign w:val="center"/>
          </w:tcPr>
          <w:p w14:paraId="2A51849E" w14:textId="77777777" w:rsidR="006A0151" w:rsidRDefault="00301AA0">
            <w:r>
              <w:rPr>
                <w:b/>
                <w:sz w:val="18"/>
              </w:rPr>
              <w:t>Ocena</w:t>
            </w:r>
          </w:p>
        </w:tc>
        <w:tc>
          <w:tcPr>
            <w:tcW w:w="4873" w:type="dxa"/>
            <w:shd w:val="clear" w:color="auto" w:fill="D9EAF7"/>
            <w:vAlign w:val="center"/>
          </w:tcPr>
          <w:p w14:paraId="145975FF" w14:textId="77777777" w:rsidR="006A0151" w:rsidRDefault="00301AA0">
            <w:r>
              <w:rPr>
                <w:b/>
                <w:sz w:val="18"/>
              </w:rPr>
              <w:t>Wymagania edukacyjne</w:t>
            </w:r>
          </w:p>
        </w:tc>
      </w:tr>
      <w:tr w:rsidR="006A0151" w14:paraId="2C1C92AC" w14:textId="77777777">
        <w:trPr>
          <w:jc w:val="center"/>
        </w:trPr>
        <w:tc>
          <w:tcPr>
            <w:tcW w:w="4873" w:type="dxa"/>
            <w:vAlign w:val="center"/>
          </w:tcPr>
          <w:p w14:paraId="5C54646C" w14:textId="77777777" w:rsidR="006A0151" w:rsidRDefault="00301AA0">
            <w:r>
              <w:rPr>
                <w:b/>
                <w:sz w:val="18"/>
              </w:rPr>
              <w:t>Celująca (6)</w:t>
            </w:r>
          </w:p>
        </w:tc>
        <w:tc>
          <w:tcPr>
            <w:tcW w:w="4873" w:type="dxa"/>
            <w:vAlign w:val="center"/>
          </w:tcPr>
          <w:p w14:paraId="2C9D5D99" w14:textId="77777777" w:rsidR="006A0151" w:rsidRDefault="00301AA0">
            <w:r>
              <w:rPr>
                <w:sz w:val="18"/>
              </w:rPr>
              <w:t>Uczeń bardzo chętnie i aktywnie uczestniczy w zajęciach; samodzielnie i bezpiecznie wykonuje poznane ćwiczenia i zabawy; sprawnie biega, skacze, rzuca, chwyta i pokonuje proste przeszkody; dobrze utrzymuje równowagę i orientuje się w przestrzeni; reaguje na sygnały; przestrzega zasad bezpieczeństwa, gier i fair play; współpracuje i wspiera innych; dba o higienę i sprzęt; wykazuje inicjatywę i wyraźny postęp.</w:t>
            </w:r>
          </w:p>
        </w:tc>
      </w:tr>
      <w:tr w:rsidR="006A0151" w14:paraId="7F85D3CA" w14:textId="77777777">
        <w:trPr>
          <w:jc w:val="center"/>
        </w:trPr>
        <w:tc>
          <w:tcPr>
            <w:tcW w:w="4873" w:type="dxa"/>
            <w:vAlign w:val="center"/>
          </w:tcPr>
          <w:p w14:paraId="5F338D06" w14:textId="77777777" w:rsidR="006A0151" w:rsidRDefault="00301AA0">
            <w:r>
              <w:rPr>
                <w:b/>
                <w:sz w:val="18"/>
              </w:rPr>
              <w:t>Bardzo dobra (5)</w:t>
            </w:r>
          </w:p>
        </w:tc>
        <w:tc>
          <w:tcPr>
            <w:tcW w:w="4873" w:type="dxa"/>
            <w:vAlign w:val="center"/>
          </w:tcPr>
          <w:p w14:paraId="57B61664" w14:textId="77777777" w:rsidR="006A0151" w:rsidRDefault="00301AA0">
            <w:r>
              <w:rPr>
                <w:sz w:val="18"/>
              </w:rPr>
              <w:t>Uczeń systematycznie i aktywnie uczestniczy w zajęciach; prawidłowo wykonuje większość poznanych ćwiczeń; sprawnie wykonuje podstawowe formy biegu, skoku, rzutu i chwytu; zachowuje równowagę i właściwie reaguje na sygnały; przestrzega zasad bezpieczeństwa i reguł zabaw; współpracuje z rówieśnikami; jest samodzielny i dba o higienę oraz sprzęt.</w:t>
            </w:r>
          </w:p>
        </w:tc>
      </w:tr>
      <w:tr w:rsidR="006A0151" w14:paraId="3482474C" w14:textId="77777777">
        <w:trPr>
          <w:jc w:val="center"/>
        </w:trPr>
        <w:tc>
          <w:tcPr>
            <w:tcW w:w="4873" w:type="dxa"/>
            <w:vAlign w:val="center"/>
          </w:tcPr>
          <w:p w14:paraId="4C1AE7F0" w14:textId="77777777" w:rsidR="006A0151" w:rsidRDefault="00301AA0">
            <w:r>
              <w:rPr>
                <w:b/>
                <w:sz w:val="18"/>
              </w:rPr>
              <w:t>Dobra (4)</w:t>
            </w:r>
          </w:p>
        </w:tc>
        <w:tc>
          <w:tcPr>
            <w:tcW w:w="4873" w:type="dxa"/>
            <w:vAlign w:val="center"/>
          </w:tcPr>
          <w:p w14:paraId="3F40D042" w14:textId="77777777" w:rsidR="006A0151" w:rsidRDefault="00301AA0">
            <w:r>
              <w:rPr>
                <w:sz w:val="18"/>
              </w:rPr>
              <w:t>Uczeń zazwyczaj aktywnie uczestniczy w zajęciach; podejmuje proponowane zadania; wykonuje podstawowe ćwiczenia z niewielkimi trudnościami; potrafi biegać, skakać, rzucać i chwytać odpowiednio do wieku; zwykle przestrzega zasad bezpieczeństwa; współpracuje po przypomnieniu zasad; czasem potrzebuje dodatkowej zachęty lub instrukcji.</w:t>
            </w:r>
          </w:p>
        </w:tc>
      </w:tr>
      <w:tr w:rsidR="006A0151" w14:paraId="79D7C70A" w14:textId="77777777">
        <w:trPr>
          <w:jc w:val="center"/>
        </w:trPr>
        <w:tc>
          <w:tcPr>
            <w:tcW w:w="4873" w:type="dxa"/>
            <w:vAlign w:val="center"/>
          </w:tcPr>
          <w:p w14:paraId="04F607DA" w14:textId="77777777" w:rsidR="006A0151" w:rsidRDefault="00301AA0">
            <w:r>
              <w:rPr>
                <w:b/>
                <w:sz w:val="18"/>
              </w:rPr>
              <w:t>Dostateczna (3)</w:t>
            </w:r>
          </w:p>
        </w:tc>
        <w:tc>
          <w:tcPr>
            <w:tcW w:w="4873" w:type="dxa"/>
            <w:vAlign w:val="center"/>
          </w:tcPr>
          <w:p w14:paraId="6D97F67B" w14:textId="77777777" w:rsidR="006A0151" w:rsidRDefault="00301AA0">
            <w:r>
              <w:rPr>
                <w:sz w:val="18"/>
              </w:rPr>
              <w:t>Uczeń uczestniczy w zajęciach, ale jego aktywność jest nierówna; wykonuje proste ćwiczenia przy częstym przypominaniu i pomocy nauczyciela; ma trudności z koordynacją, równowagą lub dokładnością; zna podstawowe zasady bezpieczeństwa, lecz nie zawsze ich przestrzega; podejmuje współpracę po zachęcie.</w:t>
            </w:r>
          </w:p>
        </w:tc>
      </w:tr>
      <w:tr w:rsidR="006A0151" w14:paraId="3F976DFB" w14:textId="77777777">
        <w:trPr>
          <w:jc w:val="center"/>
        </w:trPr>
        <w:tc>
          <w:tcPr>
            <w:tcW w:w="4873" w:type="dxa"/>
            <w:vAlign w:val="center"/>
          </w:tcPr>
          <w:p w14:paraId="65FBBC4C" w14:textId="77777777" w:rsidR="006A0151" w:rsidRDefault="00301AA0">
            <w:r>
              <w:rPr>
                <w:b/>
                <w:sz w:val="18"/>
              </w:rPr>
              <w:t>Dopuszczająca (2)</w:t>
            </w:r>
          </w:p>
        </w:tc>
        <w:tc>
          <w:tcPr>
            <w:tcW w:w="4873" w:type="dxa"/>
            <w:vAlign w:val="center"/>
          </w:tcPr>
          <w:p w14:paraId="05739E95" w14:textId="77777777" w:rsidR="006A0151" w:rsidRDefault="00301AA0">
            <w:r>
              <w:rPr>
                <w:sz w:val="18"/>
              </w:rPr>
              <w:t>Uczeń z dużą pomocą nauczyciela podejmuje podstawowe aktywności; wykonuje najprostsze zadania w ograniczonym zakresie; często wymaga przypominania zasad bezpieczeństwa i sposobu wykonania ćwiczenia; jego aktywność jest mała lub nieregularna, ale podejmuje próby uczestnictwa.</w:t>
            </w:r>
          </w:p>
        </w:tc>
      </w:tr>
    </w:tbl>
    <w:p w14:paraId="2F630456" w14:textId="77777777" w:rsidR="006A0151" w:rsidRDefault="00301AA0">
      <w:r>
        <w:br w:type="page"/>
      </w:r>
    </w:p>
    <w:p w14:paraId="04AA1C08" w14:textId="77777777" w:rsidR="006A0151" w:rsidRDefault="00301AA0">
      <w:pPr>
        <w:pStyle w:val="Nagwek1"/>
      </w:pPr>
      <w:r>
        <w:lastRenderedPageBreak/>
        <w:t>4. Szczegółowe kryteria obserwacji</w:t>
      </w:r>
    </w:p>
    <w:p w14:paraId="0D0208A5" w14:textId="77777777" w:rsidR="006A0151" w:rsidRDefault="00301AA0">
      <w:pPr>
        <w:pStyle w:val="Listapunktowana"/>
      </w:pPr>
      <w:r>
        <w:t>Porusza się bezpiecznie po sali, boisku i w terenie, reagując na sygnały i polecenia nauczyciela.</w:t>
      </w:r>
    </w:p>
    <w:p w14:paraId="22125C17" w14:textId="77777777" w:rsidR="006A0151" w:rsidRDefault="00301AA0">
      <w:pPr>
        <w:pStyle w:val="Listapunktowana"/>
      </w:pPr>
      <w:r>
        <w:t>Wykonuje ćwiczenia kształtujące prawidłową postawę ciała.</w:t>
      </w:r>
    </w:p>
    <w:p w14:paraId="35639009" w14:textId="77777777" w:rsidR="006A0151" w:rsidRDefault="00301AA0">
      <w:pPr>
        <w:pStyle w:val="Listapunktowana"/>
      </w:pPr>
      <w:r>
        <w:t>Rozwija orientację w schemacie własnego ciała, kierunkach i przestrzeni.</w:t>
      </w:r>
    </w:p>
    <w:p w14:paraId="47996D28" w14:textId="77777777" w:rsidR="006A0151" w:rsidRDefault="00301AA0">
      <w:pPr>
        <w:pStyle w:val="Listapunktowana"/>
      </w:pPr>
      <w:r>
        <w:t>Wykonuje zadania z piłkami, woreczkami, szarfami, skakankami i innymi przyborami.</w:t>
      </w:r>
    </w:p>
    <w:p w14:paraId="63FD60BC" w14:textId="77777777" w:rsidR="006A0151" w:rsidRDefault="00301AA0">
      <w:pPr>
        <w:pStyle w:val="Listapunktowana"/>
      </w:pPr>
      <w:r>
        <w:t>Podejmuje proste zadania terenowe i orientacyjne; w ramach „Kompasu Jutra” rozwija ciekawość, sprawczość i odpowiedzialność za wspólne działanie.</w:t>
      </w:r>
    </w:p>
    <w:p w14:paraId="0A74F7E6" w14:textId="77777777" w:rsidR="006A0151" w:rsidRDefault="00301AA0">
      <w:pPr>
        <w:pStyle w:val="Listapunktowana"/>
      </w:pPr>
      <w:r>
        <w:t>Współpracuje w parze i małej grupie oraz respektuje ustalone zasady.</w:t>
      </w:r>
    </w:p>
    <w:p w14:paraId="4456DFBD" w14:textId="77777777" w:rsidR="006A0151" w:rsidRDefault="00301AA0">
      <w:pPr>
        <w:pStyle w:val="Listapunktowana"/>
      </w:pPr>
      <w:r>
        <w:t>Rozumie znaczenie ruchu, odpoczynku, higieny i bezpieczeństwa dla zdrowia.</w:t>
      </w:r>
    </w:p>
    <w:p w14:paraId="53D21D71" w14:textId="77777777" w:rsidR="006A0151" w:rsidRDefault="00301AA0">
      <w:pPr>
        <w:pStyle w:val="Nagwek1"/>
      </w:pPr>
      <w:r>
        <w:t>5. Dostosowanie wymagań</w:t>
      </w:r>
    </w:p>
    <w:p w14:paraId="3EC05257" w14:textId="77777777" w:rsidR="006A0151" w:rsidRDefault="00301AA0">
      <w:pPr>
        <w:pStyle w:val="Listapunktowana"/>
      </w:pPr>
      <w:r>
        <w:t>Wymagania dostosowuje się do indywidualnych możliwości psychofizycznych ucznia, jego wieku rozwojowego oraz zaleceń wynikających z dokumentacji.</w:t>
      </w:r>
    </w:p>
    <w:p w14:paraId="7323A8B9" w14:textId="77777777" w:rsidR="006A0151" w:rsidRDefault="00301AA0">
      <w:pPr>
        <w:pStyle w:val="Listapunktowana"/>
      </w:pPr>
      <w:r>
        <w:t>W przypadku ograniczeń zdrowotnych nauczyciel uwzględnia zalecenia lekarza i specjalistów oraz dobiera bezpieczne, możliwe do wykonania zadania.</w:t>
      </w:r>
    </w:p>
    <w:p w14:paraId="3A0CA83C" w14:textId="77777777" w:rsidR="006A0151" w:rsidRDefault="00301AA0">
      <w:pPr>
        <w:pStyle w:val="Listapunktowana"/>
      </w:pPr>
      <w:r>
        <w:t>Uczeń nie powinien otrzymywać niższej oceny za ograniczenia wynikające z udokumentowanego stanu zdrowia, jeżeli pracuje na miarę swoich możliwości.</w:t>
      </w:r>
    </w:p>
    <w:p w14:paraId="129ED659" w14:textId="77777777" w:rsidR="006A0151" w:rsidRDefault="00301AA0">
      <w:pPr>
        <w:pStyle w:val="Listapunktowana"/>
      </w:pPr>
      <w:r>
        <w:t>W przypadku czasowej niedyspozycji można stosować zadania alternatywne, adekwatne do aktualnych możliwości ucznia.</w:t>
      </w:r>
    </w:p>
    <w:p w14:paraId="7291D1EC" w14:textId="77777777" w:rsidR="006A0151" w:rsidRDefault="00301AA0">
      <w:pPr>
        <w:pStyle w:val="Nagwek1"/>
      </w:pPr>
      <w:r>
        <w:t>6. Uwagi końcowe</w:t>
      </w:r>
    </w:p>
    <w:p w14:paraId="5F2F3069" w14:textId="77777777" w:rsidR="006A0151" w:rsidRDefault="00301AA0">
      <w:r>
        <w:t>Dokument należy stosować łącznie z obowiązującymi w szkole zasadami oceniania, statutem szkoły, programem nauczania oraz aktualnymi przepisami prawa oświatowego.</w:t>
      </w:r>
    </w:p>
    <w:p w14:paraId="48858F93" w14:textId="77777777" w:rsidR="00301AA0" w:rsidRDefault="00301AA0"/>
    <w:sectPr w:rsidR="00301AA0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77120" w14:textId="77777777" w:rsidR="000F5813" w:rsidRDefault="000F5813">
      <w:pPr>
        <w:spacing w:after="0" w:line="240" w:lineRule="auto"/>
      </w:pPr>
      <w:r>
        <w:separator/>
      </w:r>
    </w:p>
  </w:endnote>
  <w:endnote w:type="continuationSeparator" w:id="0">
    <w:p w14:paraId="048FEF8A" w14:textId="77777777" w:rsidR="000F5813" w:rsidRDefault="000F5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EEC5" w14:textId="77777777" w:rsidR="006A0151" w:rsidRDefault="00301AA0">
    <w:pPr>
      <w:pStyle w:val="Stopka"/>
      <w:jc w:val="center"/>
    </w:pPr>
    <w:r>
      <w:rPr>
        <w:sz w:val="16"/>
      </w:rPr>
      <w:t>Wymagania edukacyjne z wychowania fizycznego – klasa 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5729D" w14:textId="77777777" w:rsidR="000F5813" w:rsidRDefault="000F5813">
      <w:pPr>
        <w:spacing w:after="0" w:line="240" w:lineRule="auto"/>
      </w:pPr>
      <w:r>
        <w:separator/>
      </w:r>
    </w:p>
  </w:footnote>
  <w:footnote w:type="continuationSeparator" w:id="0">
    <w:p w14:paraId="04F41A00" w14:textId="77777777" w:rsidR="000F5813" w:rsidRDefault="000F5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813"/>
    <w:rsid w:val="0015074B"/>
    <w:rsid w:val="0029639D"/>
    <w:rsid w:val="00301AA0"/>
    <w:rsid w:val="00326F90"/>
    <w:rsid w:val="006A0151"/>
    <w:rsid w:val="00A17333"/>
    <w:rsid w:val="00AA1D8D"/>
    <w:rsid w:val="00B47730"/>
    <w:rsid w:val="00CB0664"/>
    <w:rsid w:val="00D441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7E0CF"/>
  <w14:defaultImageDpi w14:val="300"/>
  <w15:docId w15:val="{C29B59B7-B14E-4C6A-A65F-02184EF2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Gadocha</cp:lastModifiedBy>
  <cp:revision>3</cp:revision>
  <dcterms:created xsi:type="dcterms:W3CDTF">2026-09-23T15:42:00Z</dcterms:created>
  <dcterms:modified xsi:type="dcterms:W3CDTF">2026-09-23T15:47:00Z</dcterms:modified>
  <cp:category/>
</cp:coreProperties>
</file>